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FB8EA" w14:textId="77777777" w:rsidR="00162546" w:rsidRPr="00100136" w:rsidRDefault="008226B8">
      <w:pPr>
        <w:jc w:val="center"/>
      </w:pPr>
      <w:r w:rsidRPr="00100136">
        <w:rPr>
          <w:b/>
          <w:sz w:val="30"/>
        </w:rPr>
        <w:t>MİKROYETERLİLİK DERS PROGRAMI</w:t>
      </w:r>
    </w:p>
    <w:p w14:paraId="35E5CBD7" w14:textId="77777777" w:rsidR="00162546" w:rsidRPr="00100136" w:rsidRDefault="00162546">
      <w:pPr>
        <w:jc w:val="center"/>
      </w:pP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3175"/>
        <w:gridCol w:w="1531"/>
        <w:gridCol w:w="1531"/>
        <w:gridCol w:w="1304"/>
      </w:tblGrid>
      <w:tr w:rsidR="00162546" w:rsidRPr="00100136" w14:paraId="760A71F8" w14:textId="77777777">
        <w:trPr>
          <w:trHeight w:val="520"/>
          <w:jc w:val="center"/>
        </w:trPr>
        <w:tc>
          <w:tcPr>
            <w:tcW w:w="238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C9C0FC" w14:textId="77777777" w:rsidR="00162546" w:rsidRPr="00100136" w:rsidRDefault="00000000">
            <w:pPr>
              <w:jc w:val="center"/>
            </w:pPr>
            <w:r w:rsidRPr="00100136">
              <w:rPr>
                <w:b/>
                <w:sz w:val="20"/>
              </w:rPr>
              <w:t>Öğretim Elemanı</w:t>
            </w:r>
          </w:p>
        </w:tc>
        <w:tc>
          <w:tcPr>
            <w:tcW w:w="317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FD6123" w14:textId="77777777" w:rsidR="00162546" w:rsidRPr="00100136" w:rsidRDefault="00000000">
            <w:pPr>
              <w:jc w:val="center"/>
            </w:pPr>
            <w:r w:rsidRPr="00100136">
              <w:rPr>
                <w:b/>
                <w:sz w:val="20"/>
              </w:rPr>
              <w:t>Ders Adı</w:t>
            </w:r>
          </w:p>
        </w:tc>
        <w:tc>
          <w:tcPr>
            <w:tcW w:w="153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842A2C" w14:textId="77777777" w:rsidR="00162546" w:rsidRPr="00100136" w:rsidRDefault="00000000">
            <w:pPr>
              <w:jc w:val="center"/>
            </w:pPr>
            <w:r w:rsidRPr="00100136">
              <w:rPr>
                <w:b/>
                <w:sz w:val="20"/>
              </w:rPr>
              <w:t>1. Ders Saati</w:t>
            </w:r>
          </w:p>
        </w:tc>
        <w:tc>
          <w:tcPr>
            <w:tcW w:w="153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52A523" w14:textId="77777777" w:rsidR="00162546" w:rsidRPr="00100136" w:rsidRDefault="00000000">
            <w:pPr>
              <w:jc w:val="center"/>
            </w:pPr>
            <w:r w:rsidRPr="00100136">
              <w:rPr>
                <w:b/>
                <w:sz w:val="20"/>
              </w:rPr>
              <w:t>2. Ders Saati</w:t>
            </w:r>
          </w:p>
        </w:tc>
        <w:tc>
          <w:tcPr>
            <w:tcW w:w="1304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9610AB" w14:textId="77777777" w:rsidR="00A966CE" w:rsidRPr="00100136" w:rsidRDefault="00000000">
            <w:pPr>
              <w:jc w:val="center"/>
            </w:pPr>
            <w:r w:rsidRPr="00100136">
              <w:rPr>
                <w:b/>
                <w:sz w:val="20"/>
              </w:rPr>
              <w:t>Derslik</w:t>
            </w:r>
          </w:p>
        </w:tc>
      </w:tr>
      <w:tr w:rsidR="00162546" w:rsidRPr="00100136" w14:paraId="100CEDE6" w14:textId="77777777">
        <w:trPr>
          <w:trHeight w:val="520"/>
          <w:jc w:val="center"/>
        </w:trPr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C32F0F" w14:textId="77777777" w:rsidR="00162546" w:rsidRPr="00100136" w:rsidRDefault="00000000">
            <w:r w:rsidRPr="00100136">
              <w:rPr>
                <w:sz w:val="19"/>
              </w:rPr>
              <w:t>Doç. Dr. Deniz Çeliksoy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F0FE96" w14:textId="77777777" w:rsidR="00162546" w:rsidRPr="00100136" w:rsidRDefault="00000000">
            <w:r w:rsidRPr="00100136">
              <w:rPr>
                <w:sz w:val="19"/>
              </w:rPr>
              <w:t>Eğitimde Dijital İçerik Üreticiliği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637371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13:00–13:45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50A3AC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13:55–14:40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A3CD6E" w14:textId="77777777" w:rsidR="00A966CE" w:rsidRPr="00100136" w:rsidRDefault="00000000">
            <w:pPr>
              <w:jc w:val="center"/>
            </w:pPr>
            <w:r w:rsidRPr="00100136">
              <w:rPr>
                <w:sz w:val="19"/>
              </w:rPr>
              <w:t>B-307</w:t>
            </w:r>
          </w:p>
        </w:tc>
      </w:tr>
      <w:tr w:rsidR="00162546" w:rsidRPr="00100136" w14:paraId="775419F0" w14:textId="77777777">
        <w:trPr>
          <w:trHeight w:val="520"/>
          <w:jc w:val="center"/>
        </w:trPr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0F4A9F" w14:textId="77777777" w:rsidR="00162546" w:rsidRPr="00100136" w:rsidRDefault="00000000">
            <w:r w:rsidRPr="00100136">
              <w:rPr>
                <w:sz w:val="19"/>
              </w:rPr>
              <w:t>Prof. Dr. Selda Bakır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AEAD32" w14:textId="77777777" w:rsidR="00162546" w:rsidRPr="00100136" w:rsidRDefault="00000000">
            <w:r w:rsidRPr="00100136">
              <w:rPr>
                <w:sz w:val="19"/>
              </w:rPr>
              <w:t>Eğitimde Proje Geliştirme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374588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13:00–13:45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7361AD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13:55–14:40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76F9A6" w14:textId="7A64B5D6" w:rsidR="00A966CE" w:rsidRPr="00100136" w:rsidRDefault="006E4465">
            <w:pPr>
              <w:jc w:val="center"/>
            </w:pPr>
            <w:r w:rsidRPr="00100136">
              <w:t>B-209</w:t>
            </w:r>
          </w:p>
        </w:tc>
      </w:tr>
      <w:tr w:rsidR="00162546" w:rsidRPr="00100136" w14:paraId="2D8F6ECC" w14:textId="77777777">
        <w:trPr>
          <w:trHeight w:val="520"/>
          <w:jc w:val="center"/>
        </w:trPr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73F4B6" w14:textId="77777777" w:rsidR="00162546" w:rsidRPr="00100136" w:rsidRDefault="00000000">
            <w:r w:rsidRPr="00100136">
              <w:rPr>
                <w:sz w:val="19"/>
              </w:rPr>
              <w:t>Dr. Öğr. Üyesi Ercan Tatlı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7FD2F2" w14:textId="77777777" w:rsidR="00162546" w:rsidRPr="00100136" w:rsidRDefault="00000000">
            <w:r w:rsidRPr="00100136">
              <w:rPr>
                <w:sz w:val="19"/>
              </w:rPr>
              <w:t>21. Yüzyılda Öğretmenlik ve Kariyer Eğitimi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CC45E2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13:00–13:45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A1E33D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13:55–14:40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9789D5" w14:textId="7DA2F3F0" w:rsidR="00A966CE" w:rsidRPr="00100136" w:rsidRDefault="006E4465">
            <w:pPr>
              <w:jc w:val="center"/>
            </w:pPr>
            <w:r w:rsidRPr="00100136">
              <w:t>B-212</w:t>
            </w:r>
          </w:p>
        </w:tc>
      </w:tr>
      <w:tr w:rsidR="00162546" w:rsidRPr="00100136" w14:paraId="74F5EAA0" w14:textId="77777777">
        <w:trPr>
          <w:trHeight w:val="520"/>
          <w:jc w:val="center"/>
        </w:trPr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9A4759" w14:textId="77777777" w:rsidR="00162546" w:rsidRPr="00100136" w:rsidRDefault="00000000">
            <w:r w:rsidRPr="00100136">
              <w:rPr>
                <w:sz w:val="19"/>
              </w:rPr>
              <w:t xml:space="preserve">Prof. Dr. Özlem </w:t>
            </w:r>
            <w:proofErr w:type="spellStart"/>
            <w:r w:rsidRPr="00100136">
              <w:rPr>
                <w:sz w:val="19"/>
              </w:rPr>
              <w:t>Tagay</w:t>
            </w:r>
            <w:proofErr w:type="spellEnd"/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B0125D" w14:textId="77777777" w:rsidR="00162546" w:rsidRPr="00100136" w:rsidRDefault="00000000">
            <w:r w:rsidRPr="00100136">
              <w:rPr>
                <w:sz w:val="19"/>
              </w:rPr>
              <w:t>Akademik Danışmanlık (Mentörlük) (RPD 3. ve 4. Sınıf)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BD40BE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13:55–14:40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699363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14:50–15:35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48190C" w14:textId="2E4E89EE" w:rsidR="00A966CE" w:rsidRPr="00100136" w:rsidRDefault="00752DBA">
            <w:pPr>
              <w:jc w:val="center"/>
            </w:pPr>
            <w:r w:rsidRPr="00100136">
              <w:t>A-201</w:t>
            </w:r>
          </w:p>
        </w:tc>
      </w:tr>
      <w:tr w:rsidR="00162546" w:rsidRPr="00100136" w14:paraId="5EEA6D04" w14:textId="77777777">
        <w:trPr>
          <w:trHeight w:val="520"/>
          <w:jc w:val="center"/>
        </w:trPr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36F357" w14:textId="77777777" w:rsidR="00162546" w:rsidRPr="00100136" w:rsidRDefault="00000000">
            <w:r w:rsidRPr="00100136">
              <w:rPr>
                <w:sz w:val="19"/>
              </w:rPr>
              <w:t>Arş. Gör. Dr. Gülşah Kıymık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2203C7" w14:textId="1A92AE60" w:rsidR="00162546" w:rsidRPr="00100136" w:rsidRDefault="00752DBA">
            <w:r w:rsidRPr="00100136">
              <w:rPr>
                <w:sz w:val="19"/>
              </w:rPr>
              <w:t xml:space="preserve">Öğrenci Danışmanlığı Programı 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F7EBD1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13:55–14:40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1E9AF4" w14:textId="77777777" w:rsidR="00162546" w:rsidRPr="00100136" w:rsidRDefault="00000000">
            <w:pPr>
              <w:jc w:val="center"/>
            </w:pPr>
            <w:r w:rsidRPr="00100136">
              <w:rPr>
                <w:sz w:val="19"/>
              </w:rPr>
              <w:t>14:50–15:35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2B3704" w14:textId="1A82D48A" w:rsidR="00A966CE" w:rsidRPr="00100136" w:rsidRDefault="00752DBA">
            <w:pPr>
              <w:jc w:val="center"/>
            </w:pPr>
            <w:r w:rsidRPr="00100136">
              <w:t>A-202</w:t>
            </w:r>
          </w:p>
        </w:tc>
      </w:tr>
    </w:tbl>
    <w:p w14:paraId="6265271D" w14:textId="77777777" w:rsidR="00511E02" w:rsidRDefault="00511E02"/>
    <w:sectPr w:rsidR="00511E02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3202203">
    <w:abstractNumId w:val="8"/>
  </w:num>
  <w:num w:numId="2" w16cid:durableId="1932087029">
    <w:abstractNumId w:val="6"/>
  </w:num>
  <w:num w:numId="3" w16cid:durableId="2029258586">
    <w:abstractNumId w:val="5"/>
  </w:num>
  <w:num w:numId="4" w16cid:durableId="2041779039">
    <w:abstractNumId w:val="4"/>
  </w:num>
  <w:num w:numId="5" w16cid:durableId="1061635793">
    <w:abstractNumId w:val="7"/>
  </w:num>
  <w:num w:numId="6" w16cid:durableId="1457335742">
    <w:abstractNumId w:val="3"/>
  </w:num>
  <w:num w:numId="7" w16cid:durableId="415329030">
    <w:abstractNumId w:val="2"/>
  </w:num>
  <w:num w:numId="8" w16cid:durableId="737509284">
    <w:abstractNumId w:val="1"/>
  </w:num>
  <w:num w:numId="9" w16cid:durableId="152431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0136"/>
    <w:rsid w:val="0015074B"/>
    <w:rsid w:val="00162546"/>
    <w:rsid w:val="0029639D"/>
    <w:rsid w:val="00326F90"/>
    <w:rsid w:val="00511E02"/>
    <w:rsid w:val="006E4465"/>
    <w:rsid w:val="00752DBA"/>
    <w:rsid w:val="008226B8"/>
    <w:rsid w:val="00A966C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A39A7"/>
  <w14:defaultImageDpi w14:val="300"/>
  <w15:docId w15:val="{6D9EE793-EA4A-4997-ACA4-F9375B76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Sıla Öner</cp:lastModifiedBy>
  <cp:revision>6</cp:revision>
  <dcterms:created xsi:type="dcterms:W3CDTF">2013-12-23T23:15:00Z</dcterms:created>
  <dcterms:modified xsi:type="dcterms:W3CDTF">2026-09-01T10:10:00Z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ae605848-b499-4c4d-ae0a-eac2abb1d02f</vt:lpwstr>
  </property>
</Properties>
</file>