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D658F" w14:textId="77777777" w:rsidR="006B2AD1" w:rsidRDefault="00000000">
      <w:pPr>
        <w:jc w:val="center"/>
      </w:pPr>
      <w:r>
        <w:rPr>
          <w:b/>
        </w:rPr>
        <w:t>BURDUR MEHMET AKİF ERSOY ÜNİVERSİTESİ</w:t>
      </w:r>
      <w:r>
        <w:rPr>
          <w:b/>
        </w:rPr>
        <w:br/>
        <w:t>GÖLHİSAR MESLEK YÜKSEKOKULU</w:t>
      </w:r>
    </w:p>
    <w:p w14:paraId="28FE1A82" w14:textId="77777777" w:rsidR="006B2AD1" w:rsidRDefault="00000000">
      <w:pPr>
        <w:pStyle w:val="KonuBal"/>
        <w:jc w:val="center"/>
      </w:pPr>
      <w:r>
        <w:t>2026-2027 Eğitim Öğretim Yılı Güz Dönemi</w:t>
      </w:r>
      <w:r>
        <w:br/>
        <w:t>Gölhisar Yerleşkesi Kadın Voleybol Turnuvası</w:t>
      </w:r>
    </w:p>
    <w:p w14:paraId="374BB4EF" w14:textId="77777777" w:rsidR="006B2AD1" w:rsidRDefault="00000000">
      <w:pPr>
        <w:jc w:val="center"/>
      </w:pPr>
      <w:r>
        <w:rPr>
          <w:b/>
        </w:rPr>
        <w:t>Takım Başvuru Formu</w:t>
      </w:r>
    </w:p>
    <w:p w14:paraId="6E690824" w14:textId="187805CC" w:rsidR="006B2AD1" w:rsidRDefault="00000000">
      <w:r>
        <w:t xml:space="preserve">Takım Adı: ........................................................................    Son </w:t>
      </w:r>
      <w:proofErr w:type="spellStart"/>
      <w:r>
        <w:t>Başvuru</w:t>
      </w:r>
      <w:proofErr w:type="spellEnd"/>
      <w:r>
        <w:t xml:space="preserve"> Tarihi: </w:t>
      </w:r>
      <w:r w:rsidR="00935674">
        <w:t>09/10</w:t>
      </w:r>
      <w:r>
        <w:t xml:space="preserve"> / 2026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"/>
        <w:gridCol w:w="3230"/>
        <w:gridCol w:w="2087"/>
        <w:gridCol w:w="3975"/>
        <w:gridCol w:w="3180"/>
      </w:tblGrid>
      <w:tr w:rsidR="006B2AD1" w14:paraId="18E52C3F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E6A4CAE" w14:textId="77777777" w:rsidR="006B2AD1" w:rsidRDefault="00000000">
            <w:pPr>
              <w:spacing w:after="0"/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F0C95F0" w14:textId="77777777" w:rsidR="006B2AD1" w:rsidRDefault="00000000">
            <w:pPr>
              <w:spacing w:after="0"/>
            </w:pPr>
            <w:r>
              <w:rPr>
                <w:b/>
                <w:sz w:val="18"/>
              </w:rPr>
              <w:t>Adı Soyadı</w:t>
            </w: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00E0F328" w14:textId="77777777" w:rsidR="006B2AD1" w:rsidRDefault="00000000">
            <w:pPr>
              <w:spacing w:after="0"/>
            </w:pPr>
            <w:r>
              <w:rPr>
                <w:b/>
                <w:sz w:val="18"/>
              </w:rPr>
              <w:t>Öğrenci Numarası</w:t>
            </w: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50DCE646" w14:textId="77777777" w:rsidR="006B2AD1" w:rsidRDefault="00000000">
            <w:pPr>
              <w:spacing w:after="0"/>
            </w:pPr>
            <w:r>
              <w:rPr>
                <w:b/>
                <w:sz w:val="18"/>
              </w:rPr>
              <w:t>Okulu / Programı</w:t>
            </w: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14:paraId="457AF3BB" w14:textId="77777777" w:rsidR="006B2AD1" w:rsidRDefault="00000000">
            <w:pPr>
              <w:spacing w:after="0"/>
            </w:pPr>
            <w:r>
              <w:rPr>
                <w:b/>
                <w:sz w:val="18"/>
              </w:rPr>
              <w:t>Sağlık Beyanı İmzası*</w:t>
            </w:r>
          </w:p>
        </w:tc>
      </w:tr>
      <w:tr w:rsidR="006B2AD1" w14:paraId="4F7D7CDB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DF222A" w14:textId="77777777" w:rsidR="006B2AD1" w:rsidRDefault="00000000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2E5E5A" w14:textId="77777777" w:rsidR="006B2AD1" w:rsidRDefault="006B2AD1">
            <w:pPr>
              <w:spacing w:after="0"/>
            </w:pP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E68C46" w14:textId="77777777" w:rsidR="006B2AD1" w:rsidRDefault="006B2AD1">
            <w:pPr>
              <w:spacing w:after="0"/>
            </w:pP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5A00A48" w14:textId="77777777" w:rsidR="006B2AD1" w:rsidRDefault="006B2AD1">
            <w:pPr>
              <w:spacing w:after="0"/>
            </w:pP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B7567A" w14:textId="77777777" w:rsidR="006B2AD1" w:rsidRDefault="006B2AD1">
            <w:pPr>
              <w:spacing w:after="0"/>
            </w:pPr>
          </w:p>
        </w:tc>
      </w:tr>
      <w:tr w:rsidR="006B2AD1" w14:paraId="2357BD39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C2BC530" w14:textId="77777777" w:rsidR="006B2AD1" w:rsidRDefault="00000000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387DEE" w14:textId="77777777" w:rsidR="006B2AD1" w:rsidRDefault="006B2AD1">
            <w:pPr>
              <w:spacing w:after="0"/>
            </w:pP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43F5D7" w14:textId="77777777" w:rsidR="006B2AD1" w:rsidRDefault="006B2AD1">
            <w:pPr>
              <w:spacing w:after="0"/>
            </w:pP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A3B25E6" w14:textId="77777777" w:rsidR="006B2AD1" w:rsidRDefault="006B2AD1">
            <w:pPr>
              <w:spacing w:after="0"/>
            </w:pP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29DEDE" w14:textId="77777777" w:rsidR="006B2AD1" w:rsidRDefault="006B2AD1">
            <w:pPr>
              <w:spacing w:after="0"/>
            </w:pPr>
          </w:p>
        </w:tc>
      </w:tr>
      <w:tr w:rsidR="006B2AD1" w14:paraId="7D1EF978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02EDA0" w14:textId="77777777" w:rsidR="006B2AD1" w:rsidRDefault="00000000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62FCA0" w14:textId="77777777" w:rsidR="006B2AD1" w:rsidRDefault="006B2AD1">
            <w:pPr>
              <w:spacing w:after="0"/>
            </w:pP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7825660" w14:textId="77777777" w:rsidR="006B2AD1" w:rsidRDefault="006B2AD1">
            <w:pPr>
              <w:spacing w:after="0"/>
            </w:pP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3868F5" w14:textId="77777777" w:rsidR="006B2AD1" w:rsidRDefault="006B2AD1">
            <w:pPr>
              <w:spacing w:after="0"/>
            </w:pP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1F4ECD" w14:textId="77777777" w:rsidR="006B2AD1" w:rsidRDefault="006B2AD1">
            <w:pPr>
              <w:spacing w:after="0"/>
            </w:pPr>
          </w:p>
        </w:tc>
      </w:tr>
      <w:tr w:rsidR="006B2AD1" w14:paraId="6EE64694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55591F" w14:textId="77777777" w:rsidR="006B2AD1" w:rsidRDefault="00000000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48BCB8" w14:textId="77777777" w:rsidR="006B2AD1" w:rsidRDefault="006B2AD1">
            <w:pPr>
              <w:spacing w:after="0"/>
            </w:pP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A7CE378" w14:textId="77777777" w:rsidR="006B2AD1" w:rsidRDefault="006B2AD1">
            <w:pPr>
              <w:spacing w:after="0"/>
            </w:pP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2F398D" w14:textId="77777777" w:rsidR="006B2AD1" w:rsidRDefault="006B2AD1">
            <w:pPr>
              <w:spacing w:after="0"/>
            </w:pP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BFB096" w14:textId="77777777" w:rsidR="006B2AD1" w:rsidRDefault="006B2AD1">
            <w:pPr>
              <w:spacing w:after="0"/>
            </w:pPr>
          </w:p>
        </w:tc>
      </w:tr>
      <w:tr w:rsidR="006B2AD1" w14:paraId="1CF91CF7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2E7EAD" w14:textId="77777777" w:rsidR="006B2AD1" w:rsidRDefault="00000000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BE5D54" w14:textId="77777777" w:rsidR="006B2AD1" w:rsidRDefault="006B2AD1">
            <w:pPr>
              <w:spacing w:after="0"/>
            </w:pP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0F5F59" w14:textId="77777777" w:rsidR="006B2AD1" w:rsidRDefault="006B2AD1">
            <w:pPr>
              <w:spacing w:after="0"/>
            </w:pP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C98850" w14:textId="77777777" w:rsidR="006B2AD1" w:rsidRDefault="006B2AD1">
            <w:pPr>
              <w:spacing w:after="0"/>
            </w:pP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7F3AA2" w14:textId="77777777" w:rsidR="006B2AD1" w:rsidRDefault="006B2AD1">
            <w:pPr>
              <w:spacing w:after="0"/>
            </w:pPr>
          </w:p>
        </w:tc>
      </w:tr>
      <w:tr w:rsidR="006B2AD1" w14:paraId="4A5BD264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BD8E77B" w14:textId="77777777" w:rsidR="006B2AD1" w:rsidRDefault="00000000"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35128D" w14:textId="77777777" w:rsidR="006B2AD1" w:rsidRDefault="006B2AD1">
            <w:pPr>
              <w:spacing w:after="0"/>
            </w:pP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15A641" w14:textId="77777777" w:rsidR="006B2AD1" w:rsidRDefault="006B2AD1">
            <w:pPr>
              <w:spacing w:after="0"/>
            </w:pP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97EF58" w14:textId="77777777" w:rsidR="006B2AD1" w:rsidRDefault="006B2AD1">
            <w:pPr>
              <w:spacing w:after="0"/>
            </w:pP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2C5D3D2" w14:textId="77777777" w:rsidR="006B2AD1" w:rsidRDefault="006B2AD1">
            <w:pPr>
              <w:spacing w:after="0"/>
            </w:pPr>
          </w:p>
        </w:tc>
      </w:tr>
      <w:tr w:rsidR="006B2AD1" w14:paraId="40BC8681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FA31B86" w14:textId="77777777" w:rsidR="006B2AD1" w:rsidRDefault="00000000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63AB4F" w14:textId="77777777" w:rsidR="006B2AD1" w:rsidRDefault="006B2AD1">
            <w:pPr>
              <w:spacing w:after="0"/>
            </w:pP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AFE86A" w14:textId="77777777" w:rsidR="006B2AD1" w:rsidRDefault="006B2AD1">
            <w:pPr>
              <w:spacing w:after="0"/>
            </w:pP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7407F2" w14:textId="77777777" w:rsidR="006B2AD1" w:rsidRDefault="006B2AD1">
            <w:pPr>
              <w:spacing w:after="0"/>
            </w:pP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6195CC" w14:textId="77777777" w:rsidR="006B2AD1" w:rsidRDefault="006B2AD1">
            <w:pPr>
              <w:spacing w:after="0"/>
            </w:pPr>
          </w:p>
        </w:tc>
      </w:tr>
      <w:tr w:rsidR="006B2AD1" w14:paraId="3608AEB2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B80E313" w14:textId="77777777" w:rsidR="006B2AD1" w:rsidRDefault="00000000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940C12" w14:textId="77777777" w:rsidR="006B2AD1" w:rsidRDefault="006B2AD1">
            <w:pPr>
              <w:spacing w:after="0"/>
            </w:pP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9FE2E8" w14:textId="77777777" w:rsidR="006B2AD1" w:rsidRDefault="006B2AD1">
            <w:pPr>
              <w:spacing w:after="0"/>
            </w:pP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D0CC59" w14:textId="77777777" w:rsidR="006B2AD1" w:rsidRDefault="006B2AD1">
            <w:pPr>
              <w:spacing w:after="0"/>
            </w:pP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3C6C03" w14:textId="77777777" w:rsidR="006B2AD1" w:rsidRDefault="006B2AD1">
            <w:pPr>
              <w:spacing w:after="0"/>
            </w:pPr>
          </w:p>
        </w:tc>
      </w:tr>
      <w:tr w:rsidR="006B2AD1" w14:paraId="3516CFEB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622A308" w14:textId="77777777" w:rsidR="006B2AD1" w:rsidRDefault="00000000">
            <w:pPr>
              <w:spacing w:after="0"/>
            </w:pPr>
            <w:r>
              <w:rPr>
                <w:sz w:val="18"/>
              </w:rPr>
              <w:t>9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9D51E81" w14:textId="77777777" w:rsidR="006B2AD1" w:rsidRDefault="006B2AD1">
            <w:pPr>
              <w:spacing w:after="0"/>
            </w:pP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002856" w14:textId="77777777" w:rsidR="006B2AD1" w:rsidRDefault="006B2AD1">
            <w:pPr>
              <w:spacing w:after="0"/>
            </w:pP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1182D42" w14:textId="77777777" w:rsidR="006B2AD1" w:rsidRDefault="006B2AD1">
            <w:pPr>
              <w:spacing w:after="0"/>
            </w:pP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78CF16E" w14:textId="77777777" w:rsidR="006B2AD1" w:rsidRDefault="006B2AD1">
            <w:pPr>
              <w:spacing w:after="0"/>
            </w:pPr>
          </w:p>
        </w:tc>
      </w:tr>
      <w:tr w:rsidR="006B2AD1" w14:paraId="7B699757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3344BC" w14:textId="77777777" w:rsidR="006B2AD1" w:rsidRDefault="00000000">
            <w:pPr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E0BC63" w14:textId="77777777" w:rsidR="006B2AD1" w:rsidRDefault="006B2AD1">
            <w:pPr>
              <w:spacing w:after="0"/>
            </w:pP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A7DE83" w14:textId="77777777" w:rsidR="006B2AD1" w:rsidRDefault="006B2AD1">
            <w:pPr>
              <w:spacing w:after="0"/>
            </w:pP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0FF214" w14:textId="77777777" w:rsidR="006B2AD1" w:rsidRDefault="006B2AD1">
            <w:pPr>
              <w:spacing w:after="0"/>
            </w:pP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C69C5E" w14:textId="77777777" w:rsidR="006B2AD1" w:rsidRDefault="006B2AD1">
            <w:pPr>
              <w:spacing w:after="0"/>
            </w:pPr>
          </w:p>
        </w:tc>
      </w:tr>
      <w:tr w:rsidR="006B2AD1" w14:paraId="5F4B4A60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CDFD29A" w14:textId="77777777" w:rsidR="006B2AD1" w:rsidRDefault="00000000">
            <w:pPr>
              <w:spacing w:after="0"/>
            </w:pPr>
            <w:r>
              <w:rPr>
                <w:sz w:val="18"/>
              </w:rPr>
              <w:t>11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9F2A4C" w14:textId="77777777" w:rsidR="006B2AD1" w:rsidRDefault="006B2AD1">
            <w:pPr>
              <w:spacing w:after="0"/>
            </w:pP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2682F8" w14:textId="77777777" w:rsidR="006B2AD1" w:rsidRDefault="006B2AD1">
            <w:pPr>
              <w:spacing w:after="0"/>
            </w:pP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7B4A5E" w14:textId="77777777" w:rsidR="006B2AD1" w:rsidRDefault="006B2AD1">
            <w:pPr>
              <w:spacing w:after="0"/>
            </w:pP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E0F607" w14:textId="77777777" w:rsidR="006B2AD1" w:rsidRDefault="006B2AD1">
            <w:pPr>
              <w:spacing w:after="0"/>
            </w:pPr>
          </w:p>
        </w:tc>
      </w:tr>
      <w:tr w:rsidR="006B2AD1" w14:paraId="3725420B" w14:textId="77777777" w:rsidTr="00682E1B">
        <w:trPr>
          <w:trHeight w:val="476"/>
        </w:trPr>
        <w:tc>
          <w:tcPr>
            <w:tcW w:w="4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712AED" w14:textId="77777777" w:rsidR="006B2AD1" w:rsidRDefault="00000000">
            <w:pPr>
              <w:spacing w:after="0"/>
            </w:pPr>
            <w:r>
              <w:rPr>
                <w:sz w:val="18"/>
              </w:rPr>
              <w:t>12</w:t>
            </w:r>
          </w:p>
        </w:tc>
        <w:tc>
          <w:tcPr>
            <w:tcW w:w="32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88AF13" w14:textId="77777777" w:rsidR="006B2AD1" w:rsidRDefault="006B2AD1">
            <w:pPr>
              <w:spacing w:after="0"/>
            </w:pPr>
          </w:p>
        </w:tc>
        <w:tc>
          <w:tcPr>
            <w:tcW w:w="20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B131BB" w14:textId="77777777" w:rsidR="006B2AD1" w:rsidRDefault="006B2AD1">
            <w:pPr>
              <w:spacing w:after="0"/>
            </w:pPr>
          </w:p>
        </w:tc>
        <w:tc>
          <w:tcPr>
            <w:tcW w:w="39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4CDDE3A" w14:textId="77777777" w:rsidR="006B2AD1" w:rsidRDefault="006B2AD1">
            <w:pPr>
              <w:spacing w:after="0"/>
            </w:pP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8D32452" w14:textId="77777777" w:rsidR="006B2AD1" w:rsidRDefault="006B2AD1">
            <w:pPr>
              <w:spacing w:after="0"/>
            </w:pPr>
          </w:p>
        </w:tc>
      </w:tr>
    </w:tbl>
    <w:p w14:paraId="2B637B2F" w14:textId="77777777" w:rsidR="006B2AD1" w:rsidRDefault="00000000">
      <w:r>
        <w:t>*İmzamla, bilgim dâhilinde voleybol turnuvasına katılmama engel bir sağlık sorunum bulunmadığını ve turnuva kurallarını okuyup kabul ettiğimi beyan ederim. Bu beyan sağlık raporu yerine geçmez.</w:t>
      </w:r>
    </w:p>
    <w:p w14:paraId="22799617" w14:textId="77777777" w:rsidR="006B2AD1" w:rsidRDefault="00000000">
      <w:r>
        <w:t>Takım Kaptanı: ...................................................................    Telefon Numarası: ........................................</w:t>
      </w:r>
    </w:p>
    <w:p w14:paraId="2D7FA5EE" w14:textId="02805347" w:rsidR="006B2AD1" w:rsidRDefault="00000000">
      <w:r>
        <w:t xml:space="preserve">Başvuru Yeri: </w:t>
      </w:r>
      <w:proofErr w:type="spellStart"/>
      <w:r w:rsidR="00682E1B">
        <w:t>Öğrenci</w:t>
      </w:r>
      <w:proofErr w:type="spellEnd"/>
      <w:r w:rsidR="00682E1B">
        <w:t xml:space="preserve"> </w:t>
      </w:r>
      <w:proofErr w:type="spellStart"/>
      <w:r w:rsidR="00682E1B">
        <w:t>İşleri</w:t>
      </w:r>
      <w:proofErr w:type="spellEnd"/>
      <w:r w:rsidR="00682E1B">
        <w:t xml:space="preserve"> Birimi</w:t>
      </w:r>
      <w:r>
        <w:t xml:space="preserve">   </w:t>
      </w:r>
      <w:proofErr w:type="spellStart"/>
      <w:r>
        <w:t>Başvuru</w:t>
      </w:r>
      <w:proofErr w:type="spellEnd"/>
      <w:r>
        <w:t xml:space="preserve"> Tarihi: .... / .... / 2026</w:t>
      </w:r>
    </w:p>
    <w:p w14:paraId="150D706F" w14:textId="69F66994" w:rsidR="006B2AD1" w:rsidRDefault="006B2AD1"/>
    <w:sectPr w:rsidR="006B2AD1" w:rsidSect="00034616">
      <w:pgSz w:w="16838" w:h="11906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7379915">
    <w:abstractNumId w:val="8"/>
  </w:num>
  <w:num w:numId="2" w16cid:durableId="2024549568">
    <w:abstractNumId w:val="6"/>
  </w:num>
  <w:num w:numId="3" w16cid:durableId="962424966">
    <w:abstractNumId w:val="5"/>
  </w:num>
  <w:num w:numId="4" w16cid:durableId="504977025">
    <w:abstractNumId w:val="4"/>
  </w:num>
  <w:num w:numId="5" w16cid:durableId="1858687388">
    <w:abstractNumId w:val="7"/>
  </w:num>
  <w:num w:numId="6" w16cid:durableId="756555485">
    <w:abstractNumId w:val="3"/>
  </w:num>
  <w:num w:numId="7" w16cid:durableId="2036728982">
    <w:abstractNumId w:val="2"/>
  </w:num>
  <w:num w:numId="8" w16cid:durableId="892884493">
    <w:abstractNumId w:val="1"/>
  </w:num>
  <w:num w:numId="9" w16cid:durableId="218320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6D0D"/>
    <w:rsid w:val="00682E1B"/>
    <w:rsid w:val="006B2AD1"/>
    <w:rsid w:val="00935674"/>
    <w:rsid w:val="00AA1D8D"/>
    <w:rsid w:val="00B47730"/>
    <w:rsid w:val="00C9690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62E42BA"/>
  <w14:defaultImageDpi w14:val="300"/>
  <w15:docId w15:val="{98EA6D37-F280-4DC9-A891-7DBD5E639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24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Zafer  köse</cp:lastModifiedBy>
  <cp:revision>3</cp:revision>
  <dcterms:created xsi:type="dcterms:W3CDTF">2013-12-23T23:15:00Z</dcterms:created>
  <dcterms:modified xsi:type="dcterms:W3CDTF">2026-10-03T14:25:00Z</dcterms:modified>
  <cp:category/>
</cp:coreProperties>
</file>