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DERS MUAFIYET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" w:edGrp="everyone"/>
      <w:sdt>
        <w:sdtPr>
          <w:alias w:val="Tarih"/>
          <w:tag w:val="Tarih"/>
          <w:id w:val="41000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2" w:edGrp="everyone"/>
            <w:sdt>
              <w:sdtPr>
                <w:alias w:val="Adı Soyadı"/>
                <w:tag w:val="Adı Soyadı"/>
                <w:id w:val="410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3" w:edGrp="everyone"/>
            <w:sdt>
              <w:sdtPr>
                <w:alias w:val="Öğrenci No"/>
                <w:tag w:val="Öğrenci No"/>
                <w:id w:val="410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4" w:edGrp="everyone"/>
            <w:sdt>
              <w:sdtPr>
                <w:alias w:val="Bölüm / Program"/>
                <w:tag w:val="Bölüm / Program"/>
                <w:id w:val="410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5" w:edGrp="everyone"/>
            <w:sdt>
              <w:sdtPr>
                <w:alias w:val="Sınıf"/>
                <w:tag w:val="Sınıf"/>
                <w:id w:val="41004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5"/>
            <w:r>
              <w:rPr>
                <w:sz w:val="18"/>
                <w:szCs w:val="18"/>
              </w:rPr>
              <w:t xml:space="preserve">  </w:t>
            </w:r>
            <w:permStart w:id="6" w:edGrp="everyone"/>
            <w:sdt>
              <w:sdtPr>
                <w:alias w:val="Şube"/>
                <w:tag w:val="Şube"/>
                <w:id w:val="41005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7" w:edGrp="everyone"/>
            <w:sdt>
              <w:sdtPr>
                <w:alias w:val="Telefon"/>
                <w:tag w:val="Telefon"/>
                <w:id w:val="410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8" w:edGrp="everyone"/>
            <w:sdt>
              <w:sdtPr>
                <w:alias w:val="E-posta"/>
                <w:tag w:val="E-posta"/>
                <w:id w:val="410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8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" w:edGrp="everyone"/>
            <w:sdt>
              <w:sdtPr>
                <w:alias w:val="Adres"/>
                <w:tag w:val="Adres"/>
                <w:id w:val="410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Daha önce almış olduğum aşağıdaki derslerden muaf tutulmak istiyorum.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4478"/>
        <w:gridCol w:w="4478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447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Muaf Olmak İstediği Dersin Tam Adı</w:t>
            </w:r>
          </w:p>
        </w:tc>
        <w:tc>
          <w:tcPr>
            <w:tcW w:type="dxa" w:w="447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Daha Önce Alınan Ders (Ders Adı / Kurum)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0" w:edGrp="everyone"/>
            <w:sdt>
              <w:sdtPr>
                <w:alias w:val="Muaf ders 1"/>
                <w:tag w:val="Muaf ders 1"/>
                <w:id w:val="410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1" w:edGrp="everyone"/>
            <w:sdt>
              <w:sdtPr>
                <w:alias w:val="Daha önce alınan ders 1"/>
                <w:tag w:val="Daha önce alınan ders 1"/>
                <w:id w:val="410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2" w:edGrp="everyone"/>
            <w:sdt>
              <w:sdtPr>
                <w:alias w:val="Muaf ders 2"/>
                <w:tag w:val="Muaf ders 2"/>
                <w:id w:val="4101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3" w:edGrp="everyone"/>
            <w:sdt>
              <w:sdtPr>
                <w:alias w:val="Daha önce alınan ders 2"/>
                <w:tag w:val="Daha önce alınan ders 2"/>
                <w:id w:val="410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4" w:edGrp="everyone"/>
            <w:sdt>
              <w:sdtPr>
                <w:alias w:val="Muaf ders 3"/>
                <w:tag w:val="Muaf ders 3"/>
                <w:id w:val="4101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5" w:edGrp="everyone"/>
            <w:sdt>
              <w:sdtPr>
                <w:alias w:val="Daha önce alınan ders 3"/>
                <w:tag w:val="Daha önce alınan ders 3"/>
                <w:id w:val="4101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6" w:edGrp="everyone"/>
            <w:sdt>
              <w:sdtPr>
                <w:alias w:val="Muaf ders 4"/>
                <w:tag w:val="Muaf ders 4"/>
                <w:id w:val="4101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7" w:edGrp="everyone"/>
            <w:sdt>
              <w:sdtPr>
                <w:alias w:val="Daha önce alınan ders 4"/>
                <w:tag w:val="Daha önce alınan ders 4"/>
                <w:id w:val="4101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8" w:edGrp="everyone"/>
            <w:sdt>
              <w:sdtPr>
                <w:alias w:val="Muaf ders 5"/>
                <w:tag w:val="Muaf ders 5"/>
                <w:id w:val="410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19" w:edGrp="everyone"/>
            <w:sdt>
              <w:sdtPr>
                <w:alias w:val="Daha önce alınan ders 5"/>
                <w:tag w:val="Daha önce alınan ders 5"/>
                <w:id w:val="410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0" w:edGrp="everyone"/>
            <w:sdt>
              <w:sdtPr>
                <w:alias w:val="Muaf ders 6"/>
                <w:tag w:val="Muaf ders 6"/>
                <w:id w:val="410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1" w:edGrp="everyone"/>
            <w:sdt>
              <w:sdtPr>
                <w:alias w:val="Daha önce alınan ders 6"/>
                <w:tag w:val="Daha önce alınan ders 6"/>
                <w:id w:val="4102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2" w:edGrp="everyone"/>
            <w:sdt>
              <w:sdtPr>
                <w:alias w:val="Muaf ders 7"/>
                <w:tag w:val="Muaf ders 7"/>
                <w:id w:val="410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2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3" w:edGrp="everyone"/>
            <w:sdt>
              <w:sdtPr>
                <w:alias w:val="Daha önce alınan ders 7"/>
                <w:tag w:val="Daha önce alınan ders 7"/>
                <w:id w:val="4102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4" w:edGrp="everyone"/>
            <w:sdt>
              <w:sdtPr>
                <w:alias w:val="Muaf ders 8"/>
                <w:tag w:val="Muaf ders 8"/>
                <w:id w:val="410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4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25" w:edGrp="everyone"/>
            <w:sdt>
              <w:sdtPr>
                <w:alias w:val="Daha önce alınan ders 8"/>
                <w:tag w:val="Daha önce alınan ders 8"/>
                <w:id w:val="410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5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8 dersten fazlası için devam sayfasını (sayfa 2) doldurunuz. Devam sayfası gerekmiyorsa yazdırmayınız.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26" w:edGrp="everyone"/>
            <w:sdt>
              <w:sdtPr>
                <w:alias w:val="Öğrenci Adı Soyadı"/>
                <w:tag w:val="Öğrenci Adı Soyadı"/>
                <w:id w:val="4102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27" w:edGrp="everyone"/>
      <w:sdt>
        <w:sdtPr>
          <w:alias w:val="Onaylı transkript"/>
          <w:tag w:val="Onaylı transkript"/>
          <w:id w:val="41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7"/>
      <w:r>
        <w:rPr>
          <w:sz w:val="19"/>
          <w:szCs w:val="19"/>
        </w:rPr>
        <w:t xml:space="preserve"> Onaylı transkript   </w:t>
      </w:r>
    </w:p>
    <w:p>
      <w:pPr>
        <w:spacing w:before="0" w:after="20" w:line="240" w:lineRule="auto"/>
        <w:jc w:val="left"/>
      </w:pPr>
      <w:permStart w:id="28" w:edGrp="everyone"/>
      <w:sdt>
        <w:sdtPr>
          <w:alias w:val="Onaylı ders içerikleri"/>
          <w:tag w:val="Onaylı ders içerikleri"/>
          <w:id w:val="41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28"/>
      <w:r>
        <w:rPr>
          <w:sz w:val="19"/>
          <w:szCs w:val="19"/>
        </w:rPr>
        <w:t xml:space="preserve"> Onaylı ders içerikleri   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DERS MUAFIYET DILEKÇESI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29" w:edGrp="everyone"/>
            <w:sdt>
              <w:sdtPr>
                <w:alias w:val="Devam öğrenci"/>
                <w:tag w:val="Devam öğrenci"/>
                <w:id w:val="4102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29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30" w:edGrp="everyone"/>
            <w:sdt>
              <w:sdtPr>
                <w:alias w:val="Devam tarihi"/>
                <w:tag w:val="Devam tarihi"/>
                <w:id w:val="41029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06.10.2026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3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4478"/>
        <w:gridCol w:w="4478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447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Muaf Olmak İstediği Dersin Tam Adı</w:t>
            </w:r>
          </w:p>
        </w:tc>
        <w:tc>
          <w:tcPr>
            <w:tcW w:type="dxa" w:w="447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Daha Önce Alınan Ders (Ders Adı / Kurum)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1" w:edGrp="everyone"/>
            <w:sdt>
              <w:sdtPr>
                <w:alias w:val="Muaf ders 9"/>
                <w:tag w:val="Muaf ders 9"/>
                <w:id w:val="410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1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2" w:edGrp="everyone"/>
            <w:sdt>
              <w:sdtPr>
                <w:alias w:val="Daha önce alınan ders 9"/>
                <w:tag w:val="Daha önce alınan ders 9"/>
                <w:id w:val="410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3" w:edGrp="everyone"/>
            <w:sdt>
              <w:sdtPr>
                <w:alias w:val="Muaf ders 10"/>
                <w:tag w:val="Muaf ders 10"/>
                <w:id w:val="4103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3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4" w:edGrp="everyone"/>
            <w:sdt>
              <w:sdtPr>
                <w:alias w:val="Daha önce alınan ders 10"/>
                <w:tag w:val="Daha önce alınan ders 10"/>
                <w:id w:val="410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5" w:edGrp="everyone"/>
            <w:sdt>
              <w:sdtPr>
                <w:alias w:val="Muaf ders 11"/>
                <w:tag w:val="Muaf ders 11"/>
                <w:id w:val="410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5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6" w:edGrp="everyone"/>
            <w:sdt>
              <w:sdtPr>
                <w:alias w:val="Daha önce alınan ders 11"/>
                <w:tag w:val="Daha önce alınan ders 11"/>
                <w:id w:val="410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7" w:edGrp="everyone"/>
            <w:sdt>
              <w:sdtPr>
                <w:alias w:val="Muaf ders 12"/>
                <w:tag w:val="Muaf ders 12"/>
                <w:id w:val="410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7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8" w:edGrp="everyone"/>
            <w:sdt>
              <w:sdtPr>
                <w:alias w:val="Daha önce alınan ders 12"/>
                <w:tag w:val="Daha önce alınan ders 12"/>
                <w:id w:val="410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39" w:edGrp="everyone"/>
            <w:sdt>
              <w:sdtPr>
                <w:alias w:val="Muaf ders 13"/>
                <w:tag w:val="Muaf ders 13"/>
                <w:id w:val="410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39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0" w:edGrp="everyone"/>
            <w:sdt>
              <w:sdtPr>
                <w:alias w:val="Daha önce alınan ders 13"/>
                <w:tag w:val="Daha önce alınan ders 13"/>
                <w:id w:val="410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1" w:edGrp="everyone"/>
            <w:sdt>
              <w:sdtPr>
                <w:alias w:val="Muaf ders 14"/>
                <w:tag w:val="Muaf ders 14"/>
                <w:id w:val="410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1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2" w:edGrp="everyone"/>
            <w:sdt>
              <w:sdtPr>
                <w:alias w:val="Daha önce alınan ders 14"/>
                <w:tag w:val="Daha önce alınan ders 14"/>
                <w:id w:val="410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3" w:edGrp="everyone"/>
            <w:sdt>
              <w:sdtPr>
                <w:alias w:val="Muaf ders 15"/>
                <w:tag w:val="Muaf ders 15"/>
                <w:id w:val="410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3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4" w:edGrp="everyone"/>
            <w:sdt>
              <w:sdtPr>
                <w:alias w:val="Daha önce alınan ders 15"/>
                <w:tag w:val="Daha önce alınan ders 15"/>
                <w:id w:val="410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5" w:edGrp="everyone"/>
            <w:sdt>
              <w:sdtPr>
                <w:alias w:val="Muaf ders 16"/>
                <w:tag w:val="Muaf ders 16"/>
                <w:id w:val="410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5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6" w:edGrp="everyone"/>
            <w:sdt>
              <w:sdtPr>
                <w:alias w:val="Daha önce alınan ders 16"/>
                <w:tag w:val="Daha önce alınan ders 16"/>
                <w:id w:val="410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7" w:edGrp="everyone"/>
            <w:sdt>
              <w:sdtPr>
                <w:alias w:val="Muaf ders 17"/>
                <w:tag w:val="Muaf ders 17"/>
                <w:id w:val="410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7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8" w:edGrp="everyone"/>
            <w:sdt>
              <w:sdtPr>
                <w:alias w:val="Daha önce alınan ders 17"/>
                <w:tag w:val="Daha önce alınan ders 17"/>
                <w:id w:val="410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49" w:edGrp="everyone"/>
            <w:sdt>
              <w:sdtPr>
                <w:alias w:val="Muaf ders 18"/>
                <w:tag w:val="Muaf ders 18"/>
                <w:id w:val="410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9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0" w:edGrp="everyone"/>
            <w:sdt>
              <w:sdtPr>
                <w:alias w:val="Daha önce alınan ders 18"/>
                <w:tag w:val="Daha önce alınan ders 18"/>
                <w:id w:val="410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1" w:edGrp="everyone"/>
            <w:sdt>
              <w:sdtPr>
                <w:alias w:val="Muaf ders 19"/>
                <w:tag w:val="Muaf ders 19"/>
                <w:id w:val="4105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1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2" w:edGrp="everyone"/>
            <w:sdt>
              <w:sdtPr>
                <w:alias w:val="Daha önce alınan ders 19"/>
                <w:tag w:val="Daha önce alınan ders 19"/>
                <w:id w:val="410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3" w:edGrp="everyone"/>
            <w:sdt>
              <w:sdtPr>
                <w:alias w:val="Muaf ders 20"/>
                <w:tag w:val="Muaf ders 20"/>
                <w:id w:val="410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3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4" w:edGrp="everyone"/>
            <w:sdt>
              <w:sdtPr>
                <w:alias w:val="Daha önce alınan ders 20"/>
                <w:tag w:val="Daha önce alınan ders 20"/>
                <w:id w:val="4105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5" w:edGrp="everyone"/>
            <w:sdt>
              <w:sdtPr>
                <w:alias w:val="Muaf ders 21"/>
                <w:tag w:val="Muaf ders 21"/>
                <w:id w:val="410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5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6" w:edGrp="everyone"/>
            <w:sdt>
              <w:sdtPr>
                <w:alias w:val="Daha önce alınan ders 21"/>
                <w:tag w:val="Daha önce alınan ders 21"/>
                <w:id w:val="410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22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7" w:edGrp="everyone"/>
            <w:sdt>
              <w:sdtPr>
                <w:alias w:val="Muaf ders 22"/>
                <w:tag w:val="Muaf ders 22"/>
                <w:id w:val="410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7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8" w:edGrp="everyone"/>
            <w:sdt>
              <w:sdtPr>
                <w:alias w:val="Daha önce alınan ders 22"/>
                <w:tag w:val="Daha önce alınan ders 22"/>
                <w:id w:val="410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23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59" w:edGrp="everyone"/>
            <w:sdt>
              <w:sdtPr>
                <w:alias w:val="Muaf ders 23"/>
                <w:tag w:val="Muaf ders 23"/>
                <w:id w:val="410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59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0" w:edGrp="everyone"/>
            <w:sdt>
              <w:sdtPr>
                <w:alias w:val="Daha önce alınan ders 23"/>
                <w:tag w:val="Daha önce alınan ders 23"/>
                <w:id w:val="410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1" w:edGrp="everyone"/>
            <w:sdt>
              <w:sdtPr>
                <w:alias w:val="Muaf ders 24"/>
                <w:tag w:val="Muaf ders 24"/>
                <w:id w:val="410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2" w:edGrp="everyone"/>
            <w:sdt>
              <w:sdtPr>
                <w:alias w:val="Daha önce alınan ders 24"/>
                <w:tag w:val="Daha önce alınan ders 24"/>
                <w:id w:val="4106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3" w:edGrp="everyone"/>
            <w:sdt>
              <w:sdtPr>
                <w:alias w:val="Muaf ders 25"/>
                <w:tag w:val="Muaf ders 25"/>
                <w:id w:val="4106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4" w:edGrp="everyone"/>
            <w:sdt>
              <w:sdtPr>
                <w:alias w:val="Daha önce alınan ders 25"/>
                <w:tag w:val="Daha önce alınan ders 25"/>
                <w:id w:val="4106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26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5" w:edGrp="everyone"/>
            <w:sdt>
              <w:sdtPr>
                <w:alias w:val="Muaf ders 26"/>
                <w:tag w:val="Muaf ders 26"/>
                <w:id w:val="4106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5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6" w:edGrp="everyone"/>
            <w:sdt>
              <w:sdtPr>
                <w:alias w:val="Daha önce alınan ders 26"/>
                <w:tag w:val="Daha önce alınan ders 26"/>
                <w:id w:val="4106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27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7" w:edGrp="everyone"/>
            <w:sdt>
              <w:sdtPr>
                <w:alias w:val="Muaf ders 27"/>
                <w:tag w:val="Muaf ders 27"/>
                <w:id w:val="4106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7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8" w:edGrp="everyone"/>
            <w:sdt>
              <w:sdtPr>
                <w:alias w:val="Daha önce alınan ders 27"/>
                <w:tag w:val="Daha önce alınan ders 27"/>
                <w:id w:val="410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28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69" w:edGrp="everyone"/>
            <w:sdt>
              <w:sdtPr>
                <w:alias w:val="Muaf ders 28"/>
                <w:tag w:val="Muaf ders 28"/>
                <w:id w:val="4106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9"/>
          </w:p>
        </w:tc>
        <w:tc>
          <w:tcPr>
            <w:tcW w:type="dxa" w:w="4479"/>
            <w:vAlign w:val="center"/>
          </w:tcPr>
          <w:p>
            <w:pPr>
              <w:spacing w:before="0" w:after="0" w:line="240" w:lineRule="auto"/>
              <w:jc w:val="left"/>
            </w:pPr>
            <w:permStart w:id="70" w:edGrp="everyone"/>
            <w:sdt>
              <w:sdtPr>
                <w:alias w:val="Daha önce alınan ders 28"/>
                <w:tag w:val="Daha önce alınan ders 28"/>
                <w:id w:val="4106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0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20 satır da yetmezse sayfa fotokopi ile çoğaltılabilir. Devam sayfası gerekmiyorsa yazdırmayınız.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71" w:edGrp="everyone"/>
            <w:sdt>
              <w:sdtPr>
                <w:alias w:val="Öğrenci Adı Soyadı"/>
                <w:tag w:val="Öğrenci Adı Soyadı"/>
                <w:id w:val="4107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71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HTMYO-OFRM-101  |  Ders Muafiyet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HTMYO-OFRM-101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Muafiyet Dilekçesi</dc:title>
  <dc:subject>HTMYO-OFRM-101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