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KAYIT SILME DILEKÇESI</w:t>
      </w:r>
    </w:p>
    <w:p>
      <w:pPr>
        <w:spacing w:before="0" w:after="12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72" w:edGrp="everyone"/>
      <w:sdt>
        <w:sdtPr>
          <w:alias w:val="Tarih"/>
          <w:tag w:val="Tarih"/>
          <w:id w:val="41071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06.10.2026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72"/>
    </w:p>
    <w:p>
      <w:pPr>
        <w:spacing w:before="0" w:after="160" w:line="240" w:lineRule="auto"/>
        <w:jc w:val="center"/>
      </w:pPr>
      <w:r>
        <w:rPr>
          <w:b/>
          <w:bCs/>
          <w:sz w:val="20"/>
          <w:szCs w:val="20"/>
        </w:rPr>
        <w:t xml:space="preserve">BUCAK HİKMET TOLUNAY ULAŞTIRMA VE LOJİSTİK MESLEK YÜKSEKOKULU MÜDÜRLÜĞÜNE</w:t>
      </w:r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ÖĞRENCİ BİLGİLERİ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474"/>
        <w:gridCol w:w="3344"/>
        <w:gridCol w:w="1474"/>
        <w:gridCol w:w="3344"/>
      </w:tblGrid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Adı Soyadı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73" w:edGrp="everyone"/>
            <w:sdt>
              <w:sdtPr>
                <w:alias w:val="Adı Soyadı"/>
                <w:tag w:val="Adı Soyadı"/>
                <w:id w:val="4107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73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Öğrenci No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74" w:edGrp="everyone"/>
            <w:sdt>
              <w:sdtPr>
                <w:alias w:val="Öğrenci No"/>
                <w:tag w:val="Öğrenci No"/>
                <w:id w:val="4107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74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75" w:edGrp="everyone"/>
            <w:sdt>
              <w:sdtPr>
                <w:alias w:val="Bölüm / Program"/>
                <w:tag w:val="Bölüm / Program"/>
                <w:id w:val="4107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75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Sınıf / Şube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76" w:edGrp="everyone"/>
            <w:sdt>
              <w:sdtPr>
                <w:alias w:val="Sınıf"/>
                <w:tag w:val="Sınıf"/>
                <w:id w:val="41075"/>
                <w:showingPlcHdr/>
                <w:dropDownList>
                  <w:listItem w:displayText="1. Sınıf" w:value="1. Sınıf"/>
                  <w:listItem w:displayText="2. Sınıf" w:value="2. Sınıf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76"/>
            <w:r>
              <w:rPr>
                <w:sz w:val="18"/>
                <w:szCs w:val="18"/>
              </w:rPr>
              <w:t xml:space="preserve">  </w:t>
            </w:r>
            <w:permStart w:id="77" w:edGrp="everyone"/>
            <w:sdt>
              <w:sdtPr>
                <w:alias w:val="Şube"/>
                <w:tag w:val="Şube"/>
                <w:id w:val="41076"/>
                <w:showingPlcHdr/>
                <w:dropDownList>
                  <w:listItem w:displayText="A" w:value="A"/>
                  <w:listItem w:displayText="B" w:value="B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77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Telefon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78" w:edGrp="everyone"/>
            <w:sdt>
              <w:sdtPr>
                <w:alias w:val="Telefon"/>
                <w:tag w:val="Telefon"/>
                <w:id w:val="4107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78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E-posta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79" w:edGrp="everyone"/>
            <w:sdt>
              <w:sdtPr>
                <w:alias w:val="E-posta"/>
                <w:tag w:val="E-posta"/>
                <w:id w:val="4107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79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Adres</w:t>
            </w:r>
          </w:p>
        </w:tc>
        <w:tc>
          <w:tcPr>
            <w:tcW w:type="dxa" w:w="8164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80" w:edGrp="everyone"/>
            <w:sdt>
              <w:sdtPr>
                <w:alias w:val="Adres"/>
                <w:tag w:val="Adres"/>
                <w:id w:val="41079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80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120" w:line="276" w:lineRule="auto"/>
        <w:ind w:firstLine="567"/>
        <w:jc w:val="both"/>
      </w:pPr>
      <w:r>
        <w:rPr>
          <w:sz w:val="21"/>
          <w:szCs w:val="21"/>
        </w:rPr>
        <w:t xml:space="preserve">Yüksekokulunuz öğrencisiyim. Kendi isteğimle kaydımı sildirmek istiyorum.</w:t>
      </w:r>
    </w:p>
    <w:p>
      <w:pPr>
        <w:keepNext/>
        <w:spacing w:before="40" w:after="60" w:line="240" w:lineRule="auto"/>
        <w:jc w:val="center"/>
      </w:pPr>
      <w:r>
        <w:rPr>
          <w:b/>
          <w:bCs/>
          <w:sz w:val="19"/>
          <w:szCs w:val="19"/>
        </w:rPr>
        <w:t xml:space="preserve">İLİŞİK KESME FORMU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814"/>
        <w:gridCol w:w="3514"/>
        <w:gridCol w:w="4308"/>
      </w:tblGrid>
      <w:tr>
        <w:trPr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Birim</w:t>
            </w:r>
          </w:p>
        </w:tc>
        <w:tc>
          <w:tcPr>
            <w:tcW w:type="dxa" w:w="351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Durum</w:t>
            </w:r>
          </w:p>
        </w:tc>
        <w:tc>
          <w:tcPr>
            <w:tcW w:type="dxa" w:w="4309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Yetkilinin Adı Soyadı / İmza</w:t>
            </w:r>
          </w:p>
        </w:tc>
      </w:tr>
      <w:tr>
        <w:trPr>
          <w:trHeight w:val="623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MEDİKO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81" w:edGrp="everyone"/>
            <w:sdt>
              <w:sdtPr>
                <w:alias w:val="İlişiği kesilebilir"/>
                <w:tag w:val="İlişiği kesilebilir"/>
                <w:id w:val="41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81"/>
            <w:r>
              <w:rPr>
                <w:sz w:val="18"/>
                <w:szCs w:val="18"/>
              </w:rPr>
              <w:t xml:space="preserve"> İlişiği kesilebilir   </w:t>
            </w:r>
          </w:p>
          <w:p>
            <w:pPr>
              <w:spacing w:before="0" w:after="0" w:line="240" w:lineRule="auto"/>
              <w:jc w:val="left"/>
            </w:pPr>
            <w:permStart w:id="82" w:edGrp="everyone"/>
            <w:sdt>
              <w:sdtPr>
                <w:alias w:val="İlişiği kesilemez"/>
                <w:tag w:val="İlişiği kesilemez"/>
                <w:id w:val="41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82"/>
            <w:r>
              <w:rPr>
                <w:sz w:val="18"/>
                <w:szCs w:val="18"/>
              </w:rPr>
              <w:t xml:space="preserve"> İlişiği kesilemez   </w:t>
            </w:r>
          </w:p>
        </w:tc>
        <w:tc>
          <w:tcPr>
            <w:tcW w:type="dxa" w:w="4309"/>
            <w:vAlign w:val="center"/>
          </w:tcPr>
          <w:p>
            <w:pPr>
              <w:spacing w:before="0" w:after="0" w:line="240" w:lineRule="auto"/>
              <w:jc w:val="left"/>
            </w:pPr>
            <w:permStart w:id="83" w:edGrp="everyone"/>
            <w:sdt>
              <w:sdtPr>
                <w:alias w:val="Mediko yetkilisi"/>
                <w:tag w:val="Mediko yetkilisi"/>
                <w:id w:val="4108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83"/>
          </w:p>
        </w:tc>
      </w:tr>
      <w:tr>
        <w:trPr>
          <w:trHeight w:val="623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KÜTÜPHANE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84" w:edGrp="everyone"/>
            <w:sdt>
              <w:sdtPr>
                <w:alias w:val="İlişiği kesilebilir"/>
                <w:tag w:val="İlişiği kesilebilir"/>
                <w:id w:val="41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84"/>
            <w:r>
              <w:rPr>
                <w:sz w:val="18"/>
                <w:szCs w:val="18"/>
              </w:rPr>
              <w:t xml:space="preserve"> İlişiği kesilebilir   </w:t>
            </w:r>
          </w:p>
          <w:p>
            <w:pPr>
              <w:spacing w:before="0" w:after="0" w:line="240" w:lineRule="auto"/>
              <w:jc w:val="left"/>
            </w:pPr>
            <w:permStart w:id="85" w:edGrp="everyone"/>
            <w:sdt>
              <w:sdtPr>
                <w:alias w:val="İlişiği kesilemez"/>
                <w:tag w:val="İlişiği kesilemez"/>
                <w:id w:val="41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85"/>
            <w:r>
              <w:rPr>
                <w:sz w:val="18"/>
                <w:szCs w:val="18"/>
              </w:rPr>
              <w:t xml:space="preserve"> İlişiği kesilemez   </w:t>
            </w:r>
          </w:p>
        </w:tc>
        <w:tc>
          <w:tcPr>
            <w:tcW w:type="dxa" w:w="4309"/>
            <w:vAlign w:val="center"/>
          </w:tcPr>
          <w:p>
            <w:pPr>
              <w:spacing w:before="0" w:after="0" w:line="240" w:lineRule="auto"/>
              <w:jc w:val="left"/>
            </w:pPr>
            <w:permStart w:id="86" w:edGrp="everyone"/>
            <w:sdt>
              <w:sdtPr>
                <w:alias w:val="Kütüphane yetkilisi"/>
                <w:tag w:val="Kütüphane yetkilisi"/>
                <w:id w:val="4108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86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120" w:line="240" w:lineRule="auto"/>
        <w:jc w:val="left"/>
      </w:pPr>
      <w:permStart w:id="87" w:edGrp="everyone"/>
      <w:sdt>
        <w:sdtPr>
          <w:alias w:val="Lise diplomamın aslını elden aldım."/>
          <w:tag w:val="Lise diplomamın aslını elden aldım."/>
          <w:id w:val="410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permEnd w:id="87"/>
      <w:r>
        <w:rPr>
          <w:sz w:val="19"/>
          <w:szCs w:val="19"/>
        </w:rPr>
        <w:t xml:space="preserve"> Lise diplomamın aslını elden aldım.   </w:t>
      </w:r>
      <w:r>
        <w:rPr>
          <w:sz w:val="19"/>
          <w:szCs w:val="19"/>
        </w:rPr>
        <w:t xml:space="preserve">   Tarih: </w:t>
      </w:r>
      <w:permStart w:id="88" w:edGrp="everyone"/>
      <w:sdt>
        <w:sdtPr>
          <w:alias w:val="Diploma teslim tarihi"/>
          <w:tag w:val="Diploma teslim tarihi"/>
          <w:id w:val="41087"/>
        </w:sdtPr>
        <w:sdtContent>
          <w:r>
            <w:rPr>
              <w:sz w:val="19"/>
              <w:szCs w:val="19"/>
            </w:rPr>
            <w:fldChar w:fldCharType="begin"/>
          </w:r>
          <w:r>
            <w:rPr>
              <w:sz w:val="19"/>
              <w:szCs w:val="19"/>
            </w:rPr>
            <w:instrText xml:space="preserve"> DATE \@ "dd.MM.yyyy" </w:instrText>
          </w:r>
          <w:r>
            <w:rPr>
              <w:sz w:val="19"/>
              <w:szCs w:val="19"/>
            </w:rPr>
            <w:fldChar w:fldCharType="separate"/>
          </w:r>
          <w:r>
            <w:rPr>
              <w:sz w:val="19"/>
              <w:szCs w:val="19"/>
            </w:rPr>
            <w:t>06.10.2026</w:t>
          </w:r>
          <w:r>
            <w:rPr>
              <w:sz w:val="19"/>
              <w:szCs w:val="19"/>
            </w:rPr>
            <w:fldChar w:fldCharType="end"/>
          </w:r>
        </w:sdtContent>
      </w:sdt>
      <w:permEnd w:id="88"/>
    </w:p>
    <w:p>
      <w:pPr>
        <w:spacing w:before="40" w:after="160" w:line="240" w:lineRule="auto"/>
        <w:ind w:firstLine="567"/>
        <w:jc w:val="left"/>
      </w:pPr>
      <w:r>
        <w:rPr>
          <w:sz w:val="21"/>
          <w:szCs w:val="21"/>
        </w:rPr>
        <w:t xml:space="preserve">Gereğini bilgilerinize arz ederim.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9"/>
        <w:gridCol w:w="3968"/>
      </w:tblGrid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Öğrenci</w:t>
            </w:r>
          </w:p>
        </w:tc>
      </w:tr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permStart w:id="89" w:edGrp="everyone"/>
            <w:sdt>
              <w:sdtPr>
                <w:alias w:val="Öğrenci Adı Soyadı"/>
                <w:tag w:val="Öğrenci Adı Soyadı"/>
                <w:id w:val="41088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89"/>
          </w:p>
        </w:tc>
      </w:tr>
      <w:tr>
        <w:trPr>
          <w:trHeight w:val="907" w:hRule="atLeast"/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HTMYO-OFRM-102  |  Kayıt Silme Dilekçesi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HTMYO-OFRM-102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Kayıt Silme Dilekçesi</dc:title>
  <dc:subject>HTMYO-OFRM-102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