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MAZERET SINAVI DILEKÇESI</w:t>
      </w:r>
    </w:p>
    <w:p>
      <w:pPr>
        <w:spacing w:before="0" w:after="12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164" w:edGrp="everyone"/>
      <w:sdt>
        <w:sdtPr>
          <w:alias w:val="Tarih"/>
          <w:tag w:val="Tarih"/>
          <w:id w:val="41163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164"/>
    </w:p>
    <w:p>
      <w:pPr>
        <w:spacing w:before="0" w:after="160" w:line="240" w:lineRule="auto"/>
        <w:jc w:val="center"/>
      </w:pPr>
      <w:r>
        <w:rPr>
          <w:b/>
          <w:bCs/>
          <w:sz w:val="20"/>
          <w:szCs w:val="20"/>
        </w:rPr>
        <w:t xml:space="preserve">BUCAK HİKMET TOLUNAY ULAŞTIRMA VE LOJİSTİK MESLEK YÜKSEKOKULU MÜDÜRLÜĞÜNE</w:t>
      </w: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3344"/>
        <w:gridCol w:w="1474"/>
        <w:gridCol w:w="3344"/>
      </w:tblGrid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65" w:edGrp="everyone"/>
            <w:sdt>
              <w:sdtPr>
                <w:alias w:val="Adı Soyadı"/>
                <w:tag w:val="Adı Soyadı"/>
                <w:id w:val="4116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65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66" w:edGrp="everyone"/>
            <w:sdt>
              <w:sdtPr>
                <w:alias w:val="Öğrenci No"/>
                <w:tag w:val="Öğrenci No"/>
                <w:id w:val="4116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66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67" w:edGrp="everyone"/>
            <w:sdt>
              <w:sdtPr>
                <w:alias w:val="Bölüm / Program"/>
                <w:tag w:val="Bölüm / Program"/>
                <w:id w:val="4116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67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68" w:edGrp="everyone"/>
            <w:sdt>
              <w:sdtPr>
                <w:alias w:val="Sınıf"/>
                <w:tag w:val="Sınıf"/>
                <w:id w:val="41167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168"/>
            <w:r>
              <w:rPr>
                <w:sz w:val="18"/>
                <w:szCs w:val="18"/>
              </w:rPr>
              <w:t xml:space="preserve">  </w:t>
            </w:r>
            <w:permStart w:id="169" w:edGrp="everyone"/>
            <w:sdt>
              <w:sdtPr>
                <w:alias w:val="Şube"/>
                <w:tag w:val="Şube"/>
                <w:id w:val="41168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169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70" w:edGrp="everyone"/>
            <w:sdt>
              <w:sdtPr>
                <w:alias w:val="Telefon"/>
                <w:tag w:val="Telefon"/>
                <w:id w:val="4116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0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71" w:edGrp="everyone"/>
            <w:sdt>
              <w:sdtPr>
                <w:alias w:val="E-posta"/>
                <w:tag w:val="E-posta"/>
                <w:id w:val="4117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1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816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172" w:edGrp="everyone"/>
            <w:sdt>
              <w:sdtPr>
                <w:alias w:val="Adres"/>
                <w:tag w:val="Adres"/>
                <w:id w:val="41171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2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120" w:line="276" w:lineRule="auto"/>
        <w:ind w:firstLine="567"/>
        <w:jc w:val="both"/>
      </w:pPr>
      <w:r>
        <w:rPr>
          <w:sz w:val="21"/>
          <w:szCs w:val="21"/>
        </w:rPr>
        <w:t xml:space="preserve">Aşağıda belirtilen derslerin </w:t>
      </w:r>
      <w:permStart w:id="173" w:edGrp="everyone"/>
      <w:sdt>
        <w:sdtPr>
          <w:alias w:val="Sınav türü"/>
          <w:tag w:val="Sınav türü"/>
          <w:id w:val="41172"/>
          <w:showingPlcHdr/>
          <w:dropDownList>
            <w:listItem w:displayText="Vize" w:value="Vize"/>
            <w:listItem w:displayText="Final" w:value="Final"/>
            <w:listItem w:displayText="Bütünleme" w:value="Bütünleme"/>
          </w:dropDownList>
        </w:sdtPr>
        <w:sdtContent>
          <w:r>
            <w:rPr>
              <w:rStyle w:val="PlaceholderText"/>
              <w:sz w:val="21"/>
              <w:szCs w:val="21"/>
            </w:rPr>
            <w:t xml:space="preserve">       </w:t>
          </w:r>
        </w:sdtContent>
      </w:sdt>
      <w:permEnd w:id="173"/>
      <w:r>
        <w:rPr>
          <w:sz w:val="21"/>
          <w:szCs w:val="21"/>
        </w:rPr>
        <w:t xml:space="preserve"> sınavına, ekte belgelendirdiğim mazeretimden dolayı giremedim. Bu derslerin mazeret sınavlarına katılmak istiyorum.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680"/>
        <w:gridCol w:w="3968"/>
        <w:gridCol w:w="1814"/>
        <w:gridCol w:w="3174"/>
      </w:tblGrid>
      <w:tr>
        <w:trPr>
          <w:trHeight w:val="351" w:hRule="atLeast"/>
          <w:cantSplit/>
        </w:trPr>
        <w:tc>
          <w:tcPr>
            <w:tcW w:type="dxa" w:w="68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Sıra</w:t>
            </w:r>
          </w:p>
        </w:tc>
        <w:tc>
          <w:tcPr>
            <w:tcW w:type="dxa" w:w="396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Dersin Tam Adı</w:t>
            </w:r>
          </w:p>
        </w:tc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Sınav Tarihi</w:t>
            </w:r>
          </w:p>
        </w:tc>
        <w:tc>
          <w:tcPr>
            <w:tcW w:type="dxa" w:w="317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Öğretim Elemanı</w:t>
            </w:r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74" w:edGrp="everyone"/>
            <w:sdt>
              <w:sdtPr>
                <w:alias w:val="Ders 1"/>
                <w:tag w:val="Ders 1"/>
                <w:id w:val="4117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4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75" w:edGrp="everyone"/>
            <w:sdt>
              <w:sdtPr>
                <w:alias w:val="Sınav tarihi 1"/>
                <w:tag w:val="Sınav tarihi 1"/>
                <w:id w:val="4117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75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176" w:edGrp="everyone"/>
            <w:sdt>
              <w:sdtPr>
                <w:alias w:val="Öğretim elemanı 1"/>
                <w:tag w:val="Öğretim elemanı 1"/>
                <w:id w:val="4117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6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77" w:edGrp="everyone"/>
            <w:sdt>
              <w:sdtPr>
                <w:alias w:val="Ders 2"/>
                <w:tag w:val="Ders 2"/>
                <w:id w:val="4117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7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78" w:edGrp="everyone"/>
            <w:sdt>
              <w:sdtPr>
                <w:alias w:val="Sınav tarihi 2"/>
                <w:tag w:val="Sınav tarihi 2"/>
                <w:id w:val="4117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78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179" w:edGrp="everyone"/>
            <w:sdt>
              <w:sdtPr>
                <w:alias w:val="Öğretim elemanı 2"/>
                <w:tag w:val="Öğretim elemanı 2"/>
                <w:id w:val="4117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9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80" w:edGrp="everyone"/>
            <w:sdt>
              <w:sdtPr>
                <w:alias w:val="Ders 3"/>
                <w:tag w:val="Ders 3"/>
                <w:id w:val="4117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0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81" w:edGrp="everyone"/>
            <w:sdt>
              <w:sdtPr>
                <w:alias w:val="Sınav tarihi 3"/>
                <w:tag w:val="Sınav tarihi 3"/>
                <w:id w:val="4118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81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182" w:edGrp="everyone"/>
            <w:sdt>
              <w:sdtPr>
                <w:alias w:val="Öğretim elemanı 3"/>
                <w:tag w:val="Öğretim elemanı 3"/>
                <w:id w:val="4118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2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83" w:edGrp="everyone"/>
            <w:sdt>
              <w:sdtPr>
                <w:alias w:val="Ders 4"/>
                <w:tag w:val="Ders 4"/>
                <w:id w:val="4118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3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84" w:edGrp="everyone"/>
            <w:sdt>
              <w:sdtPr>
                <w:alias w:val="Sınav tarihi 4"/>
                <w:tag w:val="Sınav tarihi 4"/>
                <w:id w:val="4118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84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185" w:edGrp="everyone"/>
            <w:sdt>
              <w:sdtPr>
                <w:alias w:val="Öğretim elemanı 4"/>
                <w:tag w:val="Öğretim elemanı 4"/>
                <w:id w:val="4118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5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86" w:edGrp="everyone"/>
            <w:sdt>
              <w:sdtPr>
                <w:alias w:val="Ders 5"/>
                <w:tag w:val="Ders 5"/>
                <w:id w:val="4118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6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87" w:edGrp="everyone"/>
            <w:sdt>
              <w:sdtPr>
                <w:alias w:val="Sınav tarihi 5"/>
                <w:tag w:val="Sınav tarihi 5"/>
                <w:id w:val="4118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87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188" w:edGrp="everyone"/>
            <w:sdt>
              <w:sdtPr>
                <w:alias w:val="Öğretim elemanı 5"/>
                <w:tag w:val="Öğretim elemanı 5"/>
                <w:id w:val="4118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8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89" w:edGrp="everyone"/>
            <w:sdt>
              <w:sdtPr>
                <w:alias w:val="Ders 6"/>
                <w:tag w:val="Ders 6"/>
                <w:id w:val="4118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9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90" w:edGrp="everyone"/>
            <w:sdt>
              <w:sdtPr>
                <w:alias w:val="Sınav tarihi 6"/>
                <w:tag w:val="Sınav tarihi 6"/>
                <w:id w:val="4118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90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191" w:edGrp="everyone"/>
            <w:sdt>
              <w:sdtPr>
                <w:alias w:val="Öğretim elemanı 6"/>
                <w:tag w:val="Öğretim elemanı 6"/>
                <w:id w:val="4119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1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92" w:edGrp="everyone"/>
            <w:sdt>
              <w:sdtPr>
                <w:alias w:val="Ders 7"/>
                <w:tag w:val="Ders 7"/>
                <w:id w:val="4119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2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93" w:edGrp="everyone"/>
            <w:sdt>
              <w:sdtPr>
                <w:alias w:val="Sınav tarihi 7"/>
                <w:tag w:val="Sınav tarihi 7"/>
                <w:id w:val="4119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93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194" w:edGrp="everyone"/>
            <w:sdt>
              <w:sdtPr>
                <w:alias w:val="Öğretim elemanı 7"/>
                <w:tag w:val="Öğretim elemanı 7"/>
                <w:id w:val="4119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4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95" w:edGrp="everyone"/>
            <w:sdt>
              <w:sdtPr>
                <w:alias w:val="Ders 8"/>
                <w:tag w:val="Ders 8"/>
                <w:id w:val="4119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5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96" w:edGrp="everyone"/>
            <w:sdt>
              <w:sdtPr>
                <w:alias w:val="Sınav tarihi 8"/>
                <w:tag w:val="Sınav tarihi 8"/>
                <w:id w:val="4119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96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197" w:edGrp="everyone"/>
            <w:sdt>
              <w:sdtPr>
                <w:alias w:val="Öğretim elemanı 8"/>
                <w:tag w:val="Öğretim elemanı 8"/>
                <w:id w:val="4119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7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8 dersten fazlası için devam sayfasını (sayfa 2) doldurunuz. Devam sayfası gerekmiyorsa yazdırmayınız.</w:t>
      </w:r>
    </w:p>
    <w:p>
      <w:pPr>
        <w:spacing w:before="40" w:after="160" w:line="240" w:lineRule="auto"/>
        <w:ind w:firstLine="567"/>
        <w:jc w:val="left"/>
      </w:pPr>
      <w:r>
        <w:rPr>
          <w:sz w:val="21"/>
          <w:szCs w:val="21"/>
        </w:rPr>
        <w:t xml:space="preserve">Gereğini bilgilerinize arz ederim.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9"/>
        <w:gridCol w:w="3968"/>
      </w:tblGrid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permStart w:id="198" w:edGrp="everyone"/>
            <w:sdt>
              <w:sdtPr>
                <w:alias w:val="Öğrenci Adı Soyadı"/>
                <w:tag w:val="Öğrenci Adı Soyadı"/>
                <w:id w:val="41197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98"/>
          </w:p>
        </w:tc>
      </w:tr>
      <w:tr>
        <w:trPr>
          <w:trHeight w:val="907" w:hRule="atLeast"/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EKLER</w:t>
      </w:r>
    </w:p>
    <w:p>
      <w:pPr>
        <w:spacing w:before="0" w:after="20" w:line="240" w:lineRule="auto"/>
        <w:jc w:val="left"/>
      </w:pPr>
      <w:permStart w:id="199" w:edGrp="everyone"/>
      <w:sdt>
        <w:sdtPr>
          <w:alias w:val="Mazeretini gösterir belge"/>
          <w:tag w:val="Mazeretini gösterir belge"/>
          <w:id w:val="411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199"/>
      <w:r>
        <w:rPr>
          <w:sz w:val="19"/>
          <w:szCs w:val="19"/>
        </w:rPr>
        <w:t xml:space="preserve"> Mazeretini gösterir belge   </w:t>
      </w:r>
    </w:p>
    <w:p>
      <w:pPr>
        <w:pageBreakBefore/>
        <w:spacing w:before="0" w:after="120" w:line="240" w:lineRule="auto"/>
        <w:jc w:val="center"/>
      </w:pPr>
      <w:r>
        <w:rPr>
          <w:b/>
          <w:bCs/>
          <w:sz w:val="24"/>
          <w:szCs w:val="24"/>
        </w:rPr>
        <w:t xml:space="preserve">MAZERET SINAVI DILEKÇESI (DEVAM SAYFASI)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trHeight w:val="351" w:hRule="atLeast"/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Öğrenci: </w:t>
            </w:r>
            <w:permStart w:id="200" w:edGrp="everyone"/>
            <w:sdt>
              <w:sdtPr>
                <w:alias w:val="Devam öğrenci"/>
                <w:tag w:val="Devam öğrenci"/>
                <w:id w:val="41199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         </w:t>
                </w:r>
              </w:sdtContent>
            </w:sdt>
            <w:permEnd w:id="200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Tarih: </w:t>
            </w:r>
            <w:permStart w:id="201" w:edGrp="everyone"/>
            <w:sdt>
              <w:sdtPr>
                <w:alias w:val="Devam tarihi"/>
                <w:tag w:val="Devam tarihi"/>
                <w:id w:val="41200"/>
              </w:sdtPr>
              <w:sdtContent>
                <w:r>
                  <w:rPr>
                    <w:sz w:val="19"/>
                    <w:szCs w:val="19"/>
                  </w:rPr>
                  <w:fldChar w:fldCharType="begin"/>
                </w:r>
                <w:r>
                  <w:rPr>
                    <w:sz w:val="19"/>
                    <w:szCs w:val="19"/>
                  </w:rPr>
                  <w:instrText xml:space="preserve"> DATE \@ "dd.MM.yyyy" </w:instrText>
                </w:r>
                <w:r>
                  <w:rPr>
                    <w:sz w:val="19"/>
                    <w:szCs w:val="19"/>
                  </w:rPr>
                  <w:fldChar w:fldCharType="separate"/>
                </w:r>
                <w:r>
                  <w:rPr>
                    <w:sz w:val="19"/>
                    <w:szCs w:val="19"/>
                  </w:rPr>
                  <w:t>06.10.2026</w:t>
                </w:r>
                <w:r>
                  <w:rPr>
                    <w:sz w:val="19"/>
                    <w:szCs w:val="19"/>
                  </w:rPr>
                  <w:fldChar w:fldCharType="end"/>
                </w:r>
              </w:sdtContent>
            </w:sdt>
            <w:permEnd w:id="201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680"/>
        <w:gridCol w:w="3968"/>
        <w:gridCol w:w="1814"/>
        <w:gridCol w:w="3174"/>
      </w:tblGrid>
      <w:tr>
        <w:trPr>
          <w:trHeight w:val="351" w:hRule="atLeast"/>
          <w:cantSplit/>
        </w:trPr>
        <w:tc>
          <w:tcPr>
            <w:tcW w:type="dxa" w:w="68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Sıra</w:t>
            </w:r>
          </w:p>
        </w:tc>
        <w:tc>
          <w:tcPr>
            <w:tcW w:type="dxa" w:w="396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Dersin Tam Adı</w:t>
            </w:r>
          </w:p>
        </w:tc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Sınav Tarihi</w:t>
            </w:r>
          </w:p>
        </w:tc>
        <w:tc>
          <w:tcPr>
            <w:tcW w:type="dxa" w:w="317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Öğretim Elemanı</w:t>
            </w:r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02" w:edGrp="everyone"/>
            <w:sdt>
              <w:sdtPr>
                <w:alias w:val="Ders 9"/>
                <w:tag w:val="Ders 9"/>
                <w:id w:val="4120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2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03" w:edGrp="everyone"/>
            <w:sdt>
              <w:sdtPr>
                <w:alias w:val="Sınav tarihi 9"/>
                <w:tag w:val="Sınav tarihi 9"/>
                <w:id w:val="4120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03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04" w:edGrp="everyone"/>
            <w:sdt>
              <w:sdtPr>
                <w:alias w:val="Öğretim elemanı 9"/>
                <w:tag w:val="Öğretim elemanı 9"/>
                <w:id w:val="4120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4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05" w:edGrp="everyone"/>
            <w:sdt>
              <w:sdtPr>
                <w:alias w:val="Ders 10"/>
                <w:tag w:val="Ders 10"/>
                <w:id w:val="4120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5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06" w:edGrp="everyone"/>
            <w:sdt>
              <w:sdtPr>
                <w:alias w:val="Sınav tarihi 10"/>
                <w:tag w:val="Sınav tarihi 10"/>
                <w:id w:val="4120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06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07" w:edGrp="everyone"/>
            <w:sdt>
              <w:sdtPr>
                <w:alias w:val="Öğretim elemanı 10"/>
                <w:tag w:val="Öğretim elemanı 10"/>
                <w:id w:val="4120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7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08" w:edGrp="everyone"/>
            <w:sdt>
              <w:sdtPr>
                <w:alias w:val="Ders 11"/>
                <w:tag w:val="Ders 11"/>
                <w:id w:val="4120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8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09" w:edGrp="everyone"/>
            <w:sdt>
              <w:sdtPr>
                <w:alias w:val="Sınav tarihi 11"/>
                <w:tag w:val="Sınav tarihi 11"/>
                <w:id w:val="4120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09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10" w:edGrp="everyone"/>
            <w:sdt>
              <w:sdtPr>
                <w:alias w:val="Öğretim elemanı 11"/>
                <w:tag w:val="Öğretim elemanı 11"/>
                <w:id w:val="4120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0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11" w:edGrp="everyone"/>
            <w:sdt>
              <w:sdtPr>
                <w:alias w:val="Ders 12"/>
                <w:tag w:val="Ders 12"/>
                <w:id w:val="4121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1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12" w:edGrp="everyone"/>
            <w:sdt>
              <w:sdtPr>
                <w:alias w:val="Sınav tarihi 12"/>
                <w:tag w:val="Sınav tarihi 12"/>
                <w:id w:val="4121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12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13" w:edGrp="everyone"/>
            <w:sdt>
              <w:sdtPr>
                <w:alias w:val="Öğretim elemanı 12"/>
                <w:tag w:val="Öğretim elemanı 12"/>
                <w:id w:val="4121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3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13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14" w:edGrp="everyone"/>
            <w:sdt>
              <w:sdtPr>
                <w:alias w:val="Ders 13"/>
                <w:tag w:val="Ders 13"/>
                <w:id w:val="4121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4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15" w:edGrp="everyone"/>
            <w:sdt>
              <w:sdtPr>
                <w:alias w:val="Sınav tarihi 13"/>
                <w:tag w:val="Sınav tarihi 13"/>
                <w:id w:val="4121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15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16" w:edGrp="everyone"/>
            <w:sdt>
              <w:sdtPr>
                <w:alias w:val="Öğretim elemanı 13"/>
                <w:tag w:val="Öğretim elemanı 13"/>
                <w:id w:val="4121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6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14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17" w:edGrp="everyone"/>
            <w:sdt>
              <w:sdtPr>
                <w:alias w:val="Ders 14"/>
                <w:tag w:val="Ders 14"/>
                <w:id w:val="4121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7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18" w:edGrp="everyone"/>
            <w:sdt>
              <w:sdtPr>
                <w:alias w:val="Sınav tarihi 14"/>
                <w:tag w:val="Sınav tarihi 14"/>
                <w:id w:val="4121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18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19" w:edGrp="everyone"/>
            <w:sdt>
              <w:sdtPr>
                <w:alias w:val="Öğretim elemanı 14"/>
                <w:tag w:val="Öğretim elemanı 14"/>
                <w:id w:val="4121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9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20" w:edGrp="everyone"/>
            <w:sdt>
              <w:sdtPr>
                <w:alias w:val="Ders 15"/>
                <w:tag w:val="Ders 15"/>
                <w:id w:val="4121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0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21" w:edGrp="everyone"/>
            <w:sdt>
              <w:sdtPr>
                <w:alias w:val="Sınav tarihi 15"/>
                <w:tag w:val="Sınav tarihi 15"/>
                <w:id w:val="4122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21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22" w:edGrp="everyone"/>
            <w:sdt>
              <w:sdtPr>
                <w:alias w:val="Öğretim elemanı 15"/>
                <w:tag w:val="Öğretim elemanı 15"/>
                <w:id w:val="4122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2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16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23" w:edGrp="everyone"/>
            <w:sdt>
              <w:sdtPr>
                <w:alias w:val="Ders 16"/>
                <w:tag w:val="Ders 16"/>
                <w:id w:val="4122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3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24" w:edGrp="everyone"/>
            <w:sdt>
              <w:sdtPr>
                <w:alias w:val="Sınav tarihi 16"/>
                <w:tag w:val="Sınav tarihi 16"/>
                <w:id w:val="4122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24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25" w:edGrp="everyone"/>
            <w:sdt>
              <w:sdtPr>
                <w:alias w:val="Öğretim elemanı 16"/>
                <w:tag w:val="Öğretim elemanı 16"/>
                <w:id w:val="4122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5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17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26" w:edGrp="everyone"/>
            <w:sdt>
              <w:sdtPr>
                <w:alias w:val="Ders 17"/>
                <w:tag w:val="Ders 17"/>
                <w:id w:val="4122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6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27" w:edGrp="everyone"/>
            <w:sdt>
              <w:sdtPr>
                <w:alias w:val="Sınav tarihi 17"/>
                <w:tag w:val="Sınav tarihi 17"/>
                <w:id w:val="4122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27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28" w:edGrp="everyone"/>
            <w:sdt>
              <w:sdtPr>
                <w:alias w:val="Öğretim elemanı 17"/>
                <w:tag w:val="Öğretim elemanı 17"/>
                <w:id w:val="4122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8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18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29" w:edGrp="everyone"/>
            <w:sdt>
              <w:sdtPr>
                <w:alias w:val="Ders 18"/>
                <w:tag w:val="Ders 18"/>
                <w:id w:val="4122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9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30" w:edGrp="everyone"/>
            <w:sdt>
              <w:sdtPr>
                <w:alias w:val="Sınav tarihi 18"/>
                <w:tag w:val="Sınav tarihi 18"/>
                <w:id w:val="4122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30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31" w:edGrp="everyone"/>
            <w:sdt>
              <w:sdtPr>
                <w:alias w:val="Öğretim elemanı 18"/>
                <w:tag w:val="Öğretim elemanı 18"/>
                <w:id w:val="4123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1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19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32" w:edGrp="everyone"/>
            <w:sdt>
              <w:sdtPr>
                <w:alias w:val="Ders 19"/>
                <w:tag w:val="Ders 19"/>
                <w:id w:val="4123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2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33" w:edGrp="everyone"/>
            <w:sdt>
              <w:sdtPr>
                <w:alias w:val="Sınav tarihi 19"/>
                <w:tag w:val="Sınav tarihi 19"/>
                <w:id w:val="4123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33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34" w:edGrp="everyone"/>
            <w:sdt>
              <w:sdtPr>
                <w:alias w:val="Öğretim elemanı 19"/>
                <w:tag w:val="Öğretim elemanı 19"/>
                <w:id w:val="4123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4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35" w:edGrp="everyone"/>
            <w:sdt>
              <w:sdtPr>
                <w:alias w:val="Ders 20"/>
                <w:tag w:val="Ders 20"/>
                <w:id w:val="4123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5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36" w:edGrp="everyone"/>
            <w:sdt>
              <w:sdtPr>
                <w:alias w:val="Sınav tarihi 20"/>
                <w:tag w:val="Sınav tarihi 20"/>
                <w:id w:val="4123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36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37" w:edGrp="everyone"/>
            <w:sdt>
              <w:sdtPr>
                <w:alias w:val="Öğretim elemanı 20"/>
                <w:tag w:val="Öğretim elemanı 20"/>
                <w:id w:val="4123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7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21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38" w:edGrp="everyone"/>
            <w:sdt>
              <w:sdtPr>
                <w:alias w:val="Ders 21"/>
                <w:tag w:val="Ders 21"/>
                <w:id w:val="4123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8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39" w:edGrp="everyone"/>
            <w:sdt>
              <w:sdtPr>
                <w:alias w:val="Sınav tarihi 21"/>
                <w:tag w:val="Sınav tarihi 21"/>
                <w:id w:val="4123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39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40" w:edGrp="everyone"/>
            <w:sdt>
              <w:sdtPr>
                <w:alias w:val="Öğretim elemanı 21"/>
                <w:tag w:val="Öğretim elemanı 21"/>
                <w:id w:val="4123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0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22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41" w:edGrp="everyone"/>
            <w:sdt>
              <w:sdtPr>
                <w:alias w:val="Ders 22"/>
                <w:tag w:val="Ders 22"/>
                <w:id w:val="4124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1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42" w:edGrp="everyone"/>
            <w:sdt>
              <w:sdtPr>
                <w:alias w:val="Sınav tarihi 22"/>
                <w:tag w:val="Sınav tarihi 22"/>
                <w:id w:val="4124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42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43" w:edGrp="everyone"/>
            <w:sdt>
              <w:sdtPr>
                <w:alias w:val="Öğretim elemanı 22"/>
                <w:tag w:val="Öğretim elemanı 22"/>
                <w:id w:val="4124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3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23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44" w:edGrp="everyone"/>
            <w:sdt>
              <w:sdtPr>
                <w:alias w:val="Ders 23"/>
                <w:tag w:val="Ders 23"/>
                <w:id w:val="4124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4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45" w:edGrp="everyone"/>
            <w:sdt>
              <w:sdtPr>
                <w:alias w:val="Sınav tarihi 23"/>
                <w:tag w:val="Sınav tarihi 23"/>
                <w:id w:val="4124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45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46" w:edGrp="everyone"/>
            <w:sdt>
              <w:sdtPr>
                <w:alias w:val="Öğretim elemanı 23"/>
                <w:tag w:val="Öğretim elemanı 23"/>
                <w:id w:val="4124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6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24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47" w:edGrp="everyone"/>
            <w:sdt>
              <w:sdtPr>
                <w:alias w:val="Ders 24"/>
                <w:tag w:val="Ders 24"/>
                <w:id w:val="4124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7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48" w:edGrp="everyone"/>
            <w:sdt>
              <w:sdtPr>
                <w:alias w:val="Sınav tarihi 24"/>
                <w:tag w:val="Sınav tarihi 24"/>
                <w:id w:val="4124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48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49" w:edGrp="everyone"/>
            <w:sdt>
              <w:sdtPr>
                <w:alias w:val="Öğretim elemanı 24"/>
                <w:tag w:val="Öğretim elemanı 24"/>
                <w:id w:val="4124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9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25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50" w:edGrp="everyone"/>
            <w:sdt>
              <w:sdtPr>
                <w:alias w:val="Ders 25"/>
                <w:tag w:val="Ders 25"/>
                <w:id w:val="4124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0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51" w:edGrp="everyone"/>
            <w:sdt>
              <w:sdtPr>
                <w:alias w:val="Sınav tarihi 25"/>
                <w:tag w:val="Sınav tarihi 25"/>
                <w:id w:val="4125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51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52" w:edGrp="everyone"/>
            <w:sdt>
              <w:sdtPr>
                <w:alias w:val="Öğretim elemanı 25"/>
                <w:tag w:val="Öğretim elemanı 25"/>
                <w:id w:val="4125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2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26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53" w:edGrp="everyone"/>
            <w:sdt>
              <w:sdtPr>
                <w:alias w:val="Ders 26"/>
                <w:tag w:val="Ders 26"/>
                <w:id w:val="4125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3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54" w:edGrp="everyone"/>
            <w:sdt>
              <w:sdtPr>
                <w:alias w:val="Sınav tarihi 26"/>
                <w:tag w:val="Sınav tarihi 26"/>
                <w:id w:val="4125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54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55" w:edGrp="everyone"/>
            <w:sdt>
              <w:sdtPr>
                <w:alias w:val="Öğretim elemanı 26"/>
                <w:tag w:val="Öğretim elemanı 26"/>
                <w:id w:val="4125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5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27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56" w:edGrp="everyone"/>
            <w:sdt>
              <w:sdtPr>
                <w:alias w:val="Ders 27"/>
                <w:tag w:val="Ders 27"/>
                <w:id w:val="4125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6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57" w:edGrp="everyone"/>
            <w:sdt>
              <w:sdtPr>
                <w:alias w:val="Sınav tarihi 27"/>
                <w:tag w:val="Sınav tarihi 27"/>
                <w:id w:val="4125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57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58" w:edGrp="everyone"/>
            <w:sdt>
              <w:sdtPr>
                <w:alias w:val="Öğretim elemanı 27"/>
                <w:tag w:val="Öğretim elemanı 27"/>
                <w:id w:val="4125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8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28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59" w:edGrp="everyone"/>
            <w:sdt>
              <w:sdtPr>
                <w:alias w:val="Ders 28"/>
                <w:tag w:val="Ders 28"/>
                <w:id w:val="4125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9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60" w:edGrp="everyone"/>
            <w:sdt>
              <w:sdtPr>
                <w:alias w:val="Sınav tarihi 28"/>
                <w:tag w:val="Sınav tarihi 28"/>
                <w:id w:val="4125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60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61" w:edGrp="everyone"/>
            <w:sdt>
              <w:sdtPr>
                <w:alias w:val="Öğretim elemanı 28"/>
                <w:tag w:val="Öğretim elemanı 28"/>
                <w:id w:val="4126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61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Ana sayfadaki satırlar yetmediğinde bu devam sayfası doldurulur ve form tek set olarak teslim edilir; 20 satır da yetmezse sayfa fotokopi ile çoğaltılabilir. Devam sayfası gerekmiyorsa yazdırmayınız.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permStart w:id="262" w:edGrp="everyone"/>
            <w:sdt>
              <w:sdtPr>
                <w:alias w:val="Öğrenci Adı Soyadı"/>
                <w:tag w:val="Öğrenci Adı Soyadı"/>
                <w:id w:val="41261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62"/>
          </w:p>
        </w:tc>
      </w:tr>
      <w:tr>
        <w:trPr>
          <w:trHeight w:val="850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HTMYO-OFRM-104  |  Mazeret Sınavı Dilekçesi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HTMYO-OFRM-104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Mazeret Sınavı Dilekçesi</dc:title>
  <dc:subject>HTMYO-OFRM-104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