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80" w:after="160" w:line="240" w:lineRule="auto"/>
        <w:jc w:val="center"/>
      </w:pPr>
      <w:r>
        <w:rPr>
          <w:b/>
          <w:bCs/>
          <w:sz w:val="28"/>
          <w:szCs w:val="28"/>
        </w:rPr>
        <w:t xml:space="preserve">MAZERETLI DERS KAYIT FORMU</w:t>
      </w:r>
    </w:p>
    <w:p>
      <w:pPr>
        <w:spacing w:before="0" w:after="80" w:line="240" w:lineRule="auto"/>
        <w:jc w:val="right"/>
      </w:pPr>
      <w:r>
        <w:rPr>
          <w:b/>
          <w:bCs/>
          <w:sz w:val="20"/>
          <w:szCs w:val="20"/>
        </w:rPr>
        <w:t xml:space="preserve">Düzenleme Tarihi: </w:t>
      </w:r>
      <w:permStart w:id="289" w:edGrp="everyone"/>
      <w:sdt>
        <w:sdtPr>
          <w:alias w:val="Düzenleme Tarihi"/>
          <w:tag w:val="Düzenleme Tarihi"/>
          <w:id w:val="41288"/>
        </w:sdtPr>
        <w:sdtContent>
          <w:r>
            <w:rPr>
              <w:sz w:val="20"/>
              <w:szCs w:val="20"/>
            </w:rPr>
            <w:fldChar w:fldCharType="begin"/>
          </w:r>
          <w:r>
            <w:rPr>
              <w:sz w:val="20"/>
              <w:szCs w:val="20"/>
            </w:rPr>
            <w:instrText xml:space="preserve"> DATE \@ "dd.MM.yyyy" </w:instrText>
          </w:r>
          <w:r>
            <w:rPr>
              <w:sz w:val="20"/>
              <w:szCs w:val="20"/>
            </w:rPr>
            <w:fldChar w:fldCharType="separate"/>
          </w:r>
          <w:r>
            <w:rPr>
              <w:sz w:val="20"/>
              <w:szCs w:val="20"/>
            </w:rPr>
            <w:t>06.10.2026</w:t>
          </w:r>
          <w:r>
            <w:rPr>
              <w:sz w:val="20"/>
              <w:szCs w:val="20"/>
            </w:rPr>
            <w:fldChar w:fldCharType="end"/>
          </w:r>
        </w:sdtContent>
      </w:sdt>
      <w:permEnd w:id="289"/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1700"/>
        <w:gridCol w:w="3118"/>
        <w:gridCol w:w="1700"/>
        <w:gridCol w:w="3118"/>
      </w:tblGrid>
      <w:tr>
        <w:trPr>
          <w:trHeight w:val="351" w:hRule="atLeast"/>
          <w:cantSplit/>
        </w:trPr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Öğrenci Adı Soyadı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permStart w:id="290" w:edGrp="everyone"/>
            <w:sdt>
              <w:sdtPr>
                <w:alias w:val="Öğrenci Adı Soyadı"/>
                <w:tag w:val="Öğrenci Adı Soyadı"/>
                <w:id w:val="41289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90"/>
          </w:p>
        </w:tc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Öğrenci No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permStart w:id="291" w:edGrp="everyone"/>
            <w:sdt>
              <w:sdtPr>
                <w:alias w:val="Öğrenci No"/>
                <w:tag w:val="Öğrenci No"/>
                <w:id w:val="41290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91"/>
          </w:p>
        </w:tc>
      </w:tr>
      <w:tr>
        <w:trPr>
          <w:trHeight w:val="351" w:hRule="atLeast"/>
          <w:cantSplit/>
        </w:trPr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Danışmanı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permStart w:id="292" w:edGrp="everyone"/>
            <w:sdt>
              <w:sdtPr>
                <w:alias w:val="Danışman"/>
                <w:tag w:val="Danışman"/>
                <w:id w:val="41291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92"/>
          </w:p>
        </w:tc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Bölüm / Program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permStart w:id="293" w:edGrp="everyone"/>
            <w:sdt>
              <w:sdtPr>
                <w:alias w:val="Bölüm / Program"/>
                <w:tag w:val="Bölüm / Program"/>
                <w:id w:val="41292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93"/>
          </w:p>
        </w:tc>
      </w:tr>
    </w:tbl>
    <w:p>
      <w:pPr>
        <w:spacing w:before="0" w:after="0" w:line="80" w:lineRule="exact"/>
        <w:jc w:val="left"/>
      </w:pP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566"/>
        <w:gridCol w:w="1360"/>
        <w:gridCol w:w="4195"/>
        <w:gridCol w:w="1474"/>
        <w:gridCol w:w="793"/>
        <w:gridCol w:w="1247"/>
      </w:tblGrid>
      <w:tr>
        <w:trPr>
          <w:trHeight w:val="340" w:hRule="atLeast"/>
          <w:cantSplit/>
        </w:trPr>
        <w:tc>
          <w:tcPr>
            <w:tcW w:type="dxa" w:w="567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Sıra</w:t>
            </w:r>
          </w:p>
        </w:tc>
        <w:tc>
          <w:tcPr>
            <w:tcW w:type="dxa" w:w="1361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Ders Kodu</w:t>
            </w:r>
          </w:p>
        </w:tc>
        <w:tc>
          <w:tcPr>
            <w:tcW w:type="dxa" w:w="4195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Ders Adı</w:t>
            </w:r>
          </w:p>
        </w:tc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T-U-L : Kredi</w:t>
            </w:r>
          </w:p>
        </w:tc>
        <w:tc>
          <w:tcPr>
            <w:tcW w:type="dxa" w:w="794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Şube</w:t>
            </w:r>
          </w:p>
        </w:tc>
        <w:tc>
          <w:tcPr>
            <w:tcW w:type="dxa" w:w="1247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Z / S</w:t>
            </w:r>
          </w:p>
        </w:tc>
      </w:tr>
      <w:tr>
        <w:trPr>
          <w:trHeight w:val="340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1</w:t>
            </w:r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294" w:edGrp="everyone"/>
            <w:sdt>
              <w:sdtPr>
                <w:alias w:val="Ders kodu 1"/>
                <w:tag w:val="Ders kodu 1"/>
                <w:id w:val="4129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294"/>
          </w:p>
        </w:tc>
        <w:tc>
          <w:tcPr>
            <w:tcW w:type="dxa" w:w="4195"/>
            <w:vAlign w:val="center"/>
          </w:tcPr>
          <w:p>
            <w:pPr>
              <w:spacing w:before="0" w:after="0" w:line="240" w:lineRule="auto"/>
              <w:jc w:val="left"/>
            </w:pPr>
            <w:permStart w:id="295" w:edGrp="everyone"/>
            <w:sdt>
              <w:sdtPr>
                <w:alias w:val="Ders adı 1"/>
                <w:tag w:val="Ders adı 1"/>
                <w:id w:val="4129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295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296" w:edGrp="everyone"/>
            <w:sdt>
              <w:sdtPr>
                <w:alias w:val="Kredi 1"/>
                <w:tag w:val="Kredi 1"/>
                <w:id w:val="4129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296"/>
          </w:p>
        </w:tc>
        <w:tc>
          <w:tcPr>
            <w:tcW w:type="dxa" w:w="794"/>
            <w:vAlign w:val="center"/>
          </w:tcPr>
          <w:p>
            <w:pPr>
              <w:spacing w:before="0" w:after="0" w:line="240" w:lineRule="auto"/>
              <w:jc w:val="left"/>
            </w:pPr>
            <w:permStart w:id="297" w:edGrp="everyone"/>
            <w:sdt>
              <w:sdtPr>
                <w:alias w:val="Şube 1"/>
                <w:tag w:val="Şube 1"/>
                <w:id w:val="4129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297"/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298" w:edGrp="everyone"/>
            <w:sdt>
              <w:sdtPr>
                <w:alias w:val="Z/S 1"/>
                <w:tag w:val="Z/S 1"/>
                <w:id w:val="41297"/>
                <w:showingPlcHdr/>
                <w:dropDownList>
                  <w:listItem w:displayText="Z" w:value="Z"/>
                  <w:listItem w:displayText="S" w:value="S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298"/>
          </w:p>
        </w:tc>
      </w:tr>
      <w:tr>
        <w:trPr>
          <w:trHeight w:val="340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2</w:t>
            </w:r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299" w:edGrp="everyone"/>
            <w:sdt>
              <w:sdtPr>
                <w:alias w:val="Ders kodu 2"/>
                <w:tag w:val="Ders kodu 2"/>
                <w:id w:val="4129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299"/>
          </w:p>
        </w:tc>
        <w:tc>
          <w:tcPr>
            <w:tcW w:type="dxa" w:w="4195"/>
            <w:vAlign w:val="center"/>
          </w:tcPr>
          <w:p>
            <w:pPr>
              <w:spacing w:before="0" w:after="0" w:line="240" w:lineRule="auto"/>
              <w:jc w:val="left"/>
            </w:pPr>
            <w:permStart w:id="300" w:edGrp="everyone"/>
            <w:sdt>
              <w:sdtPr>
                <w:alias w:val="Ders adı 2"/>
                <w:tag w:val="Ders adı 2"/>
                <w:id w:val="4129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300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301" w:edGrp="everyone"/>
            <w:sdt>
              <w:sdtPr>
                <w:alias w:val="Kredi 2"/>
                <w:tag w:val="Kredi 2"/>
                <w:id w:val="4130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301"/>
          </w:p>
        </w:tc>
        <w:tc>
          <w:tcPr>
            <w:tcW w:type="dxa" w:w="794"/>
            <w:vAlign w:val="center"/>
          </w:tcPr>
          <w:p>
            <w:pPr>
              <w:spacing w:before="0" w:after="0" w:line="240" w:lineRule="auto"/>
              <w:jc w:val="left"/>
            </w:pPr>
            <w:permStart w:id="302" w:edGrp="everyone"/>
            <w:sdt>
              <w:sdtPr>
                <w:alias w:val="Şube 2"/>
                <w:tag w:val="Şube 2"/>
                <w:id w:val="4130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302"/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303" w:edGrp="everyone"/>
            <w:sdt>
              <w:sdtPr>
                <w:alias w:val="Z/S 2"/>
                <w:tag w:val="Z/S 2"/>
                <w:id w:val="41302"/>
                <w:showingPlcHdr/>
                <w:dropDownList>
                  <w:listItem w:displayText="Z" w:value="Z"/>
                  <w:listItem w:displayText="S" w:value="S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303"/>
          </w:p>
        </w:tc>
      </w:tr>
      <w:tr>
        <w:trPr>
          <w:trHeight w:val="340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3</w:t>
            </w:r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304" w:edGrp="everyone"/>
            <w:sdt>
              <w:sdtPr>
                <w:alias w:val="Ders kodu 3"/>
                <w:tag w:val="Ders kodu 3"/>
                <w:id w:val="4130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304"/>
          </w:p>
        </w:tc>
        <w:tc>
          <w:tcPr>
            <w:tcW w:type="dxa" w:w="4195"/>
            <w:vAlign w:val="center"/>
          </w:tcPr>
          <w:p>
            <w:pPr>
              <w:spacing w:before="0" w:after="0" w:line="240" w:lineRule="auto"/>
              <w:jc w:val="left"/>
            </w:pPr>
            <w:permStart w:id="305" w:edGrp="everyone"/>
            <w:sdt>
              <w:sdtPr>
                <w:alias w:val="Ders adı 3"/>
                <w:tag w:val="Ders adı 3"/>
                <w:id w:val="4130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305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306" w:edGrp="everyone"/>
            <w:sdt>
              <w:sdtPr>
                <w:alias w:val="Kredi 3"/>
                <w:tag w:val="Kredi 3"/>
                <w:id w:val="4130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306"/>
          </w:p>
        </w:tc>
        <w:tc>
          <w:tcPr>
            <w:tcW w:type="dxa" w:w="794"/>
            <w:vAlign w:val="center"/>
          </w:tcPr>
          <w:p>
            <w:pPr>
              <w:spacing w:before="0" w:after="0" w:line="240" w:lineRule="auto"/>
              <w:jc w:val="left"/>
            </w:pPr>
            <w:permStart w:id="307" w:edGrp="everyone"/>
            <w:sdt>
              <w:sdtPr>
                <w:alias w:val="Şube 3"/>
                <w:tag w:val="Şube 3"/>
                <w:id w:val="4130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307"/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308" w:edGrp="everyone"/>
            <w:sdt>
              <w:sdtPr>
                <w:alias w:val="Z/S 3"/>
                <w:tag w:val="Z/S 3"/>
                <w:id w:val="41307"/>
                <w:showingPlcHdr/>
                <w:dropDownList>
                  <w:listItem w:displayText="Z" w:value="Z"/>
                  <w:listItem w:displayText="S" w:value="S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308"/>
          </w:p>
        </w:tc>
      </w:tr>
      <w:tr>
        <w:trPr>
          <w:trHeight w:val="340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4</w:t>
            </w:r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309" w:edGrp="everyone"/>
            <w:sdt>
              <w:sdtPr>
                <w:alias w:val="Ders kodu 4"/>
                <w:tag w:val="Ders kodu 4"/>
                <w:id w:val="4130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309"/>
          </w:p>
        </w:tc>
        <w:tc>
          <w:tcPr>
            <w:tcW w:type="dxa" w:w="4195"/>
            <w:vAlign w:val="center"/>
          </w:tcPr>
          <w:p>
            <w:pPr>
              <w:spacing w:before="0" w:after="0" w:line="240" w:lineRule="auto"/>
              <w:jc w:val="left"/>
            </w:pPr>
            <w:permStart w:id="310" w:edGrp="everyone"/>
            <w:sdt>
              <w:sdtPr>
                <w:alias w:val="Ders adı 4"/>
                <w:tag w:val="Ders adı 4"/>
                <w:id w:val="4130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310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311" w:edGrp="everyone"/>
            <w:sdt>
              <w:sdtPr>
                <w:alias w:val="Kredi 4"/>
                <w:tag w:val="Kredi 4"/>
                <w:id w:val="4131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311"/>
          </w:p>
        </w:tc>
        <w:tc>
          <w:tcPr>
            <w:tcW w:type="dxa" w:w="794"/>
            <w:vAlign w:val="center"/>
          </w:tcPr>
          <w:p>
            <w:pPr>
              <w:spacing w:before="0" w:after="0" w:line="240" w:lineRule="auto"/>
              <w:jc w:val="left"/>
            </w:pPr>
            <w:permStart w:id="312" w:edGrp="everyone"/>
            <w:sdt>
              <w:sdtPr>
                <w:alias w:val="Şube 4"/>
                <w:tag w:val="Şube 4"/>
                <w:id w:val="4131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312"/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313" w:edGrp="everyone"/>
            <w:sdt>
              <w:sdtPr>
                <w:alias w:val="Z/S 4"/>
                <w:tag w:val="Z/S 4"/>
                <w:id w:val="41312"/>
                <w:showingPlcHdr/>
                <w:dropDownList>
                  <w:listItem w:displayText="Z" w:value="Z"/>
                  <w:listItem w:displayText="S" w:value="S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313"/>
          </w:p>
        </w:tc>
      </w:tr>
      <w:tr>
        <w:trPr>
          <w:trHeight w:val="340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5</w:t>
            </w:r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314" w:edGrp="everyone"/>
            <w:sdt>
              <w:sdtPr>
                <w:alias w:val="Ders kodu 5"/>
                <w:tag w:val="Ders kodu 5"/>
                <w:id w:val="4131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314"/>
          </w:p>
        </w:tc>
        <w:tc>
          <w:tcPr>
            <w:tcW w:type="dxa" w:w="4195"/>
            <w:vAlign w:val="center"/>
          </w:tcPr>
          <w:p>
            <w:pPr>
              <w:spacing w:before="0" w:after="0" w:line="240" w:lineRule="auto"/>
              <w:jc w:val="left"/>
            </w:pPr>
            <w:permStart w:id="315" w:edGrp="everyone"/>
            <w:sdt>
              <w:sdtPr>
                <w:alias w:val="Ders adı 5"/>
                <w:tag w:val="Ders adı 5"/>
                <w:id w:val="4131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315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316" w:edGrp="everyone"/>
            <w:sdt>
              <w:sdtPr>
                <w:alias w:val="Kredi 5"/>
                <w:tag w:val="Kredi 5"/>
                <w:id w:val="4131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316"/>
          </w:p>
        </w:tc>
        <w:tc>
          <w:tcPr>
            <w:tcW w:type="dxa" w:w="794"/>
            <w:vAlign w:val="center"/>
          </w:tcPr>
          <w:p>
            <w:pPr>
              <w:spacing w:before="0" w:after="0" w:line="240" w:lineRule="auto"/>
              <w:jc w:val="left"/>
            </w:pPr>
            <w:permStart w:id="317" w:edGrp="everyone"/>
            <w:sdt>
              <w:sdtPr>
                <w:alias w:val="Şube 5"/>
                <w:tag w:val="Şube 5"/>
                <w:id w:val="4131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317"/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318" w:edGrp="everyone"/>
            <w:sdt>
              <w:sdtPr>
                <w:alias w:val="Z/S 5"/>
                <w:tag w:val="Z/S 5"/>
                <w:id w:val="41317"/>
                <w:showingPlcHdr/>
                <w:dropDownList>
                  <w:listItem w:displayText="Z" w:value="Z"/>
                  <w:listItem w:displayText="S" w:value="S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318"/>
          </w:p>
        </w:tc>
      </w:tr>
      <w:tr>
        <w:trPr>
          <w:trHeight w:val="340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6</w:t>
            </w:r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319" w:edGrp="everyone"/>
            <w:sdt>
              <w:sdtPr>
                <w:alias w:val="Ders kodu 6"/>
                <w:tag w:val="Ders kodu 6"/>
                <w:id w:val="4131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319"/>
          </w:p>
        </w:tc>
        <w:tc>
          <w:tcPr>
            <w:tcW w:type="dxa" w:w="4195"/>
            <w:vAlign w:val="center"/>
          </w:tcPr>
          <w:p>
            <w:pPr>
              <w:spacing w:before="0" w:after="0" w:line="240" w:lineRule="auto"/>
              <w:jc w:val="left"/>
            </w:pPr>
            <w:permStart w:id="320" w:edGrp="everyone"/>
            <w:sdt>
              <w:sdtPr>
                <w:alias w:val="Ders adı 6"/>
                <w:tag w:val="Ders adı 6"/>
                <w:id w:val="4131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320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321" w:edGrp="everyone"/>
            <w:sdt>
              <w:sdtPr>
                <w:alias w:val="Kredi 6"/>
                <w:tag w:val="Kredi 6"/>
                <w:id w:val="4132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321"/>
          </w:p>
        </w:tc>
        <w:tc>
          <w:tcPr>
            <w:tcW w:type="dxa" w:w="794"/>
            <w:vAlign w:val="center"/>
          </w:tcPr>
          <w:p>
            <w:pPr>
              <w:spacing w:before="0" w:after="0" w:line="240" w:lineRule="auto"/>
              <w:jc w:val="left"/>
            </w:pPr>
            <w:permStart w:id="322" w:edGrp="everyone"/>
            <w:sdt>
              <w:sdtPr>
                <w:alias w:val="Şube 6"/>
                <w:tag w:val="Şube 6"/>
                <w:id w:val="4132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322"/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323" w:edGrp="everyone"/>
            <w:sdt>
              <w:sdtPr>
                <w:alias w:val="Z/S 6"/>
                <w:tag w:val="Z/S 6"/>
                <w:id w:val="41322"/>
                <w:showingPlcHdr/>
                <w:dropDownList>
                  <w:listItem w:displayText="Z" w:value="Z"/>
                  <w:listItem w:displayText="S" w:value="S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323"/>
          </w:p>
        </w:tc>
      </w:tr>
      <w:tr>
        <w:trPr>
          <w:trHeight w:val="340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7</w:t>
            </w:r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324" w:edGrp="everyone"/>
            <w:sdt>
              <w:sdtPr>
                <w:alias w:val="Ders kodu 7"/>
                <w:tag w:val="Ders kodu 7"/>
                <w:id w:val="4132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324"/>
          </w:p>
        </w:tc>
        <w:tc>
          <w:tcPr>
            <w:tcW w:type="dxa" w:w="4195"/>
            <w:vAlign w:val="center"/>
          </w:tcPr>
          <w:p>
            <w:pPr>
              <w:spacing w:before="0" w:after="0" w:line="240" w:lineRule="auto"/>
              <w:jc w:val="left"/>
            </w:pPr>
            <w:permStart w:id="325" w:edGrp="everyone"/>
            <w:sdt>
              <w:sdtPr>
                <w:alias w:val="Ders adı 7"/>
                <w:tag w:val="Ders adı 7"/>
                <w:id w:val="4132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325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326" w:edGrp="everyone"/>
            <w:sdt>
              <w:sdtPr>
                <w:alias w:val="Kredi 7"/>
                <w:tag w:val="Kredi 7"/>
                <w:id w:val="4132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326"/>
          </w:p>
        </w:tc>
        <w:tc>
          <w:tcPr>
            <w:tcW w:type="dxa" w:w="794"/>
            <w:vAlign w:val="center"/>
          </w:tcPr>
          <w:p>
            <w:pPr>
              <w:spacing w:before="0" w:after="0" w:line="240" w:lineRule="auto"/>
              <w:jc w:val="left"/>
            </w:pPr>
            <w:permStart w:id="327" w:edGrp="everyone"/>
            <w:sdt>
              <w:sdtPr>
                <w:alias w:val="Şube 7"/>
                <w:tag w:val="Şube 7"/>
                <w:id w:val="4132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327"/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328" w:edGrp="everyone"/>
            <w:sdt>
              <w:sdtPr>
                <w:alias w:val="Z/S 7"/>
                <w:tag w:val="Z/S 7"/>
                <w:id w:val="41327"/>
                <w:showingPlcHdr/>
                <w:dropDownList>
                  <w:listItem w:displayText="Z" w:value="Z"/>
                  <w:listItem w:displayText="S" w:value="S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328"/>
          </w:p>
        </w:tc>
      </w:tr>
      <w:tr>
        <w:trPr>
          <w:trHeight w:val="340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8</w:t>
            </w:r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329" w:edGrp="everyone"/>
            <w:sdt>
              <w:sdtPr>
                <w:alias w:val="Ders kodu 8"/>
                <w:tag w:val="Ders kodu 8"/>
                <w:id w:val="4132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329"/>
          </w:p>
        </w:tc>
        <w:tc>
          <w:tcPr>
            <w:tcW w:type="dxa" w:w="4195"/>
            <w:vAlign w:val="center"/>
          </w:tcPr>
          <w:p>
            <w:pPr>
              <w:spacing w:before="0" w:after="0" w:line="240" w:lineRule="auto"/>
              <w:jc w:val="left"/>
            </w:pPr>
            <w:permStart w:id="330" w:edGrp="everyone"/>
            <w:sdt>
              <w:sdtPr>
                <w:alias w:val="Ders adı 8"/>
                <w:tag w:val="Ders adı 8"/>
                <w:id w:val="4132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330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331" w:edGrp="everyone"/>
            <w:sdt>
              <w:sdtPr>
                <w:alias w:val="Kredi 8"/>
                <w:tag w:val="Kredi 8"/>
                <w:id w:val="4133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331"/>
          </w:p>
        </w:tc>
        <w:tc>
          <w:tcPr>
            <w:tcW w:type="dxa" w:w="794"/>
            <w:vAlign w:val="center"/>
          </w:tcPr>
          <w:p>
            <w:pPr>
              <w:spacing w:before="0" w:after="0" w:line="240" w:lineRule="auto"/>
              <w:jc w:val="left"/>
            </w:pPr>
            <w:permStart w:id="332" w:edGrp="everyone"/>
            <w:sdt>
              <w:sdtPr>
                <w:alias w:val="Şube 8"/>
                <w:tag w:val="Şube 8"/>
                <w:id w:val="4133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332"/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333" w:edGrp="everyone"/>
            <w:sdt>
              <w:sdtPr>
                <w:alias w:val="Z/S 8"/>
                <w:tag w:val="Z/S 8"/>
                <w:id w:val="41332"/>
                <w:showingPlcHdr/>
                <w:dropDownList>
                  <w:listItem w:displayText="Z" w:value="Z"/>
                  <w:listItem w:displayText="S" w:value="S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333"/>
          </w:p>
        </w:tc>
      </w:tr>
      <w:tr>
        <w:trPr>
          <w:trHeight w:val="340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9</w:t>
            </w:r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334" w:edGrp="everyone"/>
            <w:sdt>
              <w:sdtPr>
                <w:alias w:val="Ders kodu 9"/>
                <w:tag w:val="Ders kodu 9"/>
                <w:id w:val="4133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334"/>
          </w:p>
        </w:tc>
        <w:tc>
          <w:tcPr>
            <w:tcW w:type="dxa" w:w="4195"/>
            <w:vAlign w:val="center"/>
          </w:tcPr>
          <w:p>
            <w:pPr>
              <w:spacing w:before="0" w:after="0" w:line="240" w:lineRule="auto"/>
              <w:jc w:val="left"/>
            </w:pPr>
            <w:permStart w:id="335" w:edGrp="everyone"/>
            <w:sdt>
              <w:sdtPr>
                <w:alias w:val="Ders adı 9"/>
                <w:tag w:val="Ders adı 9"/>
                <w:id w:val="4133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335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336" w:edGrp="everyone"/>
            <w:sdt>
              <w:sdtPr>
                <w:alias w:val="Kredi 9"/>
                <w:tag w:val="Kredi 9"/>
                <w:id w:val="4133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336"/>
          </w:p>
        </w:tc>
        <w:tc>
          <w:tcPr>
            <w:tcW w:type="dxa" w:w="794"/>
            <w:vAlign w:val="center"/>
          </w:tcPr>
          <w:p>
            <w:pPr>
              <w:spacing w:before="0" w:after="0" w:line="240" w:lineRule="auto"/>
              <w:jc w:val="left"/>
            </w:pPr>
            <w:permStart w:id="337" w:edGrp="everyone"/>
            <w:sdt>
              <w:sdtPr>
                <w:alias w:val="Şube 9"/>
                <w:tag w:val="Şube 9"/>
                <w:id w:val="4133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337"/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338" w:edGrp="everyone"/>
            <w:sdt>
              <w:sdtPr>
                <w:alias w:val="Z/S 9"/>
                <w:tag w:val="Z/S 9"/>
                <w:id w:val="41337"/>
                <w:showingPlcHdr/>
                <w:dropDownList>
                  <w:listItem w:displayText="Z" w:value="Z"/>
                  <w:listItem w:displayText="S" w:value="S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338"/>
          </w:p>
        </w:tc>
      </w:tr>
      <w:tr>
        <w:trPr>
          <w:trHeight w:val="340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10</w:t>
            </w:r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339" w:edGrp="everyone"/>
            <w:sdt>
              <w:sdtPr>
                <w:alias w:val="Ders kodu 10"/>
                <w:tag w:val="Ders kodu 10"/>
                <w:id w:val="4133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339"/>
          </w:p>
        </w:tc>
        <w:tc>
          <w:tcPr>
            <w:tcW w:type="dxa" w:w="4195"/>
            <w:vAlign w:val="center"/>
          </w:tcPr>
          <w:p>
            <w:pPr>
              <w:spacing w:before="0" w:after="0" w:line="240" w:lineRule="auto"/>
              <w:jc w:val="left"/>
            </w:pPr>
            <w:permStart w:id="340" w:edGrp="everyone"/>
            <w:sdt>
              <w:sdtPr>
                <w:alias w:val="Ders adı 10"/>
                <w:tag w:val="Ders adı 10"/>
                <w:id w:val="4133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340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341" w:edGrp="everyone"/>
            <w:sdt>
              <w:sdtPr>
                <w:alias w:val="Kredi 10"/>
                <w:tag w:val="Kredi 10"/>
                <w:id w:val="4134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341"/>
          </w:p>
        </w:tc>
        <w:tc>
          <w:tcPr>
            <w:tcW w:type="dxa" w:w="794"/>
            <w:vAlign w:val="center"/>
          </w:tcPr>
          <w:p>
            <w:pPr>
              <w:spacing w:before="0" w:after="0" w:line="240" w:lineRule="auto"/>
              <w:jc w:val="left"/>
            </w:pPr>
            <w:permStart w:id="342" w:edGrp="everyone"/>
            <w:sdt>
              <w:sdtPr>
                <w:alias w:val="Şube 10"/>
                <w:tag w:val="Şube 10"/>
                <w:id w:val="4134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342"/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343" w:edGrp="everyone"/>
            <w:sdt>
              <w:sdtPr>
                <w:alias w:val="Z/S 10"/>
                <w:tag w:val="Z/S 10"/>
                <w:id w:val="41342"/>
                <w:showingPlcHdr/>
                <w:dropDownList>
                  <w:listItem w:displayText="Z" w:value="Z"/>
                  <w:listItem w:displayText="S" w:value="S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343"/>
          </w:p>
        </w:tc>
      </w:tr>
      <w:tr>
        <w:trPr>
          <w:trHeight w:val="340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11</w:t>
            </w:r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344" w:edGrp="everyone"/>
            <w:sdt>
              <w:sdtPr>
                <w:alias w:val="Ders kodu 11"/>
                <w:tag w:val="Ders kodu 11"/>
                <w:id w:val="4134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344"/>
          </w:p>
        </w:tc>
        <w:tc>
          <w:tcPr>
            <w:tcW w:type="dxa" w:w="4195"/>
            <w:vAlign w:val="center"/>
          </w:tcPr>
          <w:p>
            <w:pPr>
              <w:spacing w:before="0" w:after="0" w:line="240" w:lineRule="auto"/>
              <w:jc w:val="left"/>
            </w:pPr>
            <w:permStart w:id="345" w:edGrp="everyone"/>
            <w:sdt>
              <w:sdtPr>
                <w:alias w:val="Ders adı 11"/>
                <w:tag w:val="Ders adı 11"/>
                <w:id w:val="4134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345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346" w:edGrp="everyone"/>
            <w:sdt>
              <w:sdtPr>
                <w:alias w:val="Kredi 11"/>
                <w:tag w:val="Kredi 11"/>
                <w:id w:val="4134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346"/>
          </w:p>
        </w:tc>
        <w:tc>
          <w:tcPr>
            <w:tcW w:type="dxa" w:w="794"/>
            <w:vAlign w:val="center"/>
          </w:tcPr>
          <w:p>
            <w:pPr>
              <w:spacing w:before="0" w:after="0" w:line="240" w:lineRule="auto"/>
              <w:jc w:val="left"/>
            </w:pPr>
            <w:permStart w:id="347" w:edGrp="everyone"/>
            <w:sdt>
              <w:sdtPr>
                <w:alias w:val="Şube 11"/>
                <w:tag w:val="Şube 11"/>
                <w:id w:val="4134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347"/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348" w:edGrp="everyone"/>
            <w:sdt>
              <w:sdtPr>
                <w:alias w:val="Z/S 11"/>
                <w:tag w:val="Z/S 11"/>
                <w:id w:val="41347"/>
                <w:showingPlcHdr/>
                <w:dropDownList>
                  <w:listItem w:displayText="Z" w:value="Z"/>
                  <w:listItem w:displayText="S" w:value="S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348"/>
          </w:p>
        </w:tc>
      </w:tr>
      <w:tr>
        <w:trPr>
          <w:trHeight w:val="340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12</w:t>
            </w:r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349" w:edGrp="everyone"/>
            <w:sdt>
              <w:sdtPr>
                <w:alias w:val="Ders kodu 12"/>
                <w:tag w:val="Ders kodu 12"/>
                <w:id w:val="4134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349"/>
          </w:p>
        </w:tc>
        <w:tc>
          <w:tcPr>
            <w:tcW w:type="dxa" w:w="4195"/>
            <w:vAlign w:val="center"/>
          </w:tcPr>
          <w:p>
            <w:pPr>
              <w:spacing w:before="0" w:after="0" w:line="240" w:lineRule="auto"/>
              <w:jc w:val="left"/>
            </w:pPr>
            <w:permStart w:id="350" w:edGrp="everyone"/>
            <w:sdt>
              <w:sdtPr>
                <w:alias w:val="Ders adı 12"/>
                <w:tag w:val="Ders adı 12"/>
                <w:id w:val="4134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350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351" w:edGrp="everyone"/>
            <w:sdt>
              <w:sdtPr>
                <w:alias w:val="Kredi 12"/>
                <w:tag w:val="Kredi 12"/>
                <w:id w:val="4135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351"/>
          </w:p>
        </w:tc>
        <w:tc>
          <w:tcPr>
            <w:tcW w:type="dxa" w:w="794"/>
            <w:vAlign w:val="center"/>
          </w:tcPr>
          <w:p>
            <w:pPr>
              <w:spacing w:before="0" w:after="0" w:line="240" w:lineRule="auto"/>
              <w:jc w:val="left"/>
            </w:pPr>
            <w:permStart w:id="352" w:edGrp="everyone"/>
            <w:sdt>
              <w:sdtPr>
                <w:alias w:val="Şube 12"/>
                <w:tag w:val="Şube 12"/>
                <w:id w:val="4135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352"/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353" w:edGrp="everyone"/>
            <w:sdt>
              <w:sdtPr>
                <w:alias w:val="Z/S 12"/>
                <w:tag w:val="Z/S 12"/>
                <w:id w:val="41352"/>
                <w:showingPlcHdr/>
                <w:dropDownList>
                  <w:listItem w:displayText="Z" w:value="Z"/>
                  <w:listItem w:displayText="S" w:value="S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353"/>
          </w:p>
        </w:tc>
      </w:tr>
    </w:tbl>
    <w:p>
      <w:pPr>
        <w:spacing w:before="0" w:after="0" w:line="80" w:lineRule="exact"/>
        <w:jc w:val="left"/>
      </w:pPr>
    </w:p>
    <w:p>
      <w:pPr>
        <w:spacing w:before="0" w:after="40" w:line="240" w:lineRule="auto"/>
        <w:jc w:val="both"/>
      </w:pPr>
      <w:r>
        <w:rPr>
          <w:i/>
          <w:iCs/>
          <w:color w:val="595959"/>
          <w:sz w:val="16"/>
          <w:szCs w:val="16"/>
        </w:rPr>
        <w:t xml:space="preserve">12 dersten fazlası için devam sayfasını (sayfa 2) doldurunuz. Devam sayfası gerekmiyorsa yazdırmayınız.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2381"/>
        <w:gridCol w:w="2040"/>
        <w:gridCol w:w="1927"/>
        <w:gridCol w:w="1474"/>
        <w:gridCol w:w="1814"/>
      </w:tblGrid>
      <w:tr>
        <w:trPr>
          <w:trHeight w:val="351" w:hRule="atLeast"/>
          <w:cantSplit/>
        </w:trPr>
        <w:tc>
          <w:tcPr>
            <w:tcW w:type="dxa" w:w="238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Ders Kayıt Durumu</w:t>
            </w:r>
          </w:p>
        </w:tc>
        <w:tc>
          <w:tcPr>
            <w:tcW w:type="dxa" w:w="2041"/>
            <w:vAlign w:val="center"/>
          </w:tcPr>
          <w:p>
            <w:pPr>
              <w:spacing w:before="0" w:after="0" w:line="240" w:lineRule="auto"/>
              <w:jc w:val="left"/>
            </w:pPr>
            <w:permStart w:id="354" w:edGrp="everyone"/>
            <w:sdt>
              <w:sdtPr>
                <w:alias w:val="Kayıt yeniledi"/>
                <w:tag w:val="Kayıt yeniledi"/>
                <w:id w:val="413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permEnd w:id="354"/>
            <w:r>
              <w:rPr>
                <w:sz w:val="18"/>
                <w:szCs w:val="18"/>
              </w:rPr>
              <w:t xml:space="preserve"> Kayıt yeniledi   </w:t>
            </w:r>
          </w:p>
        </w:tc>
        <w:tc>
          <w:tcPr>
            <w:tcW w:type="dxa" w:w="1928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Sınıfı / Yarıyılı</w:t>
            </w:r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355" w:edGrp="everyone"/>
            <w:sdt>
              <w:sdtPr>
                <w:alias w:val="Sınıf / Yarıyıl"/>
                <w:tag w:val="Sınıf / Yarıyıl"/>
                <w:id w:val="41354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</w:t>
                </w:r>
              </w:sdtContent>
            </w:sdt>
            <w:permEnd w:id="355"/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permStart w:id="356" w:edGrp="everyone"/>
            <w:sdt>
              <w:sdtPr>
                <w:alias w:val="GNO"/>
                <w:tag w:val="GNO"/>
                <w:id w:val="41355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</w:t>
                </w:r>
              </w:sdtContent>
            </w:sdt>
            <w:permEnd w:id="356"/>
          </w:p>
        </w:tc>
      </w:tr>
    </w:tbl>
    <w:p>
      <w:pPr>
        <w:spacing w:before="0" w:after="0" w:line="80" w:lineRule="exact"/>
        <w:jc w:val="left"/>
      </w:pP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2267"/>
        <w:gridCol w:w="2267"/>
        <w:gridCol w:w="2267"/>
        <w:gridCol w:w="2834"/>
      </w:tblGrid>
      <w:tr>
        <w:trPr>
          <w:cantSplit/>
        </w:trPr>
        <w:tc>
          <w:tcPr>
            <w:tcW w:type="dxa" w:w="2268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Öğrenci İşleri</w:t>
            </w:r>
          </w:p>
        </w:tc>
        <w:tc>
          <w:tcPr>
            <w:tcW w:type="dxa" w:w="2268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Danışman</w:t>
            </w:r>
          </w:p>
        </w:tc>
        <w:tc>
          <w:tcPr>
            <w:tcW w:type="dxa" w:w="2268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Öğrenci</w:t>
            </w:r>
          </w:p>
        </w:tc>
        <w:tc>
          <w:tcPr>
            <w:tcW w:type="dxa" w:w="2835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Son İki Dönem DNO'su</w:t>
            </w:r>
          </w:p>
        </w:tc>
      </w:tr>
      <w:tr>
        <w:trPr>
          <w:trHeight w:val="850" w:hRule="atLeast"/>
          <w:cantSplit/>
        </w:trPr>
        <w:tc>
          <w:tcPr>
            <w:tcW w:type="dxa" w:w="2268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  <w:tc>
          <w:tcPr>
            <w:tcW w:type="dxa" w:w="2268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  <w:tc>
          <w:tcPr>
            <w:tcW w:type="dxa" w:w="2268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1. Dönem: </w:t>
            </w:r>
            <w:permStart w:id="357" w:edGrp="everyone"/>
            <w:sdt>
              <w:sdtPr>
                <w:alias w:val="1. dönem DNO"/>
                <w:tag w:val="1. dönem DNO"/>
                <w:id w:val="41356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</w:t>
                </w:r>
              </w:sdtContent>
            </w:sdt>
            <w:permEnd w:id="357"/>
          </w:p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2. Dönem: </w:t>
            </w:r>
            <w:permStart w:id="358" w:edGrp="everyone"/>
            <w:sdt>
              <w:sdtPr>
                <w:alias w:val="2. dönem DNO"/>
                <w:tag w:val="2. dönem DNO"/>
                <w:id w:val="41357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</w:t>
                </w:r>
              </w:sdtContent>
            </w:sdt>
            <w:permEnd w:id="358"/>
          </w:p>
        </w:tc>
      </w:tr>
    </w:tbl>
    <w:p>
      <w:pPr>
        <w:spacing w:before="0" w:after="0" w:line="80" w:lineRule="exact"/>
        <w:jc w:val="left"/>
      </w:pPr>
    </w:p>
    <w:tbl>
      <w:tblPr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9637"/>
      </w:tblGrid>
      <w:tr>
        <w:trPr>
          <w:cantSplit/>
        </w:trPr>
        <w:tc>
          <w:tcPr>
            <w:tcW w:type="dxa" w:w="9638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Bölüm Başkanı</w:t>
            </w:r>
          </w:p>
        </w:tc>
      </w:tr>
      <w:tr>
        <w:trPr>
          <w:cantSplit/>
        </w:trPr>
        <w:tc>
          <w:tcPr>
            <w:tcW w:type="dxa" w:w="9638"/>
            <w:vAlign w:val="center"/>
          </w:tcPr>
          <w:p>
            <w:pPr>
              <w:spacing w:before="0" w:after="0" w:line="240" w:lineRule="auto"/>
              <w:jc w:val="center"/>
            </w:pPr>
            <w:permStart w:id="359" w:edGrp="everyone"/>
            <w:sdt>
              <w:sdtPr>
                <w:alias w:val="Bölüm Başkanı Adı Soyadı"/>
                <w:tag w:val="Bölüm Başkanı Adı Soyadı"/>
                <w:id w:val="41358"/>
                <w:showingPlcHdr/>
                <w:text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</w:t>
                </w:r>
              </w:sdtContent>
            </w:sdt>
            <w:permEnd w:id="359"/>
          </w:p>
        </w:tc>
      </w:tr>
      <w:tr>
        <w:trPr>
          <w:trHeight w:val="850" w:hRule="atLeast"/>
          <w:cantSplit/>
        </w:trPr>
        <w:tc>
          <w:tcPr>
            <w:tcW w:type="dxa" w:w="9638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</w:tr>
    </w:tbl>
    <w:p>
      <w:pPr>
        <w:spacing w:before="0" w:after="0" w:line="80" w:lineRule="exact"/>
        <w:jc w:val="left"/>
      </w:pPr>
    </w:p>
    <w:p>
      <w:pPr>
        <w:spacing w:before="0" w:after="40" w:line="240" w:lineRule="auto"/>
        <w:jc w:val="both"/>
      </w:pPr>
      <w:r>
        <w:rPr>
          <w:i/>
          <w:iCs/>
          <w:color w:val="595959"/>
          <w:sz w:val="16"/>
          <w:szCs w:val="16"/>
        </w:rPr>
        <w:t xml:space="preserve">Z / S sütunu dersin Zorunlu (Z) veya Seçmeli (S) olduğunu belirtir. İmzası eksik olan formlar geçersizdir.</w:t>
      </w:r>
    </w:p>
    <w:p>
      <w:pPr>
        <w:pageBreakBefore/>
        <w:spacing w:before="0" w:after="120" w:line="240" w:lineRule="auto"/>
        <w:jc w:val="center"/>
      </w:pPr>
      <w:r>
        <w:rPr>
          <w:b/>
          <w:bCs/>
          <w:sz w:val="24"/>
          <w:szCs w:val="24"/>
        </w:rPr>
        <w:t xml:space="preserve">MAZERETLI DERS KAYIT FORMU (DEVAM SAYFASI)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4818"/>
        <w:gridCol w:w="4818"/>
      </w:tblGrid>
      <w:tr>
        <w:trPr>
          <w:trHeight w:val="351" w:hRule="atLeast"/>
          <w:cantSplit/>
        </w:trPr>
        <w:tc>
          <w:tcPr>
            <w:tcW w:type="dxa" w:w="4819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Öğrenci: </w:t>
            </w:r>
            <w:permStart w:id="360" w:edGrp="everyone"/>
            <w:sdt>
              <w:sdtPr>
                <w:alias w:val="Devam öğrenci"/>
                <w:tag w:val="Devam öğrenci"/>
                <w:id w:val="41359"/>
                <w:showingPlcHdr/>
                <w:text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             </w:t>
                </w:r>
              </w:sdtContent>
            </w:sdt>
            <w:permEnd w:id="360"/>
          </w:p>
        </w:tc>
        <w:tc>
          <w:tcPr>
            <w:tcW w:type="dxa" w:w="4819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Tarih: </w:t>
            </w:r>
            <w:permStart w:id="361" w:edGrp="everyone"/>
            <w:sdt>
              <w:sdtPr>
                <w:alias w:val="Devam tarihi"/>
                <w:tag w:val="Devam tarihi"/>
                <w:id w:val="41360"/>
              </w:sdtPr>
              <w:sdtContent>
                <w:r>
                  <w:rPr>
                    <w:sz w:val="19"/>
                    <w:szCs w:val="19"/>
                  </w:rPr>
                  <w:fldChar w:fldCharType="begin"/>
                </w:r>
                <w:r>
                  <w:rPr>
                    <w:sz w:val="19"/>
                    <w:szCs w:val="19"/>
                  </w:rPr>
                  <w:instrText xml:space="preserve"> DATE \@ "dd.MM.yyyy" </w:instrText>
                </w:r>
                <w:r>
                  <w:rPr>
                    <w:sz w:val="19"/>
                    <w:szCs w:val="19"/>
                  </w:rPr>
                  <w:fldChar w:fldCharType="separate"/>
                </w:r>
                <w:r>
                  <w:rPr>
                    <w:sz w:val="19"/>
                    <w:szCs w:val="19"/>
                  </w:rPr>
                  <w:t>06.10.2026</w:t>
                </w:r>
                <w:r>
                  <w:rPr>
                    <w:sz w:val="19"/>
                    <w:szCs w:val="19"/>
                  </w:rPr>
                  <w:fldChar w:fldCharType="end"/>
                </w:r>
              </w:sdtContent>
            </w:sdt>
            <w:permEnd w:id="361"/>
          </w:p>
        </w:tc>
      </w:tr>
    </w:tbl>
    <w:p>
      <w:pPr>
        <w:spacing w:before="0" w:after="0" w:line="80" w:lineRule="exact"/>
        <w:jc w:val="left"/>
      </w:pP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566"/>
        <w:gridCol w:w="1360"/>
        <w:gridCol w:w="4195"/>
        <w:gridCol w:w="1474"/>
        <w:gridCol w:w="793"/>
        <w:gridCol w:w="1247"/>
      </w:tblGrid>
      <w:tr>
        <w:trPr>
          <w:trHeight w:val="340" w:hRule="atLeast"/>
          <w:cantSplit/>
        </w:trPr>
        <w:tc>
          <w:tcPr>
            <w:tcW w:type="dxa" w:w="567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Sıra</w:t>
            </w:r>
          </w:p>
        </w:tc>
        <w:tc>
          <w:tcPr>
            <w:tcW w:type="dxa" w:w="1361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Ders Kodu</w:t>
            </w:r>
          </w:p>
        </w:tc>
        <w:tc>
          <w:tcPr>
            <w:tcW w:type="dxa" w:w="4195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Ders Adı</w:t>
            </w:r>
          </w:p>
        </w:tc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T-U-L : Kredi</w:t>
            </w:r>
          </w:p>
        </w:tc>
        <w:tc>
          <w:tcPr>
            <w:tcW w:type="dxa" w:w="794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Şube</w:t>
            </w:r>
          </w:p>
        </w:tc>
        <w:tc>
          <w:tcPr>
            <w:tcW w:type="dxa" w:w="1247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Z / S</w:t>
            </w:r>
          </w:p>
        </w:tc>
      </w:tr>
      <w:tr>
        <w:trPr>
          <w:trHeight w:val="340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13</w:t>
            </w:r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362" w:edGrp="everyone"/>
            <w:sdt>
              <w:sdtPr>
                <w:alias w:val="Ders kodu 13"/>
                <w:tag w:val="Ders kodu 13"/>
                <w:id w:val="4136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362"/>
          </w:p>
        </w:tc>
        <w:tc>
          <w:tcPr>
            <w:tcW w:type="dxa" w:w="4195"/>
            <w:vAlign w:val="center"/>
          </w:tcPr>
          <w:p>
            <w:pPr>
              <w:spacing w:before="0" w:after="0" w:line="240" w:lineRule="auto"/>
              <w:jc w:val="left"/>
            </w:pPr>
            <w:permStart w:id="363" w:edGrp="everyone"/>
            <w:sdt>
              <w:sdtPr>
                <w:alias w:val="Ders adı 13"/>
                <w:tag w:val="Ders adı 13"/>
                <w:id w:val="4136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363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364" w:edGrp="everyone"/>
            <w:sdt>
              <w:sdtPr>
                <w:alias w:val="Kredi 13"/>
                <w:tag w:val="Kredi 13"/>
                <w:id w:val="4136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364"/>
          </w:p>
        </w:tc>
        <w:tc>
          <w:tcPr>
            <w:tcW w:type="dxa" w:w="794"/>
            <w:vAlign w:val="center"/>
          </w:tcPr>
          <w:p>
            <w:pPr>
              <w:spacing w:before="0" w:after="0" w:line="240" w:lineRule="auto"/>
              <w:jc w:val="left"/>
            </w:pPr>
            <w:permStart w:id="365" w:edGrp="everyone"/>
            <w:sdt>
              <w:sdtPr>
                <w:alias w:val="Şube 13"/>
                <w:tag w:val="Şube 13"/>
                <w:id w:val="4136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365"/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366" w:edGrp="everyone"/>
            <w:sdt>
              <w:sdtPr>
                <w:alias w:val="Z/S 13"/>
                <w:tag w:val="Z/S 13"/>
                <w:id w:val="41365"/>
                <w:showingPlcHdr/>
                <w:dropDownList>
                  <w:listItem w:displayText="Z" w:value="Z"/>
                  <w:listItem w:displayText="S" w:value="S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366"/>
          </w:p>
        </w:tc>
      </w:tr>
      <w:tr>
        <w:trPr>
          <w:trHeight w:val="340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14</w:t>
            </w:r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367" w:edGrp="everyone"/>
            <w:sdt>
              <w:sdtPr>
                <w:alias w:val="Ders kodu 14"/>
                <w:tag w:val="Ders kodu 14"/>
                <w:id w:val="4136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367"/>
          </w:p>
        </w:tc>
        <w:tc>
          <w:tcPr>
            <w:tcW w:type="dxa" w:w="4195"/>
            <w:vAlign w:val="center"/>
          </w:tcPr>
          <w:p>
            <w:pPr>
              <w:spacing w:before="0" w:after="0" w:line="240" w:lineRule="auto"/>
              <w:jc w:val="left"/>
            </w:pPr>
            <w:permStart w:id="368" w:edGrp="everyone"/>
            <w:sdt>
              <w:sdtPr>
                <w:alias w:val="Ders adı 14"/>
                <w:tag w:val="Ders adı 14"/>
                <w:id w:val="4136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368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369" w:edGrp="everyone"/>
            <w:sdt>
              <w:sdtPr>
                <w:alias w:val="Kredi 14"/>
                <w:tag w:val="Kredi 14"/>
                <w:id w:val="4136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369"/>
          </w:p>
        </w:tc>
        <w:tc>
          <w:tcPr>
            <w:tcW w:type="dxa" w:w="794"/>
            <w:vAlign w:val="center"/>
          </w:tcPr>
          <w:p>
            <w:pPr>
              <w:spacing w:before="0" w:after="0" w:line="240" w:lineRule="auto"/>
              <w:jc w:val="left"/>
            </w:pPr>
            <w:permStart w:id="370" w:edGrp="everyone"/>
            <w:sdt>
              <w:sdtPr>
                <w:alias w:val="Şube 14"/>
                <w:tag w:val="Şube 14"/>
                <w:id w:val="4136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370"/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371" w:edGrp="everyone"/>
            <w:sdt>
              <w:sdtPr>
                <w:alias w:val="Z/S 14"/>
                <w:tag w:val="Z/S 14"/>
                <w:id w:val="41370"/>
                <w:showingPlcHdr/>
                <w:dropDownList>
                  <w:listItem w:displayText="Z" w:value="Z"/>
                  <w:listItem w:displayText="S" w:value="S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371"/>
          </w:p>
        </w:tc>
      </w:tr>
      <w:tr>
        <w:trPr>
          <w:trHeight w:val="340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15</w:t>
            </w:r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372" w:edGrp="everyone"/>
            <w:sdt>
              <w:sdtPr>
                <w:alias w:val="Ders kodu 15"/>
                <w:tag w:val="Ders kodu 15"/>
                <w:id w:val="4137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372"/>
          </w:p>
        </w:tc>
        <w:tc>
          <w:tcPr>
            <w:tcW w:type="dxa" w:w="4195"/>
            <w:vAlign w:val="center"/>
          </w:tcPr>
          <w:p>
            <w:pPr>
              <w:spacing w:before="0" w:after="0" w:line="240" w:lineRule="auto"/>
              <w:jc w:val="left"/>
            </w:pPr>
            <w:permStart w:id="373" w:edGrp="everyone"/>
            <w:sdt>
              <w:sdtPr>
                <w:alias w:val="Ders adı 15"/>
                <w:tag w:val="Ders adı 15"/>
                <w:id w:val="4137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373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374" w:edGrp="everyone"/>
            <w:sdt>
              <w:sdtPr>
                <w:alias w:val="Kredi 15"/>
                <w:tag w:val="Kredi 15"/>
                <w:id w:val="4137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374"/>
          </w:p>
        </w:tc>
        <w:tc>
          <w:tcPr>
            <w:tcW w:type="dxa" w:w="794"/>
            <w:vAlign w:val="center"/>
          </w:tcPr>
          <w:p>
            <w:pPr>
              <w:spacing w:before="0" w:after="0" w:line="240" w:lineRule="auto"/>
              <w:jc w:val="left"/>
            </w:pPr>
            <w:permStart w:id="375" w:edGrp="everyone"/>
            <w:sdt>
              <w:sdtPr>
                <w:alias w:val="Şube 15"/>
                <w:tag w:val="Şube 15"/>
                <w:id w:val="4137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375"/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376" w:edGrp="everyone"/>
            <w:sdt>
              <w:sdtPr>
                <w:alias w:val="Z/S 15"/>
                <w:tag w:val="Z/S 15"/>
                <w:id w:val="41375"/>
                <w:showingPlcHdr/>
                <w:dropDownList>
                  <w:listItem w:displayText="Z" w:value="Z"/>
                  <w:listItem w:displayText="S" w:value="S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376"/>
          </w:p>
        </w:tc>
      </w:tr>
      <w:tr>
        <w:trPr>
          <w:trHeight w:val="340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16</w:t>
            </w:r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377" w:edGrp="everyone"/>
            <w:sdt>
              <w:sdtPr>
                <w:alias w:val="Ders kodu 16"/>
                <w:tag w:val="Ders kodu 16"/>
                <w:id w:val="4137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377"/>
          </w:p>
        </w:tc>
        <w:tc>
          <w:tcPr>
            <w:tcW w:type="dxa" w:w="4195"/>
            <w:vAlign w:val="center"/>
          </w:tcPr>
          <w:p>
            <w:pPr>
              <w:spacing w:before="0" w:after="0" w:line="240" w:lineRule="auto"/>
              <w:jc w:val="left"/>
            </w:pPr>
            <w:permStart w:id="378" w:edGrp="everyone"/>
            <w:sdt>
              <w:sdtPr>
                <w:alias w:val="Ders adı 16"/>
                <w:tag w:val="Ders adı 16"/>
                <w:id w:val="4137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378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379" w:edGrp="everyone"/>
            <w:sdt>
              <w:sdtPr>
                <w:alias w:val="Kredi 16"/>
                <w:tag w:val="Kredi 16"/>
                <w:id w:val="4137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379"/>
          </w:p>
        </w:tc>
        <w:tc>
          <w:tcPr>
            <w:tcW w:type="dxa" w:w="794"/>
            <w:vAlign w:val="center"/>
          </w:tcPr>
          <w:p>
            <w:pPr>
              <w:spacing w:before="0" w:after="0" w:line="240" w:lineRule="auto"/>
              <w:jc w:val="left"/>
            </w:pPr>
            <w:permStart w:id="380" w:edGrp="everyone"/>
            <w:sdt>
              <w:sdtPr>
                <w:alias w:val="Şube 16"/>
                <w:tag w:val="Şube 16"/>
                <w:id w:val="4137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380"/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381" w:edGrp="everyone"/>
            <w:sdt>
              <w:sdtPr>
                <w:alias w:val="Z/S 16"/>
                <w:tag w:val="Z/S 16"/>
                <w:id w:val="41380"/>
                <w:showingPlcHdr/>
                <w:dropDownList>
                  <w:listItem w:displayText="Z" w:value="Z"/>
                  <w:listItem w:displayText="S" w:value="S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381"/>
          </w:p>
        </w:tc>
      </w:tr>
      <w:tr>
        <w:trPr>
          <w:trHeight w:val="340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17</w:t>
            </w:r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382" w:edGrp="everyone"/>
            <w:sdt>
              <w:sdtPr>
                <w:alias w:val="Ders kodu 17"/>
                <w:tag w:val="Ders kodu 17"/>
                <w:id w:val="4138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382"/>
          </w:p>
        </w:tc>
        <w:tc>
          <w:tcPr>
            <w:tcW w:type="dxa" w:w="4195"/>
            <w:vAlign w:val="center"/>
          </w:tcPr>
          <w:p>
            <w:pPr>
              <w:spacing w:before="0" w:after="0" w:line="240" w:lineRule="auto"/>
              <w:jc w:val="left"/>
            </w:pPr>
            <w:permStart w:id="383" w:edGrp="everyone"/>
            <w:sdt>
              <w:sdtPr>
                <w:alias w:val="Ders adı 17"/>
                <w:tag w:val="Ders adı 17"/>
                <w:id w:val="4138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383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384" w:edGrp="everyone"/>
            <w:sdt>
              <w:sdtPr>
                <w:alias w:val="Kredi 17"/>
                <w:tag w:val="Kredi 17"/>
                <w:id w:val="4138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384"/>
          </w:p>
        </w:tc>
        <w:tc>
          <w:tcPr>
            <w:tcW w:type="dxa" w:w="794"/>
            <w:vAlign w:val="center"/>
          </w:tcPr>
          <w:p>
            <w:pPr>
              <w:spacing w:before="0" w:after="0" w:line="240" w:lineRule="auto"/>
              <w:jc w:val="left"/>
            </w:pPr>
            <w:permStart w:id="385" w:edGrp="everyone"/>
            <w:sdt>
              <w:sdtPr>
                <w:alias w:val="Şube 17"/>
                <w:tag w:val="Şube 17"/>
                <w:id w:val="4138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385"/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386" w:edGrp="everyone"/>
            <w:sdt>
              <w:sdtPr>
                <w:alias w:val="Z/S 17"/>
                <w:tag w:val="Z/S 17"/>
                <w:id w:val="41385"/>
                <w:showingPlcHdr/>
                <w:dropDownList>
                  <w:listItem w:displayText="Z" w:value="Z"/>
                  <w:listItem w:displayText="S" w:value="S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386"/>
          </w:p>
        </w:tc>
      </w:tr>
      <w:tr>
        <w:trPr>
          <w:trHeight w:val="340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18</w:t>
            </w:r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387" w:edGrp="everyone"/>
            <w:sdt>
              <w:sdtPr>
                <w:alias w:val="Ders kodu 18"/>
                <w:tag w:val="Ders kodu 18"/>
                <w:id w:val="4138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387"/>
          </w:p>
        </w:tc>
        <w:tc>
          <w:tcPr>
            <w:tcW w:type="dxa" w:w="4195"/>
            <w:vAlign w:val="center"/>
          </w:tcPr>
          <w:p>
            <w:pPr>
              <w:spacing w:before="0" w:after="0" w:line="240" w:lineRule="auto"/>
              <w:jc w:val="left"/>
            </w:pPr>
            <w:permStart w:id="388" w:edGrp="everyone"/>
            <w:sdt>
              <w:sdtPr>
                <w:alias w:val="Ders adı 18"/>
                <w:tag w:val="Ders adı 18"/>
                <w:id w:val="4138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388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389" w:edGrp="everyone"/>
            <w:sdt>
              <w:sdtPr>
                <w:alias w:val="Kredi 18"/>
                <w:tag w:val="Kredi 18"/>
                <w:id w:val="4138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389"/>
          </w:p>
        </w:tc>
        <w:tc>
          <w:tcPr>
            <w:tcW w:type="dxa" w:w="794"/>
            <w:vAlign w:val="center"/>
          </w:tcPr>
          <w:p>
            <w:pPr>
              <w:spacing w:before="0" w:after="0" w:line="240" w:lineRule="auto"/>
              <w:jc w:val="left"/>
            </w:pPr>
            <w:permStart w:id="390" w:edGrp="everyone"/>
            <w:sdt>
              <w:sdtPr>
                <w:alias w:val="Şube 18"/>
                <w:tag w:val="Şube 18"/>
                <w:id w:val="4138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390"/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391" w:edGrp="everyone"/>
            <w:sdt>
              <w:sdtPr>
                <w:alias w:val="Z/S 18"/>
                <w:tag w:val="Z/S 18"/>
                <w:id w:val="41390"/>
                <w:showingPlcHdr/>
                <w:dropDownList>
                  <w:listItem w:displayText="Z" w:value="Z"/>
                  <w:listItem w:displayText="S" w:value="S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391"/>
          </w:p>
        </w:tc>
      </w:tr>
      <w:tr>
        <w:trPr>
          <w:trHeight w:val="340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19</w:t>
            </w:r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392" w:edGrp="everyone"/>
            <w:sdt>
              <w:sdtPr>
                <w:alias w:val="Ders kodu 19"/>
                <w:tag w:val="Ders kodu 19"/>
                <w:id w:val="4139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392"/>
          </w:p>
        </w:tc>
        <w:tc>
          <w:tcPr>
            <w:tcW w:type="dxa" w:w="4195"/>
            <w:vAlign w:val="center"/>
          </w:tcPr>
          <w:p>
            <w:pPr>
              <w:spacing w:before="0" w:after="0" w:line="240" w:lineRule="auto"/>
              <w:jc w:val="left"/>
            </w:pPr>
            <w:permStart w:id="393" w:edGrp="everyone"/>
            <w:sdt>
              <w:sdtPr>
                <w:alias w:val="Ders adı 19"/>
                <w:tag w:val="Ders adı 19"/>
                <w:id w:val="4139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393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394" w:edGrp="everyone"/>
            <w:sdt>
              <w:sdtPr>
                <w:alias w:val="Kredi 19"/>
                <w:tag w:val="Kredi 19"/>
                <w:id w:val="4139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394"/>
          </w:p>
        </w:tc>
        <w:tc>
          <w:tcPr>
            <w:tcW w:type="dxa" w:w="794"/>
            <w:vAlign w:val="center"/>
          </w:tcPr>
          <w:p>
            <w:pPr>
              <w:spacing w:before="0" w:after="0" w:line="240" w:lineRule="auto"/>
              <w:jc w:val="left"/>
            </w:pPr>
            <w:permStart w:id="395" w:edGrp="everyone"/>
            <w:sdt>
              <w:sdtPr>
                <w:alias w:val="Şube 19"/>
                <w:tag w:val="Şube 19"/>
                <w:id w:val="4139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395"/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396" w:edGrp="everyone"/>
            <w:sdt>
              <w:sdtPr>
                <w:alias w:val="Z/S 19"/>
                <w:tag w:val="Z/S 19"/>
                <w:id w:val="41395"/>
                <w:showingPlcHdr/>
                <w:dropDownList>
                  <w:listItem w:displayText="Z" w:value="Z"/>
                  <w:listItem w:displayText="S" w:value="S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396"/>
          </w:p>
        </w:tc>
      </w:tr>
      <w:tr>
        <w:trPr>
          <w:trHeight w:val="340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20</w:t>
            </w:r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397" w:edGrp="everyone"/>
            <w:sdt>
              <w:sdtPr>
                <w:alias w:val="Ders kodu 20"/>
                <w:tag w:val="Ders kodu 20"/>
                <w:id w:val="4139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397"/>
          </w:p>
        </w:tc>
        <w:tc>
          <w:tcPr>
            <w:tcW w:type="dxa" w:w="4195"/>
            <w:vAlign w:val="center"/>
          </w:tcPr>
          <w:p>
            <w:pPr>
              <w:spacing w:before="0" w:after="0" w:line="240" w:lineRule="auto"/>
              <w:jc w:val="left"/>
            </w:pPr>
            <w:permStart w:id="398" w:edGrp="everyone"/>
            <w:sdt>
              <w:sdtPr>
                <w:alias w:val="Ders adı 20"/>
                <w:tag w:val="Ders adı 20"/>
                <w:id w:val="4139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398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399" w:edGrp="everyone"/>
            <w:sdt>
              <w:sdtPr>
                <w:alias w:val="Kredi 20"/>
                <w:tag w:val="Kredi 20"/>
                <w:id w:val="4139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399"/>
          </w:p>
        </w:tc>
        <w:tc>
          <w:tcPr>
            <w:tcW w:type="dxa" w:w="794"/>
            <w:vAlign w:val="center"/>
          </w:tcPr>
          <w:p>
            <w:pPr>
              <w:spacing w:before="0" w:after="0" w:line="240" w:lineRule="auto"/>
              <w:jc w:val="left"/>
            </w:pPr>
            <w:permStart w:id="400" w:edGrp="everyone"/>
            <w:sdt>
              <w:sdtPr>
                <w:alias w:val="Şube 20"/>
                <w:tag w:val="Şube 20"/>
                <w:id w:val="4139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400"/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401" w:edGrp="everyone"/>
            <w:sdt>
              <w:sdtPr>
                <w:alias w:val="Z/S 20"/>
                <w:tag w:val="Z/S 20"/>
                <w:id w:val="41400"/>
                <w:showingPlcHdr/>
                <w:dropDownList>
                  <w:listItem w:displayText="Z" w:value="Z"/>
                  <w:listItem w:displayText="S" w:value="S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401"/>
          </w:p>
        </w:tc>
      </w:tr>
      <w:tr>
        <w:trPr>
          <w:trHeight w:val="340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21</w:t>
            </w:r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402" w:edGrp="everyone"/>
            <w:sdt>
              <w:sdtPr>
                <w:alias w:val="Ders kodu 21"/>
                <w:tag w:val="Ders kodu 21"/>
                <w:id w:val="4140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402"/>
          </w:p>
        </w:tc>
        <w:tc>
          <w:tcPr>
            <w:tcW w:type="dxa" w:w="4195"/>
            <w:vAlign w:val="center"/>
          </w:tcPr>
          <w:p>
            <w:pPr>
              <w:spacing w:before="0" w:after="0" w:line="240" w:lineRule="auto"/>
              <w:jc w:val="left"/>
            </w:pPr>
            <w:permStart w:id="403" w:edGrp="everyone"/>
            <w:sdt>
              <w:sdtPr>
                <w:alias w:val="Ders adı 21"/>
                <w:tag w:val="Ders adı 21"/>
                <w:id w:val="4140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403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404" w:edGrp="everyone"/>
            <w:sdt>
              <w:sdtPr>
                <w:alias w:val="Kredi 21"/>
                <w:tag w:val="Kredi 21"/>
                <w:id w:val="4140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404"/>
          </w:p>
        </w:tc>
        <w:tc>
          <w:tcPr>
            <w:tcW w:type="dxa" w:w="794"/>
            <w:vAlign w:val="center"/>
          </w:tcPr>
          <w:p>
            <w:pPr>
              <w:spacing w:before="0" w:after="0" w:line="240" w:lineRule="auto"/>
              <w:jc w:val="left"/>
            </w:pPr>
            <w:permStart w:id="405" w:edGrp="everyone"/>
            <w:sdt>
              <w:sdtPr>
                <w:alias w:val="Şube 21"/>
                <w:tag w:val="Şube 21"/>
                <w:id w:val="4140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405"/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406" w:edGrp="everyone"/>
            <w:sdt>
              <w:sdtPr>
                <w:alias w:val="Z/S 21"/>
                <w:tag w:val="Z/S 21"/>
                <w:id w:val="41405"/>
                <w:showingPlcHdr/>
                <w:dropDownList>
                  <w:listItem w:displayText="Z" w:value="Z"/>
                  <w:listItem w:displayText="S" w:value="S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406"/>
          </w:p>
        </w:tc>
      </w:tr>
      <w:tr>
        <w:trPr>
          <w:trHeight w:val="340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22</w:t>
            </w:r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407" w:edGrp="everyone"/>
            <w:sdt>
              <w:sdtPr>
                <w:alias w:val="Ders kodu 22"/>
                <w:tag w:val="Ders kodu 22"/>
                <w:id w:val="4140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407"/>
          </w:p>
        </w:tc>
        <w:tc>
          <w:tcPr>
            <w:tcW w:type="dxa" w:w="4195"/>
            <w:vAlign w:val="center"/>
          </w:tcPr>
          <w:p>
            <w:pPr>
              <w:spacing w:before="0" w:after="0" w:line="240" w:lineRule="auto"/>
              <w:jc w:val="left"/>
            </w:pPr>
            <w:permStart w:id="408" w:edGrp="everyone"/>
            <w:sdt>
              <w:sdtPr>
                <w:alias w:val="Ders adı 22"/>
                <w:tag w:val="Ders adı 22"/>
                <w:id w:val="4140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408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409" w:edGrp="everyone"/>
            <w:sdt>
              <w:sdtPr>
                <w:alias w:val="Kredi 22"/>
                <w:tag w:val="Kredi 22"/>
                <w:id w:val="4140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409"/>
          </w:p>
        </w:tc>
        <w:tc>
          <w:tcPr>
            <w:tcW w:type="dxa" w:w="794"/>
            <w:vAlign w:val="center"/>
          </w:tcPr>
          <w:p>
            <w:pPr>
              <w:spacing w:before="0" w:after="0" w:line="240" w:lineRule="auto"/>
              <w:jc w:val="left"/>
            </w:pPr>
            <w:permStart w:id="410" w:edGrp="everyone"/>
            <w:sdt>
              <w:sdtPr>
                <w:alias w:val="Şube 22"/>
                <w:tag w:val="Şube 22"/>
                <w:id w:val="4140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410"/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411" w:edGrp="everyone"/>
            <w:sdt>
              <w:sdtPr>
                <w:alias w:val="Z/S 22"/>
                <w:tag w:val="Z/S 22"/>
                <w:id w:val="41410"/>
                <w:showingPlcHdr/>
                <w:dropDownList>
                  <w:listItem w:displayText="Z" w:value="Z"/>
                  <w:listItem w:displayText="S" w:value="S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411"/>
          </w:p>
        </w:tc>
      </w:tr>
      <w:tr>
        <w:trPr>
          <w:trHeight w:val="340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23</w:t>
            </w:r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412" w:edGrp="everyone"/>
            <w:sdt>
              <w:sdtPr>
                <w:alias w:val="Ders kodu 23"/>
                <w:tag w:val="Ders kodu 23"/>
                <w:id w:val="4141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412"/>
          </w:p>
        </w:tc>
        <w:tc>
          <w:tcPr>
            <w:tcW w:type="dxa" w:w="4195"/>
            <w:vAlign w:val="center"/>
          </w:tcPr>
          <w:p>
            <w:pPr>
              <w:spacing w:before="0" w:after="0" w:line="240" w:lineRule="auto"/>
              <w:jc w:val="left"/>
            </w:pPr>
            <w:permStart w:id="413" w:edGrp="everyone"/>
            <w:sdt>
              <w:sdtPr>
                <w:alias w:val="Ders adı 23"/>
                <w:tag w:val="Ders adı 23"/>
                <w:id w:val="4141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413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414" w:edGrp="everyone"/>
            <w:sdt>
              <w:sdtPr>
                <w:alias w:val="Kredi 23"/>
                <w:tag w:val="Kredi 23"/>
                <w:id w:val="4141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414"/>
          </w:p>
        </w:tc>
        <w:tc>
          <w:tcPr>
            <w:tcW w:type="dxa" w:w="794"/>
            <w:vAlign w:val="center"/>
          </w:tcPr>
          <w:p>
            <w:pPr>
              <w:spacing w:before="0" w:after="0" w:line="240" w:lineRule="auto"/>
              <w:jc w:val="left"/>
            </w:pPr>
            <w:permStart w:id="415" w:edGrp="everyone"/>
            <w:sdt>
              <w:sdtPr>
                <w:alias w:val="Şube 23"/>
                <w:tag w:val="Şube 23"/>
                <w:id w:val="4141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415"/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416" w:edGrp="everyone"/>
            <w:sdt>
              <w:sdtPr>
                <w:alias w:val="Z/S 23"/>
                <w:tag w:val="Z/S 23"/>
                <w:id w:val="41415"/>
                <w:showingPlcHdr/>
                <w:dropDownList>
                  <w:listItem w:displayText="Z" w:value="Z"/>
                  <w:listItem w:displayText="S" w:value="S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416"/>
          </w:p>
        </w:tc>
      </w:tr>
      <w:tr>
        <w:trPr>
          <w:trHeight w:val="340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24</w:t>
            </w:r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417" w:edGrp="everyone"/>
            <w:sdt>
              <w:sdtPr>
                <w:alias w:val="Ders kodu 24"/>
                <w:tag w:val="Ders kodu 24"/>
                <w:id w:val="4141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417"/>
          </w:p>
        </w:tc>
        <w:tc>
          <w:tcPr>
            <w:tcW w:type="dxa" w:w="4195"/>
            <w:vAlign w:val="center"/>
          </w:tcPr>
          <w:p>
            <w:pPr>
              <w:spacing w:before="0" w:after="0" w:line="240" w:lineRule="auto"/>
              <w:jc w:val="left"/>
            </w:pPr>
            <w:permStart w:id="418" w:edGrp="everyone"/>
            <w:sdt>
              <w:sdtPr>
                <w:alias w:val="Ders adı 24"/>
                <w:tag w:val="Ders adı 24"/>
                <w:id w:val="4141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418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419" w:edGrp="everyone"/>
            <w:sdt>
              <w:sdtPr>
                <w:alias w:val="Kredi 24"/>
                <w:tag w:val="Kredi 24"/>
                <w:id w:val="4141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419"/>
          </w:p>
        </w:tc>
        <w:tc>
          <w:tcPr>
            <w:tcW w:type="dxa" w:w="794"/>
            <w:vAlign w:val="center"/>
          </w:tcPr>
          <w:p>
            <w:pPr>
              <w:spacing w:before="0" w:after="0" w:line="240" w:lineRule="auto"/>
              <w:jc w:val="left"/>
            </w:pPr>
            <w:permStart w:id="420" w:edGrp="everyone"/>
            <w:sdt>
              <w:sdtPr>
                <w:alias w:val="Şube 24"/>
                <w:tag w:val="Şube 24"/>
                <w:id w:val="4141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420"/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421" w:edGrp="everyone"/>
            <w:sdt>
              <w:sdtPr>
                <w:alias w:val="Z/S 24"/>
                <w:tag w:val="Z/S 24"/>
                <w:id w:val="41420"/>
                <w:showingPlcHdr/>
                <w:dropDownList>
                  <w:listItem w:displayText="Z" w:value="Z"/>
                  <w:listItem w:displayText="S" w:value="S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421"/>
          </w:p>
        </w:tc>
      </w:tr>
      <w:tr>
        <w:trPr>
          <w:trHeight w:val="340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25</w:t>
            </w:r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422" w:edGrp="everyone"/>
            <w:sdt>
              <w:sdtPr>
                <w:alias w:val="Ders kodu 25"/>
                <w:tag w:val="Ders kodu 25"/>
                <w:id w:val="4142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422"/>
          </w:p>
        </w:tc>
        <w:tc>
          <w:tcPr>
            <w:tcW w:type="dxa" w:w="4195"/>
            <w:vAlign w:val="center"/>
          </w:tcPr>
          <w:p>
            <w:pPr>
              <w:spacing w:before="0" w:after="0" w:line="240" w:lineRule="auto"/>
              <w:jc w:val="left"/>
            </w:pPr>
            <w:permStart w:id="423" w:edGrp="everyone"/>
            <w:sdt>
              <w:sdtPr>
                <w:alias w:val="Ders adı 25"/>
                <w:tag w:val="Ders adı 25"/>
                <w:id w:val="4142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423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424" w:edGrp="everyone"/>
            <w:sdt>
              <w:sdtPr>
                <w:alias w:val="Kredi 25"/>
                <w:tag w:val="Kredi 25"/>
                <w:id w:val="4142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424"/>
          </w:p>
        </w:tc>
        <w:tc>
          <w:tcPr>
            <w:tcW w:type="dxa" w:w="794"/>
            <w:vAlign w:val="center"/>
          </w:tcPr>
          <w:p>
            <w:pPr>
              <w:spacing w:before="0" w:after="0" w:line="240" w:lineRule="auto"/>
              <w:jc w:val="left"/>
            </w:pPr>
            <w:permStart w:id="425" w:edGrp="everyone"/>
            <w:sdt>
              <w:sdtPr>
                <w:alias w:val="Şube 25"/>
                <w:tag w:val="Şube 25"/>
                <w:id w:val="4142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425"/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426" w:edGrp="everyone"/>
            <w:sdt>
              <w:sdtPr>
                <w:alias w:val="Z/S 25"/>
                <w:tag w:val="Z/S 25"/>
                <w:id w:val="41425"/>
                <w:showingPlcHdr/>
                <w:dropDownList>
                  <w:listItem w:displayText="Z" w:value="Z"/>
                  <w:listItem w:displayText="S" w:value="S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426"/>
          </w:p>
        </w:tc>
      </w:tr>
      <w:tr>
        <w:trPr>
          <w:trHeight w:val="340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26</w:t>
            </w:r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427" w:edGrp="everyone"/>
            <w:sdt>
              <w:sdtPr>
                <w:alias w:val="Ders kodu 26"/>
                <w:tag w:val="Ders kodu 26"/>
                <w:id w:val="4142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427"/>
          </w:p>
        </w:tc>
        <w:tc>
          <w:tcPr>
            <w:tcW w:type="dxa" w:w="4195"/>
            <w:vAlign w:val="center"/>
          </w:tcPr>
          <w:p>
            <w:pPr>
              <w:spacing w:before="0" w:after="0" w:line="240" w:lineRule="auto"/>
              <w:jc w:val="left"/>
            </w:pPr>
            <w:permStart w:id="428" w:edGrp="everyone"/>
            <w:sdt>
              <w:sdtPr>
                <w:alias w:val="Ders adı 26"/>
                <w:tag w:val="Ders adı 26"/>
                <w:id w:val="4142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428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429" w:edGrp="everyone"/>
            <w:sdt>
              <w:sdtPr>
                <w:alias w:val="Kredi 26"/>
                <w:tag w:val="Kredi 26"/>
                <w:id w:val="4142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429"/>
          </w:p>
        </w:tc>
        <w:tc>
          <w:tcPr>
            <w:tcW w:type="dxa" w:w="794"/>
            <w:vAlign w:val="center"/>
          </w:tcPr>
          <w:p>
            <w:pPr>
              <w:spacing w:before="0" w:after="0" w:line="240" w:lineRule="auto"/>
              <w:jc w:val="left"/>
            </w:pPr>
            <w:permStart w:id="430" w:edGrp="everyone"/>
            <w:sdt>
              <w:sdtPr>
                <w:alias w:val="Şube 26"/>
                <w:tag w:val="Şube 26"/>
                <w:id w:val="4142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430"/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431" w:edGrp="everyone"/>
            <w:sdt>
              <w:sdtPr>
                <w:alias w:val="Z/S 26"/>
                <w:tag w:val="Z/S 26"/>
                <w:id w:val="41430"/>
                <w:showingPlcHdr/>
                <w:dropDownList>
                  <w:listItem w:displayText="Z" w:value="Z"/>
                  <w:listItem w:displayText="S" w:value="S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431"/>
          </w:p>
        </w:tc>
      </w:tr>
      <w:tr>
        <w:trPr>
          <w:trHeight w:val="340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27</w:t>
            </w:r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432" w:edGrp="everyone"/>
            <w:sdt>
              <w:sdtPr>
                <w:alias w:val="Ders kodu 27"/>
                <w:tag w:val="Ders kodu 27"/>
                <w:id w:val="4143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432"/>
          </w:p>
        </w:tc>
        <w:tc>
          <w:tcPr>
            <w:tcW w:type="dxa" w:w="4195"/>
            <w:vAlign w:val="center"/>
          </w:tcPr>
          <w:p>
            <w:pPr>
              <w:spacing w:before="0" w:after="0" w:line="240" w:lineRule="auto"/>
              <w:jc w:val="left"/>
            </w:pPr>
            <w:permStart w:id="433" w:edGrp="everyone"/>
            <w:sdt>
              <w:sdtPr>
                <w:alias w:val="Ders adı 27"/>
                <w:tag w:val="Ders adı 27"/>
                <w:id w:val="4143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433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434" w:edGrp="everyone"/>
            <w:sdt>
              <w:sdtPr>
                <w:alias w:val="Kredi 27"/>
                <w:tag w:val="Kredi 27"/>
                <w:id w:val="4143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434"/>
          </w:p>
        </w:tc>
        <w:tc>
          <w:tcPr>
            <w:tcW w:type="dxa" w:w="794"/>
            <w:vAlign w:val="center"/>
          </w:tcPr>
          <w:p>
            <w:pPr>
              <w:spacing w:before="0" w:after="0" w:line="240" w:lineRule="auto"/>
              <w:jc w:val="left"/>
            </w:pPr>
            <w:permStart w:id="435" w:edGrp="everyone"/>
            <w:sdt>
              <w:sdtPr>
                <w:alias w:val="Şube 27"/>
                <w:tag w:val="Şube 27"/>
                <w:id w:val="4143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435"/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436" w:edGrp="everyone"/>
            <w:sdt>
              <w:sdtPr>
                <w:alias w:val="Z/S 27"/>
                <w:tag w:val="Z/S 27"/>
                <w:id w:val="41435"/>
                <w:showingPlcHdr/>
                <w:dropDownList>
                  <w:listItem w:displayText="Z" w:value="Z"/>
                  <w:listItem w:displayText="S" w:value="S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436"/>
          </w:p>
        </w:tc>
      </w:tr>
      <w:tr>
        <w:trPr>
          <w:trHeight w:val="340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28</w:t>
            </w:r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437" w:edGrp="everyone"/>
            <w:sdt>
              <w:sdtPr>
                <w:alias w:val="Ders kodu 28"/>
                <w:tag w:val="Ders kodu 28"/>
                <w:id w:val="4143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437"/>
          </w:p>
        </w:tc>
        <w:tc>
          <w:tcPr>
            <w:tcW w:type="dxa" w:w="4195"/>
            <w:vAlign w:val="center"/>
          </w:tcPr>
          <w:p>
            <w:pPr>
              <w:spacing w:before="0" w:after="0" w:line="240" w:lineRule="auto"/>
              <w:jc w:val="left"/>
            </w:pPr>
            <w:permStart w:id="438" w:edGrp="everyone"/>
            <w:sdt>
              <w:sdtPr>
                <w:alias w:val="Ders adı 28"/>
                <w:tag w:val="Ders adı 28"/>
                <w:id w:val="4143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438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439" w:edGrp="everyone"/>
            <w:sdt>
              <w:sdtPr>
                <w:alias w:val="Kredi 28"/>
                <w:tag w:val="Kredi 28"/>
                <w:id w:val="4143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439"/>
          </w:p>
        </w:tc>
        <w:tc>
          <w:tcPr>
            <w:tcW w:type="dxa" w:w="794"/>
            <w:vAlign w:val="center"/>
          </w:tcPr>
          <w:p>
            <w:pPr>
              <w:spacing w:before="0" w:after="0" w:line="240" w:lineRule="auto"/>
              <w:jc w:val="left"/>
            </w:pPr>
            <w:permStart w:id="440" w:edGrp="everyone"/>
            <w:sdt>
              <w:sdtPr>
                <w:alias w:val="Şube 28"/>
                <w:tag w:val="Şube 28"/>
                <w:id w:val="4143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440"/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441" w:edGrp="everyone"/>
            <w:sdt>
              <w:sdtPr>
                <w:alias w:val="Z/S 28"/>
                <w:tag w:val="Z/S 28"/>
                <w:id w:val="41440"/>
                <w:showingPlcHdr/>
                <w:dropDownList>
                  <w:listItem w:displayText="Z" w:value="Z"/>
                  <w:listItem w:displayText="S" w:value="S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441"/>
          </w:p>
        </w:tc>
      </w:tr>
    </w:tbl>
    <w:p>
      <w:pPr>
        <w:spacing w:before="0" w:after="0" w:line="80" w:lineRule="exact"/>
        <w:jc w:val="left"/>
      </w:pPr>
    </w:p>
    <w:p>
      <w:pPr>
        <w:spacing w:before="0" w:after="40" w:line="240" w:lineRule="auto"/>
        <w:jc w:val="both"/>
      </w:pPr>
      <w:r>
        <w:rPr>
          <w:i/>
          <w:iCs/>
          <w:color w:val="595959"/>
          <w:sz w:val="16"/>
          <w:szCs w:val="16"/>
        </w:rPr>
        <w:t xml:space="preserve">Ana sayfadaki satırlar yetmediğinde bu devam sayfası doldurulur ve form tek set olarak teslim edilir; 16 satır da yetmezse sayfa fotokopi ile çoğaltılabilir. Devam sayfası gerekmiyorsa yazdırmayınız.</w:t>
      </w:r>
    </w:p>
    <w:tbl>
      <w:tblPr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4818"/>
        <w:gridCol w:w="4818"/>
      </w:tblGrid>
      <w:tr>
        <w:trPr>
          <w:cantSplit/>
        </w:trPr>
        <w:tc>
          <w:tcPr>
            <w:tcW w:type="dxa" w:w="4819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Öğrenci</w:t>
            </w:r>
          </w:p>
        </w:tc>
        <w:tc>
          <w:tcPr>
            <w:tcW w:type="dxa" w:w="4819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Danışman</w:t>
            </w:r>
          </w:p>
        </w:tc>
      </w:tr>
      <w:tr>
        <w:trPr>
          <w:cantSplit/>
        </w:trPr>
        <w:tc>
          <w:tcPr>
            <w:tcW w:type="dxa" w:w="4819"/>
            <w:vAlign w:val="center"/>
          </w:tcPr>
          <w:p>
            <w:pPr>
              <w:spacing w:before="0" w:after="0" w:line="240" w:lineRule="auto"/>
              <w:jc w:val="center"/>
            </w:pPr>
            <w:permStart w:id="442" w:edGrp="everyone"/>
            <w:sdt>
              <w:sdtPr>
                <w:alias w:val="Öğrenci Adı Soyadı"/>
                <w:tag w:val="Öğrenci Adı Soyadı"/>
                <w:id w:val="41441"/>
                <w:showingPlcHdr/>
                <w:text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</w:t>
                </w:r>
              </w:sdtContent>
            </w:sdt>
            <w:permEnd w:id="442"/>
          </w:p>
        </w:tc>
        <w:tc>
          <w:tcPr>
            <w:tcW w:type="dxa" w:w="4819"/>
            <w:vAlign w:val="center"/>
          </w:tcPr>
          <w:p>
            <w:pPr>
              <w:spacing w:before="0" w:after="0" w:line="240" w:lineRule="auto"/>
              <w:jc w:val="center"/>
            </w:pPr>
            <w:permStart w:id="443" w:edGrp="everyone"/>
            <w:sdt>
              <w:sdtPr>
                <w:alias w:val="Danışman Adı Soyadı"/>
                <w:tag w:val="Danışman Adı Soyadı"/>
                <w:id w:val="41442"/>
                <w:showingPlcHdr/>
                <w:text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</w:t>
                </w:r>
              </w:sdtContent>
            </w:sdt>
            <w:permEnd w:id="443"/>
          </w:p>
        </w:tc>
      </w:tr>
      <w:tr>
        <w:trPr>
          <w:trHeight w:val="850" w:hRule="atLeast"/>
          <w:cantSplit/>
        </w:trPr>
        <w:tc>
          <w:tcPr>
            <w:tcW w:type="dxa" w:w="481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  <w:tc>
          <w:tcPr>
            <w:tcW w:type="dxa" w:w="481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</w:tr>
    </w:tbl>
    <w:p>
      <w:pPr>
        <w:spacing w:before="0" w:after="0" w:line="80" w:lineRule="exact"/>
        <w:jc w:val="left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2211" w:right="1134" w:bottom="1247" w:left="1134" w:header="567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jc w:val="center"/>
      <w:pBdr>
        <w:top w:val="single" w:sz="4" w:space="3" w:color="A6A6A6"/>
      </w:pBdr>
    </w:pPr>
    <w:r>
      <w:rPr>
        <w:color w:val="7F7F7F"/>
        <w:sz w:val="15"/>
        <w:szCs w:val="15"/>
      </w:rPr>
      <w:t xml:space="preserve">HTMYO-OFRM-107  |  Mazeretli Ders Kayıt Formu  |  HTMYO Kalite Yönetim Sistemi kapsamında kontrollü olarak yayımlanmıştır.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25" w:type="dxa"/>
        <w:left w:w="70" w:type="dxa"/>
        <w:bottom w:w="25" w:type="dxa"/>
        <w:right w:w="70" w:type="dxa"/>
      </w:tblCellMar>
      <w:tblW w:w="9637" w:type="dxa"/>
    </w:tblPr>
    <w:tblGrid>
      <w:gridCol w:w="1360"/>
      <w:gridCol w:w="5442"/>
      <w:gridCol w:w="2834"/>
    </w:tblGrid>
    <w:tr>
      <w:tc>
        <w:tcPr>
          <w:tcW w:type="dxa" w:w="1361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420171" cy="774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kirpik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0171" cy="774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443"/>
          <w:vAlign w:val="center"/>
        </w:tcPr>
        <w:p>
          <w:pPr>
            <w:spacing w:before="0" w:after="20" w:line="240" w:lineRule="auto"/>
            <w:jc w:val="left"/>
          </w:pPr>
          <w:r>
            <w:rPr>
              <w:sz w:val="18"/>
              <w:szCs w:val="18"/>
            </w:rPr>
            <w:t xml:space="preserve">T.C.</w:t>
          </w:r>
        </w:p>
        <w:p>
          <w:pPr>
            <w:spacing w:before="0" w:after="20" w:line="240" w:lineRule="auto"/>
            <w:jc w:val="left"/>
          </w:pPr>
          <w:r>
            <w:rPr>
              <w:b/>
              <w:bCs/>
              <w:sz w:val="22"/>
              <w:szCs w:val="22"/>
            </w:rPr>
            <w:t xml:space="preserve">BURDUR MEHMET AKİF ERSOY ÜNİVERSİTESİ</w:t>
          </w:r>
        </w:p>
        <w:p>
          <w:pPr>
            <w:spacing w:before="0" w:after="20" w:line="240" w:lineRule="auto"/>
            <w:jc w:val="left"/>
          </w:pPr>
          <w:r>
            <w:rPr>
              <w:sz w:val="19"/>
              <w:szCs w:val="19"/>
            </w:rPr>
            <w:t xml:space="preserve">Bucak Hikmet Tolunay Ulaştırma ve Lojistik Meslek Yüksekokulu</w:t>
          </w:r>
        </w:p>
      </w:tc>
      <w:tc>
        <w:tcPr>
          <w:tcW w:type="dxa" w:w="2835"/>
          <w:vAlign w:val="center"/>
        </w:tcPr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Doküman No: </w:t>
          </w:r>
          <w:r>
            <w:rPr>
              <w:b/>
              <w:bCs/>
              <w:sz w:val="16"/>
              <w:szCs w:val="16"/>
            </w:rPr>
            <w:t xml:space="preserve">HTMYO-OFRM-107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Yürürlük Tarihi: </w:t>
          </w:r>
          <w:r>
            <w:rPr>
              <w:b/>
              <w:bCs/>
              <w:sz w:val="16"/>
              <w:szCs w:val="16"/>
            </w:rPr>
            <w:t xml:space="preserve">06.10.2026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No: </w:t>
          </w:r>
          <w:r>
            <w:rPr>
              <w:b/>
              <w:bCs/>
              <w:sz w:val="16"/>
              <w:szCs w:val="16"/>
            </w:rPr>
            <w:t xml:space="preserve">-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Tarihi: </w:t>
          </w:r>
          <w:r>
            <w:rPr>
              <w:b/>
              <w:bCs/>
              <w:sz w:val="16"/>
              <w:szCs w:val="16"/>
            </w:rPr>
            <w:t xml:space="preserve">-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Sayfa: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PAGE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  <w:r>
            <w:rPr>
              <w:color w:val="595959"/>
              <w:sz w:val="16"/>
              <w:szCs w:val="16"/>
            </w:rPr>
            <w:t xml:space="preserve"> /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NUMPAGES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</w:p>
      </w:tc>
    </w:tr>
  </w:tbl>
  <w:p>
    <w:pPr>
      <w:pStyle w:val="Header"/>
      <w:spacing w:before="40" w:after="0" w:line="80" w:lineRule="exact"/>
      <w:jc w:val="left"/>
      <w:pBdr>
        <w:bottom w:val="single" w:sz="18" w:space="1" w:color="000000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documentProtection w:edit="readOnly" w:enforcement="1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0"/>
      <w:lang w:val="tr-TR" w:eastAsia="tr-TR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PlaceholderText">
    <w:name w:val="Placeholder Text"/>
    <w:rPr>
      <w:color w:val="80808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Mazeretli Ders Kayıt Formu</dc:title>
  <dc:subject>HTMYO-OFRM-107</dc:subject>
  <dc:creator>BMAÜ HTMYO</dc:creator>
  <cp:keywords/>
  <dc:description>Yalnızca doldurulabilir alanlar düzenlenebilir. Satır eklemek için Gözden Geçir &gt; Düzenlemeyi Kısıtla &gt; Korumayı Durdur (parola yoktur).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