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EKLE SIL HAFTASI DERS KAYIT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5" w:edGrp="everyone"/>
            <w:sdt>
              <w:sdtPr>
                <w:alias w:val="Öğrenci Adı Soyadı"/>
                <w:tag w:val="Öğrenci Adı Soyadı"/>
                <w:id w:val="414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6" w:edGrp="everyone"/>
            <w:sdt>
              <w:sdtPr>
                <w:alias w:val="Öğrenci No"/>
                <w:tag w:val="Öğrenci No"/>
                <w:id w:val="414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Danışmanı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7" w:edGrp="everyone"/>
            <w:sdt>
              <w:sdtPr>
                <w:alias w:val="Danışman"/>
                <w:tag w:val="Danışman"/>
                <w:id w:val="414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8" w:edGrp="everyone"/>
            <w:sdt>
              <w:sdtPr>
                <w:alias w:val="Bölüm / Program"/>
                <w:tag w:val="Bölüm / Program"/>
                <w:id w:val="414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247"/>
        <w:gridCol w:w="3514"/>
        <w:gridCol w:w="1360"/>
        <w:gridCol w:w="680"/>
        <w:gridCol w:w="1360"/>
        <w:gridCol w:w="90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İşlem</w:t>
            </w:r>
          </w:p>
        </w:tc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49" w:edGrp="everyone"/>
            <w:sdt>
              <w:sdtPr>
                <w:alias w:val="Ders kodu 1"/>
                <w:tag w:val="Ders kodu 1"/>
                <w:id w:val="414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49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50" w:edGrp="everyone"/>
            <w:sdt>
              <w:sdtPr>
                <w:alias w:val="Ders adı 1"/>
                <w:tag w:val="Ders adı 1"/>
                <w:id w:val="414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1" w:edGrp="everyone"/>
            <w:sdt>
              <w:sdtPr>
                <w:alias w:val="Kredi 1"/>
                <w:tag w:val="Kredi 1"/>
                <w:id w:val="414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1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52" w:edGrp="everyone"/>
            <w:sdt>
              <w:sdtPr>
                <w:alias w:val="Şube 1"/>
                <w:tag w:val="Şube 1"/>
                <w:id w:val="414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3" w:edGrp="everyone"/>
            <w:sdt>
              <w:sdtPr>
                <w:alias w:val="İşlem 1"/>
                <w:tag w:val="İşlem 1"/>
                <w:id w:val="4145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3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54" w:edGrp="everyone"/>
            <w:sdt>
              <w:sdtPr>
                <w:alias w:val="Z/S 1"/>
                <w:tag w:val="Z/S 1"/>
                <w:id w:val="4145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55" w:edGrp="everyone"/>
            <w:sdt>
              <w:sdtPr>
                <w:alias w:val="Ders kodu 2"/>
                <w:tag w:val="Ders kodu 2"/>
                <w:id w:val="414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5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56" w:edGrp="everyone"/>
            <w:sdt>
              <w:sdtPr>
                <w:alias w:val="Ders adı 2"/>
                <w:tag w:val="Ders adı 2"/>
                <w:id w:val="414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7" w:edGrp="everyone"/>
            <w:sdt>
              <w:sdtPr>
                <w:alias w:val="Kredi 2"/>
                <w:tag w:val="Kredi 2"/>
                <w:id w:val="414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7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58" w:edGrp="everyone"/>
            <w:sdt>
              <w:sdtPr>
                <w:alias w:val="Şube 2"/>
                <w:tag w:val="Şube 2"/>
                <w:id w:val="414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9" w:edGrp="everyone"/>
            <w:sdt>
              <w:sdtPr>
                <w:alias w:val="İşlem 2"/>
                <w:tag w:val="İşlem 2"/>
                <w:id w:val="4145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9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60" w:edGrp="everyone"/>
            <w:sdt>
              <w:sdtPr>
                <w:alias w:val="Z/S 2"/>
                <w:tag w:val="Z/S 2"/>
                <w:id w:val="4145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61" w:edGrp="everyone"/>
            <w:sdt>
              <w:sdtPr>
                <w:alias w:val="Ders kodu 3"/>
                <w:tag w:val="Ders kodu 3"/>
                <w:id w:val="414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1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62" w:edGrp="everyone"/>
            <w:sdt>
              <w:sdtPr>
                <w:alias w:val="Ders adı 3"/>
                <w:tag w:val="Ders adı 3"/>
                <w:id w:val="414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3" w:edGrp="everyone"/>
            <w:sdt>
              <w:sdtPr>
                <w:alias w:val="Kredi 3"/>
                <w:tag w:val="Kredi 3"/>
                <w:id w:val="414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3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64" w:edGrp="everyone"/>
            <w:sdt>
              <w:sdtPr>
                <w:alias w:val="Şube 3"/>
                <w:tag w:val="Şube 3"/>
                <w:id w:val="414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5" w:edGrp="everyone"/>
            <w:sdt>
              <w:sdtPr>
                <w:alias w:val="İşlem 3"/>
                <w:tag w:val="İşlem 3"/>
                <w:id w:val="4146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5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66" w:edGrp="everyone"/>
            <w:sdt>
              <w:sdtPr>
                <w:alias w:val="Z/S 3"/>
                <w:tag w:val="Z/S 3"/>
                <w:id w:val="4146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67" w:edGrp="everyone"/>
            <w:sdt>
              <w:sdtPr>
                <w:alias w:val="Ders kodu 4"/>
                <w:tag w:val="Ders kodu 4"/>
                <w:id w:val="414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7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68" w:edGrp="everyone"/>
            <w:sdt>
              <w:sdtPr>
                <w:alias w:val="Ders adı 4"/>
                <w:tag w:val="Ders adı 4"/>
                <w:id w:val="414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9" w:edGrp="everyone"/>
            <w:sdt>
              <w:sdtPr>
                <w:alias w:val="Kredi 4"/>
                <w:tag w:val="Kredi 4"/>
                <w:id w:val="414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9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70" w:edGrp="everyone"/>
            <w:sdt>
              <w:sdtPr>
                <w:alias w:val="Şube 4"/>
                <w:tag w:val="Şube 4"/>
                <w:id w:val="414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1" w:edGrp="everyone"/>
            <w:sdt>
              <w:sdtPr>
                <w:alias w:val="İşlem 4"/>
                <w:tag w:val="İşlem 4"/>
                <w:id w:val="41470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1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72" w:edGrp="everyone"/>
            <w:sdt>
              <w:sdtPr>
                <w:alias w:val="Z/S 4"/>
                <w:tag w:val="Z/S 4"/>
                <w:id w:val="41471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2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73" w:edGrp="everyone"/>
            <w:sdt>
              <w:sdtPr>
                <w:alias w:val="Ders kodu 5"/>
                <w:tag w:val="Ders kodu 5"/>
                <w:id w:val="414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3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74" w:edGrp="everyone"/>
            <w:sdt>
              <w:sdtPr>
                <w:alias w:val="Ders adı 5"/>
                <w:tag w:val="Ders adı 5"/>
                <w:id w:val="414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7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5" w:edGrp="everyone"/>
            <w:sdt>
              <w:sdtPr>
                <w:alias w:val="Kredi 5"/>
                <w:tag w:val="Kredi 5"/>
                <w:id w:val="414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5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76" w:edGrp="everyone"/>
            <w:sdt>
              <w:sdtPr>
                <w:alias w:val="Şube 5"/>
                <w:tag w:val="Şube 5"/>
                <w:id w:val="414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7" w:edGrp="everyone"/>
            <w:sdt>
              <w:sdtPr>
                <w:alias w:val="İşlem 5"/>
                <w:tag w:val="İşlem 5"/>
                <w:id w:val="41476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7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78" w:edGrp="everyone"/>
            <w:sdt>
              <w:sdtPr>
                <w:alias w:val="Z/S 5"/>
                <w:tag w:val="Z/S 5"/>
                <w:id w:val="4147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79" w:edGrp="everyone"/>
            <w:sdt>
              <w:sdtPr>
                <w:alias w:val="Ders kodu 6"/>
                <w:tag w:val="Ders kodu 6"/>
                <w:id w:val="414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9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80" w:edGrp="everyone"/>
            <w:sdt>
              <w:sdtPr>
                <w:alias w:val="Ders adı 6"/>
                <w:tag w:val="Ders adı 6"/>
                <w:id w:val="414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1" w:edGrp="everyone"/>
            <w:sdt>
              <w:sdtPr>
                <w:alias w:val="Kredi 6"/>
                <w:tag w:val="Kredi 6"/>
                <w:id w:val="414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1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82" w:edGrp="everyone"/>
            <w:sdt>
              <w:sdtPr>
                <w:alias w:val="Şube 6"/>
                <w:tag w:val="Şube 6"/>
                <w:id w:val="414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3" w:edGrp="everyone"/>
            <w:sdt>
              <w:sdtPr>
                <w:alias w:val="İşlem 6"/>
                <w:tag w:val="İşlem 6"/>
                <w:id w:val="4148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3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84" w:edGrp="everyone"/>
            <w:sdt>
              <w:sdtPr>
                <w:alias w:val="Z/S 6"/>
                <w:tag w:val="Z/S 6"/>
                <w:id w:val="4148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85" w:edGrp="everyone"/>
            <w:sdt>
              <w:sdtPr>
                <w:alias w:val="Ders kodu 7"/>
                <w:tag w:val="Ders kodu 7"/>
                <w:id w:val="414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5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86" w:edGrp="everyone"/>
            <w:sdt>
              <w:sdtPr>
                <w:alias w:val="Ders adı 7"/>
                <w:tag w:val="Ders adı 7"/>
                <w:id w:val="414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7" w:edGrp="everyone"/>
            <w:sdt>
              <w:sdtPr>
                <w:alias w:val="Kredi 7"/>
                <w:tag w:val="Kredi 7"/>
                <w:id w:val="414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7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88" w:edGrp="everyone"/>
            <w:sdt>
              <w:sdtPr>
                <w:alias w:val="Şube 7"/>
                <w:tag w:val="Şube 7"/>
                <w:id w:val="414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9" w:edGrp="everyone"/>
            <w:sdt>
              <w:sdtPr>
                <w:alias w:val="İşlem 7"/>
                <w:tag w:val="İşlem 7"/>
                <w:id w:val="4148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9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90" w:edGrp="everyone"/>
            <w:sdt>
              <w:sdtPr>
                <w:alias w:val="Z/S 7"/>
                <w:tag w:val="Z/S 7"/>
                <w:id w:val="4148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91" w:edGrp="everyone"/>
            <w:sdt>
              <w:sdtPr>
                <w:alias w:val="Ders kodu 8"/>
                <w:tag w:val="Ders kodu 8"/>
                <w:id w:val="414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1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92" w:edGrp="everyone"/>
            <w:sdt>
              <w:sdtPr>
                <w:alias w:val="Ders adı 8"/>
                <w:tag w:val="Ders adı 8"/>
                <w:id w:val="414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9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93" w:edGrp="everyone"/>
            <w:sdt>
              <w:sdtPr>
                <w:alias w:val="Kredi 8"/>
                <w:tag w:val="Kredi 8"/>
                <w:id w:val="414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3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94" w:edGrp="everyone"/>
            <w:sdt>
              <w:sdtPr>
                <w:alias w:val="Şube 8"/>
                <w:tag w:val="Şube 8"/>
                <w:id w:val="414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95" w:edGrp="everyone"/>
            <w:sdt>
              <w:sdtPr>
                <w:alias w:val="İşlem 8"/>
                <w:tag w:val="İşlem 8"/>
                <w:id w:val="4149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5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96" w:edGrp="everyone"/>
            <w:sdt>
              <w:sdtPr>
                <w:alias w:val="Z/S 8"/>
                <w:tag w:val="Z/S 8"/>
                <w:id w:val="4149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6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8 dersten fazlası için devam sayfasını (sayfa 2) doldurunuz. Devam sayfası gerekmiyorsa yazdırmayınız.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33"/>
        <w:gridCol w:w="2267"/>
        <w:gridCol w:w="1133"/>
        <w:gridCol w:w="2267"/>
        <w:gridCol w:w="1133"/>
        <w:gridCol w:w="1700"/>
      </w:tblGrid>
      <w:tr>
        <w:trPr>
          <w:trHeight w:val="351" w:hRule="atLeast"/>
          <w:cantSplit/>
        </w:trPr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7" w:edGrp="everyone"/>
            <w:sdt>
              <w:sdtPr>
                <w:alias w:val="Sınıfı"/>
                <w:tag w:val="Sınıfı"/>
                <w:id w:val="414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497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Yarıyılı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8" w:edGrp="everyone"/>
            <w:sdt>
              <w:sdtPr>
                <w:alias w:val="Yarıyılı"/>
                <w:tag w:val="Yarıyılı"/>
                <w:id w:val="414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98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AGNO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9" w:edGrp="everyone"/>
            <w:sdt>
              <w:sdtPr>
                <w:alias w:val="AGNO"/>
                <w:tag w:val="AGNO"/>
                <w:id w:val="414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49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0" w:edGrp="everyone"/>
            <w:sdt>
              <w:sdtPr>
                <w:alias w:val="Öğrenci Adı Soyadı"/>
                <w:tag w:val="Öğrenci Adı Soyadı"/>
                <w:id w:val="4149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0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1" w:edGrp="everyone"/>
            <w:sdt>
              <w:sdtPr>
                <w:alias w:val="Danışman Adı Soyadı"/>
                <w:tag w:val="Danışman Adı Soyadı"/>
                <w:id w:val="4150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1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2" w:edGrp="everyone"/>
            <w:sdt>
              <w:sdtPr>
                <w:alias w:val="Bölüm Başkanı Adı Soyadı"/>
                <w:tag w:val="Bölüm Başkanı Adı Soyadı"/>
                <w:id w:val="4150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2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left"/>
      </w:pPr>
      <w:r>
        <w:rPr>
          <w:sz w:val="18"/>
          <w:szCs w:val="18"/>
        </w:rPr>
        <w:t xml:space="preserve">Sorumlu Memur: </w:t>
      </w:r>
      <w:permStart w:id="503" w:edGrp="everyone"/>
      <w:sdt>
        <w:sdtPr>
          <w:alias w:val="Sorumlu Memur"/>
          <w:tag w:val="Sorumlu Memur"/>
          <w:id w:val="41502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          </w:t>
          </w:r>
        </w:sdtContent>
      </w:sdt>
      <w:permEnd w:id="503"/>
      <w:r>
        <w:rPr>
          <w:sz w:val="18"/>
          <w:szCs w:val="18"/>
        </w:rPr>
        <w:t xml:space="preserve">     İmza: ________________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Z / S sütunu dersin Zorunlu (Z) veya Seçmeli (S) olduğunu belirtir. İşlem sütunu ekle-sil haftasında Eklenen veya Bırakılan dersi gösterir. İmzası eksik olan formlar geçersizdir.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EKLE SIL HAFTASI DERS KAYIT FORMU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504" w:edGrp="everyone"/>
            <w:sdt>
              <w:sdtPr>
                <w:alias w:val="Devam öğrenci"/>
                <w:tag w:val="Devam öğrenci"/>
                <w:id w:val="4150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504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505" w:edGrp="everyone"/>
            <w:sdt>
              <w:sdtPr>
                <w:alias w:val="Devam tarihi"/>
                <w:tag w:val="Devam tarihi"/>
                <w:id w:val="41504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06.10.2026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50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247"/>
        <w:gridCol w:w="3514"/>
        <w:gridCol w:w="1360"/>
        <w:gridCol w:w="680"/>
        <w:gridCol w:w="1360"/>
        <w:gridCol w:w="90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İşlem</w:t>
            </w:r>
          </w:p>
        </w:tc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06" w:edGrp="everyone"/>
            <w:sdt>
              <w:sdtPr>
                <w:alias w:val="Ders kodu 9"/>
                <w:tag w:val="Ders kodu 9"/>
                <w:id w:val="415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6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07" w:edGrp="everyone"/>
            <w:sdt>
              <w:sdtPr>
                <w:alias w:val="Ders adı 9"/>
                <w:tag w:val="Ders adı 9"/>
                <w:id w:val="415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0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08" w:edGrp="everyone"/>
            <w:sdt>
              <w:sdtPr>
                <w:alias w:val="Kredi 9"/>
                <w:tag w:val="Kredi 9"/>
                <w:id w:val="415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0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09" w:edGrp="everyone"/>
            <w:sdt>
              <w:sdtPr>
                <w:alias w:val="Şube 9"/>
                <w:tag w:val="Şube 9"/>
                <w:id w:val="415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10" w:edGrp="everyone"/>
            <w:sdt>
              <w:sdtPr>
                <w:alias w:val="İşlem 9"/>
                <w:tag w:val="İşlem 9"/>
                <w:id w:val="41509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0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11" w:edGrp="everyone"/>
            <w:sdt>
              <w:sdtPr>
                <w:alias w:val="Z/S 9"/>
                <w:tag w:val="Z/S 9"/>
                <w:id w:val="4151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12" w:edGrp="everyone"/>
            <w:sdt>
              <w:sdtPr>
                <w:alias w:val="Ders kodu 10"/>
                <w:tag w:val="Ders kodu 10"/>
                <w:id w:val="415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12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13" w:edGrp="everyone"/>
            <w:sdt>
              <w:sdtPr>
                <w:alias w:val="Ders adı 10"/>
                <w:tag w:val="Ders adı 10"/>
                <w:id w:val="415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1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14" w:edGrp="everyone"/>
            <w:sdt>
              <w:sdtPr>
                <w:alias w:val="Kredi 10"/>
                <w:tag w:val="Kredi 10"/>
                <w:id w:val="415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4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15" w:edGrp="everyone"/>
            <w:sdt>
              <w:sdtPr>
                <w:alias w:val="Şube 10"/>
                <w:tag w:val="Şube 10"/>
                <w:id w:val="415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1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16" w:edGrp="everyone"/>
            <w:sdt>
              <w:sdtPr>
                <w:alias w:val="İşlem 10"/>
                <w:tag w:val="İşlem 10"/>
                <w:id w:val="41515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6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17" w:edGrp="everyone"/>
            <w:sdt>
              <w:sdtPr>
                <w:alias w:val="Z/S 10"/>
                <w:tag w:val="Z/S 10"/>
                <w:id w:val="4151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7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18" w:edGrp="everyone"/>
            <w:sdt>
              <w:sdtPr>
                <w:alias w:val="Ders kodu 11"/>
                <w:tag w:val="Ders kodu 11"/>
                <w:id w:val="415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18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19" w:edGrp="everyone"/>
            <w:sdt>
              <w:sdtPr>
                <w:alias w:val="Ders adı 11"/>
                <w:tag w:val="Ders adı 11"/>
                <w:id w:val="415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1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20" w:edGrp="everyone"/>
            <w:sdt>
              <w:sdtPr>
                <w:alias w:val="Kredi 11"/>
                <w:tag w:val="Kredi 11"/>
                <w:id w:val="415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0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21" w:edGrp="everyone"/>
            <w:sdt>
              <w:sdtPr>
                <w:alias w:val="Şube 11"/>
                <w:tag w:val="Şube 11"/>
                <w:id w:val="415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2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22" w:edGrp="everyone"/>
            <w:sdt>
              <w:sdtPr>
                <w:alias w:val="İşlem 11"/>
                <w:tag w:val="İşlem 11"/>
                <w:id w:val="41521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2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23" w:edGrp="everyone"/>
            <w:sdt>
              <w:sdtPr>
                <w:alias w:val="Z/S 11"/>
                <w:tag w:val="Z/S 11"/>
                <w:id w:val="4152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24" w:edGrp="everyone"/>
            <w:sdt>
              <w:sdtPr>
                <w:alias w:val="Ders kodu 12"/>
                <w:tag w:val="Ders kodu 12"/>
                <w:id w:val="415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24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25" w:edGrp="everyone"/>
            <w:sdt>
              <w:sdtPr>
                <w:alias w:val="Ders adı 12"/>
                <w:tag w:val="Ders adı 12"/>
                <w:id w:val="415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2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26" w:edGrp="everyone"/>
            <w:sdt>
              <w:sdtPr>
                <w:alias w:val="Kredi 12"/>
                <w:tag w:val="Kredi 12"/>
                <w:id w:val="415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6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27" w:edGrp="everyone"/>
            <w:sdt>
              <w:sdtPr>
                <w:alias w:val="Şube 12"/>
                <w:tag w:val="Şube 12"/>
                <w:id w:val="415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2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28" w:edGrp="everyone"/>
            <w:sdt>
              <w:sdtPr>
                <w:alias w:val="İşlem 12"/>
                <w:tag w:val="İşlem 12"/>
                <w:id w:val="41527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8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29" w:edGrp="everyone"/>
            <w:sdt>
              <w:sdtPr>
                <w:alias w:val="Z/S 12"/>
                <w:tag w:val="Z/S 12"/>
                <w:id w:val="41528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9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30" w:edGrp="everyone"/>
            <w:sdt>
              <w:sdtPr>
                <w:alias w:val="Ders kodu 13"/>
                <w:tag w:val="Ders kodu 13"/>
                <w:id w:val="415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30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31" w:edGrp="everyone"/>
            <w:sdt>
              <w:sdtPr>
                <w:alias w:val="Ders adı 13"/>
                <w:tag w:val="Ders adı 13"/>
                <w:id w:val="415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3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32" w:edGrp="everyone"/>
            <w:sdt>
              <w:sdtPr>
                <w:alias w:val="Kredi 13"/>
                <w:tag w:val="Kredi 13"/>
                <w:id w:val="415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2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33" w:edGrp="everyone"/>
            <w:sdt>
              <w:sdtPr>
                <w:alias w:val="Şube 13"/>
                <w:tag w:val="Şube 13"/>
                <w:id w:val="415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3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34" w:edGrp="everyone"/>
            <w:sdt>
              <w:sdtPr>
                <w:alias w:val="İşlem 13"/>
                <w:tag w:val="İşlem 13"/>
                <w:id w:val="41533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4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35" w:edGrp="everyone"/>
            <w:sdt>
              <w:sdtPr>
                <w:alias w:val="Z/S 13"/>
                <w:tag w:val="Z/S 13"/>
                <w:id w:val="41534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5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36" w:edGrp="everyone"/>
            <w:sdt>
              <w:sdtPr>
                <w:alias w:val="Ders kodu 14"/>
                <w:tag w:val="Ders kodu 14"/>
                <w:id w:val="415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36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37" w:edGrp="everyone"/>
            <w:sdt>
              <w:sdtPr>
                <w:alias w:val="Ders adı 14"/>
                <w:tag w:val="Ders adı 14"/>
                <w:id w:val="415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3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38" w:edGrp="everyone"/>
            <w:sdt>
              <w:sdtPr>
                <w:alias w:val="Kredi 14"/>
                <w:tag w:val="Kredi 14"/>
                <w:id w:val="415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39" w:edGrp="everyone"/>
            <w:sdt>
              <w:sdtPr>
                <w:alias w:val="Şube 14"/>
                <w:tag w:val="Şube 14"/>
                <w:id w:val="415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3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40" w:edGrp="everyone"/>
            <w:sdt>
              <w:sdtPr>
                <w:alias w:val="İşlem 14"/>
                <w:tag w:val="İşlem 14"/>
                <w:id w:val="41539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0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41" w:edGrp="everyone"/>
            <w:sdt>
              <w:sdtPr>
                <w:alias w:val="Z/S 14"/>
                <w:tag w:val="Z/S 14"/>
                <w:id w:val="4154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42" w:edGrp="everyone"/>
            <w:sdt>
              <w:sdtPr>
                <w:alias w:val="Ders kodu 15"/>
                <w:tag w:val="Ders kodu 15"/>
                <w:id w:val="415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42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43" w:edGrp="everyone"/>
            <w:sdt>
              <w:sdtPr>
                <w:alias w:val="Ders adı 15"/>
                <w:tag w:val="Ders adı 15"/>
                <w:id w:val="415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4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44" w:edGrp="everyone"/>
            <w:sdt>
              <w:sdtPr>
                <w:alias w:val="Kredi 15"/>
                <w:tag w:val="Kredi 15"/>
                <w:id w:val="415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4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45" w:edGrp="everyone"/>
            <w:sdt>
              <w:sdtPr>
                <w:alias w:val="Şube 15"/>
                <w:tag w:val="Şube 15"/>
                <w:id w:val="415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4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46" w:edGrp="everyone"/>
            <w:sdt>
              <w:sdtPr>
                <w:alias w:val="İşlem 15"/>
                <w:tag w:val="İşlem 15"/>
                <w:id w:val="41545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6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47" w:edGrp="everyone"/>
            <w:sdt>
              <w:sdtPr>
                <w:alias w:val="Z/S 15"/>
                <w:tag w:val="Z/S 15"/>
                <w:id w:val="4154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7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48" w:edGrp="everyone"/>
            <w:sdt>
              <w:sdtPr>
                <w:alias w:val="Ders kodu 16"/>
                <w:tag w:val="Ders kodu 16"/>
                <w:id w:val="415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48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49" w:edGrp="everyone"/>
            <w:sdt>
              <w:sdtPr>
                <w:alias w:val="Ders adı 16"/>
                <w:tag w:val="Ders adı 16"/>
                <w:id w:val="415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4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50" w:edGrp="everyone"/>
            <w:sdt>
              <w:sdtPr>
                <w:alias w:val="Kredi 16"/>
                <w:tag w:val="Kredi 16"/>
                <w:id w:val="415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0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51" w:edGrp="everyone"/>
            <w:sdt>
              <w:sdtPr>
                <w:alias w:val="Şube 16"/>
                <w:tag w:val="Şube 16"/>
                <w:id w:val="415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5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52" w:edGrp="everyone"/>
            <w:sdt>
              <w:sdtPr>
                <w:alias w:val="İşlem 16"/>
                <w:tag w:val="İşlem 16"/>
                <w:id w:val="41551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2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53" w:edGrp="everyone"/>
            <w:sdt>
              <w:sdtPr>
                <w:alias w:val="Z/S 16"/>
                <w:tag w:val="Z/S 16"/>
                <w:id w:val="4155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54" w:edGrp="everyone"/>
            <w:sdt>
              <w:sdtPr>
                <w:alias w:val="Ders kodu 17"/>
                <w:tag w:val="Ders kodu 17"/>
                <w:id w:val="415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54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55" w:edGrp="everyone"/>
            <w:sdt>
              <w:sdtPr>
                <w:alias w:val="Ders adı 17"/>
                <w:tag w:val="Ders adı 17"/>
                <w:id w:val="415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5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56" w:edGrp="everyone"/>
            <w:sdt>
              <w:sdtPr>
                <w:alias w:val="Kredi 17"/>
                <w:tag w:val="Kredi 17"/>
                <w:id w:val="415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6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57" w:edGrp="everyone"/>
            <w:sdt>
              <w:sdtPr>
                <w:alias w:val="Şube 17"/>
                <w:tag w:val="Şube 17"/>
                <w:id w:val="415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5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58" w:edGrp="everyone"/>
            <w:sdt>
              <w:sdtPr>
                <w:alias w:val="İşlem 17"/>
                <w:tag w:val="İşlem 17"/>
                <w:id w:val="41557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8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59" w:edGrp="everyone"/>
            <w:sdt>
              <w:sdtPr>
                <w:alias w:val="Z/S 17"/>
                <w:tag w:val="Z/S 17"/>
                <w:id w:val="41558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9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60" w:edGrp="everyone"/>
            <w:sdt>
              <w:sdtPr>
                <w:alias w:val="Ders kodu 18"/>
                <w:tag w:val="Ders kodu 18"/>
                <w:id w:val="415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60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61" w:edGrp="everyone"/>
            <w:sdt>
              <w:sdtPr>
                <w:alias w:val="Ders adı 18"/>
                <w:tag w:val="Ders adı 18"/>
                <w:id w:val="415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6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62" w:edGrp="everyone"/>
            <w:sdt>
              <w:sdtPr>
                <w:alias w:val="Kredi 18"/>
                <w:tag w:val="Kredi 18"/>
                <w:id w:val="415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2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63" w:edGrp="everyone"/>
            <w:sdt>
              <w:sdtPr>
                <w:alias w:val="Şube 18"/>
                <w:tag w:val="Şube 18"/>
                <w:id w:val="415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6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64" w:edGrp="everyone"/>
            <w:sdt>
              <w:sdtPr>
                <w:alias w:val="İşlem 18"/>
                <w:tag w:val="İşlem 18"/>
                <w:id w:val="41563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4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65" w:edGrp="everyone"/>
            <w:sdt>
              <w:sdtPr>
                <w:alias w:val="Z/S 18"/>
                <w:tag w:val="Z/S 18"/>
                <w:id w:val="41564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5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66" w:edGrp="everyone"/>
            <w:sdt>
              <w:sdtPr>
                <w:alias w:val="Ders kodu 19"/>
                <w:tag w:val="Ders kodu 19"/>
                <w:id w:val="415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66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67" w:edGrp="everyone"/>
            <w:sdt>
              <w:sdtPr>
                <w:alias w:val="Ders adı 19"/>
                <w:tag w:val="Ders adı 19"/>
                <w:id w:val="415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6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68" w:edGrp="everyone"/>
            <w:sdt>
              <w:sdtPr>
                <w:alias w:val="Kredi 19"/>
                <w:tag w:val="Kredi 19"/>
                <w:id w:val="415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69" w:edGrp="everyone"/>
            <w:sdt>
              <w:sdtPr>
                <w:alias w:val="Şube 19"/>
                <w:tag w:val="Şube 19"/>
                <w:id w:val="415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6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70" w:edGrp="everyone"/>
            <w:sdt>
              <w:sdtPr>
                <w:alias w:val="İşlem 19"/>
                <w:tag w:val="İşlem 19"/>
                <w:id w:val="41569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0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71" w:edGrp="everyone"/>
            <w:sdt>
              <w:sdtPr>
                <w:alias w:val="Z/S 19"/>
                <w:tag w:val="Z/S 19"/>
                <w:id w:val="4157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72" w:edGrp="everyone"/>
            <w:sdt>
              <w:sdtPr>
                <w:alias w:val="Ders kodu 20"/>
                <w:tag w:val="Ders kodu 20"/>
                <w:id w:val="415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72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73" w:edGrp="everyone"/>
            <w:sdt>
              <w:sdtPr>
                <w:alias w:val="Ders adı 20"/>
                <w:tag w:val="Ders adı 20"/>
                <w:id w:val="415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7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74" w:edGrp="everyone"/>
            <w:sdt>
              <w:sdtPr>
                <w:alias w:val="Kredi 20"/>
                <w:tag w:val="Kredi 20"/>
                <w:id w:val="415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4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75" w:edGrp="everyone"/>
            <w:sdt>
              <w:sdtPr>
                <w:alias w:val="Şube 20"/>
                <w:tag w:val="Şube 20"/>
                <w:id w:val="415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7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76" w:edGrp="everyone"/>
            <w:sdt>
              <w:sdtPr>
                <w:alias w:val="İşlem 20"/>
                <w:tag w:val="İşlem 20"/>
                <w:id w:val="41575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6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77" w:edGrp="everyone"/>
            <w:sdt>
              <w:sdtPr>
                <w:alias w:val="Z/S 20"/>
                <w:tag w:val="Z/S 20"/>
                <w:id w:val="4157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7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78" w:edGrp="everyone"/>
            <w:sdt>
              <w:sdtPr>
                <w:alias w:val="Ders kodu 21"/>
                <w:tag w:val="Ders kodu 21"/>
                <w:id w:val="415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78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79" w:edGrp="everyone"/>
            <w:sdt>
              <w:sdtPr>
                <w:alias w:val="Ders adı 21"/>
                <w:tag w:val="Ders adı 21"/>
                <w:id w:val="415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7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80" w:edGrp="everyone"/>
            <w:sdt>
              <w:sdtPr>
                <w:alias w:val="Kredi 21"/>
                <w:tag w:val="Kredi 21"/>
                <w:id w:val="415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0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81" w:edGrp="everyone"/>
            <w:sdt>
              <w:sdtPr>
                <w:alias w:val="Şube 21"/>
                <w:tag w:val="Şube 21"/>
                <w:id w:val="415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8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82" w:edGrp="everyone"/>
            <w:sdt>
              <w:sdtPr>
                <w:alias w:val="İşlem 21"/>
                <w:tag w:val="İşlem 21"/>
                <w:id w:val="41581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2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83" w:edGrp="everyone"/>
            <w:sdt>
              <w:sdtPr>
                <w:alias w:val="Z/S 21"/>
                <w:tag w:val="Z/S 21"/>
                <w:id w:val="4158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84" w:edGrp="everyone"/>
            <w:sdt>
              <w:sdtPr>
                <w:alias w:val="Ders kodu 22"/>
                <w:tag w:val="Ders kodu 22"/>
                <w:id w:val="415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84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85" w:edGrp="everyone"/>
            <w:sdt>
              <w:sdtPr>
                <w:alias w:val="Ders adı 22"/>
                <w:tag w:val="Ders adı 22"/>
                <w:id w:val="415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8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86" w:edGrp="everyone"/>
            <w:sdt>
              <w:sdtPr>
                <w:alias w:val="Kredi 22"/>
                <w:tag w:val="Kredi 22"/>
                <w:id w:val="415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6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87" w:edGrp="everyone"/>
            <w:sdt>
              <w:sdtPr>
                <w:alias w:val="Şube 22"/>
                <w:tag w:val="Şube 22"/>
                <w:id w:val="415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8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88" w:edGrp="everyone"/>
            <w:sdt>
              <w:sdtPr>
                <w:alias w:val="İşlem 22"/>
                <w:tag w:val="İşlem 22"/>
                <w:id w:val="41587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8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89" w:edGrp="everyone"/>
            <w:sdt>
              <w:sdtPr>
                <w:alias w:val="Z/S 22"/>
                <w:tag w:val="Z/S 22"/>
                <w:id w:val="41588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9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90" w:edGrp="everyone"/>
            <w:sdt>
              <w:sdtPr>
                <w:alias w:val="Ders kodu 23"/>
                <w:tag w:val="Ders kodu 23"/>
                <w:id w:val="415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90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91" w:edGrp="everyone"/>
            <w:sdt>
              <w:sdtPr>
                <w:alias w:val="Ders adı 23"/>
                <w:tag w:val="Ders adı 23"/>
                <w:id w:val="415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9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92" w:edGrp="everyone"/>
            <w:sdt>
              <w:sdtPr>
                <w:alias w:val="Kredi 23"/>
                <w:tag w:val="Kredi 23"/>
                <w:id w:val="415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2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93" w:edGrp="everyone"/>
            <w:sdt>
              <w:sdtPr>
                <w:alias w:val="Şube 23"/>
                <w:tag w:val="Şube 23"/>
                <w:id w:val="415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9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94" w:edGrp="everyone"/>
            <w:sdt>
              <w:sdtPr>
                <w:alias w:val="İşlem 23"/>
                <w:tag w:val="İşlem 23"/>
                <w:id w:val="41593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4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95" w:edGrp="everyone"/>
            <w:sdt>
              <w:sdtPr>
                <w:alias w:val="Z/S 23"/>
                <w:tag w:val="Z/S 23"/>
                <w:id w:val="41594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5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96" w:edGrp="everyone"/>
            <w:sdt>
              <w:sdtPr>
                <w:alias w:val="Ders kodu 24"/>
                <w:tag w:val="Ders kodu 24"/>
                <w:id w:val="415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96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97" w:edGrp="everyone"/>
            <w:sdt>
              <w:sdtPr>
                <w:alias w:val="Ders adı 24"/>
                <w:tag w:val="Ders adı 24"/>
                <w:id w:val="415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9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98" w:edGrp="everyone"/>
            <w:sdt>
              <w:sdtPr>
                <w:alias w:val="Kredi 24"/>
                <w:tag w:val="Kredi 24"/>
                <w:id w:val="415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99" w:edGrp="everyone"/>
            <w:sdt>
              <w:sdtPr>
                <w:alias w:val="Şube 24"/>
                <w:tag w:val="Şube 24"/>
                <w:id w:val="415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9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600" w:edGrp="everyone"/>
            <w:sdt>
              <w:sdtPr>
                <w:alias w:val="İşlem 24"/>
                <w:tag w:val="İşlem 24"/>
                <w:id w:val="41599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00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601" w:edGrp="everyone"/>
            <w:sdt>
              <w:sdtPr>
                <w:alias w:val="Z/S 24"/>
                <w:tag w:val="Z/S 24"/>
                <w:id w:val="4160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0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16 satır da yetmezse sayfa fotokopi ile çoğaltılabilir. Devam sayfası gerekmiyorsa yazdırmayınız.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602" w:edGrp="everyone"/>
            <w:sdt>
              <w:sdtPr>
                <w:alias w:val="Öğrenci Adı Soyadı"/>
                <w:tag w:val="Öğrenci Adı Soyadı"/>
                <w:id w:val="4160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02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603" w:edGrp="everyone"/>
            <w:sdt>
              <w:sdtPr>
                <w:alias w:val="Danışman Adı Soyadı"/>
                <w:tag w:val="Danışman Adı Soyadı"/>
                <w:id w:val="4160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03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604" w:edGrp="everyone"/>
            <w:sdt>
              <w:sdtPr>
                <w:alias w:val="Bölüm Başkanı Adı Soyadı"/>
                <w:tag w:val="Bölüm Başkanı Adı Soyadı"/>
                <w:id w:val="4160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04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HTMYO-OFRM-108  |  Ekle Sil Haftası Ders Kayıt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HTMYO-OFRM-108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Ekle Sil Haftası Ders Kayıt Formu</dc:title>
  <dc:subject>HTMYO-OFRM-108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