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MADDİ HATA DİLEKÇESİ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617" w:edGrp="everyone"/>
      <w:sdt>
        <w:sdtPr>
          <w:alias w:val="Tarih"/>
          <w:tag w:val="Tarih"/>
          <w:id w:val="41616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617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spacing w:before="0" w:after="120" w:line="240" w:lineRule="auto"/>
        <w:ind w:firstLine="567"/>
        <w:jc w:val="both"/>
      </w:pPr>
      <w:r>
        <w:rPr>
          <w:sz w:val="21"/>
          <w:szCs w:val="21"/>
        </w:rPr>
        <w:t xml:space="preserve">Aşağıda belirtmiş olduğum dersin sınavının tekrar incelenmesi hususunda;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VE DERS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27"/>
        <w:gridCol w:w="2891"/>
        <w:gridCol w:w="1700"/>
        <w:gridCol w:w="3118"/>
      </w:tblGrid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18" w:edGrp="everyone"/>
            <w:sdt>
              <w:sdtPr>
                <w:alias w:val="Adı Soyadı"/>
                <w:tag w:val="Adı Soyadı"/>
                <w:id w:val="4161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8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19" w:edGrp="everyone"/>
            <w:sdt>
              <w:sdtPr>
                <w:alias w:val="Öğrenci No"/>
                <w:tag w:val="Öğrenci No"/>
                <w:id w:val="416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9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Bölümü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0" w:edGrp="everyone"/>
            <w:sdt>
              <w:sdtPr>
                <w:alias w:val="Bölümü"/>
                <w:tag w:val="Bölümü"/>
                <w:id w:val="416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Öğretim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1" w:edGrp="everyone"/>
            <w:sdt>
              <w:sdtPr>
                <w:alias w:val="Öğretim türü"/>
                <w:tag w:val="Öğretim türü"/>
                <w:id w:val="41620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1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2" w:edGrp="everyone"/>
            <w:sdt>
              <w:sdtPr>
                <w:alias w:val="Sınıf"/>
                <w:tag w:val="Sınıf"/>
                <w:id w:val="41621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2"/>
            <w:r>
              <w:rPr>
                <w:sz w:val="18"/>
                <w:szCs w:val="18"/>
              </w:rPr>
              <w:t xml:space="preserve">  </w:t>
            </w:r>
            <w:permStart w:id="623" w:edGrp="everyone"/>
            <w:sdt>
              <w:sdtPr>
                <w:alias w:val="Şube"/>
                <w:tag w:val="Şube"/>
                <w:id w:val="41622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3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Aldığı Not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4" w:edGrp="everyone"/>
            <w:sdt>
              <w:sdtPr>
                <w:alias w:val="Aldığı not"/>
                <w:tag w:val="Aldığı not"/>
                <w:id w:val="4162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624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Adı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5" w:edGrp="everyone"/>
            <w:sdt>
              <w:sdtPr>
                <w:alias w:val="Dersin adı"/>
                <w:tag w:val="Dersin adı"/>
                <w:id w:val="416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Kodu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6" w:edGrp="everyone"/>
            <w:sdt>
              <w:sdtPr>
                <w:alias w:val="Dersin kodu"/>
                <w:tag w:val="Dersin kodu"/>
                <w:id w:val="416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6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Öğretim Elemanı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7" w:edGrp="everyone"/>
            <w:sdt>
              <w:sdtPr>
                <w:alias w:val="Öğretim elemanı"/>
                <w:tag w:val="Öğretim elemanı"/>
                <w:id w:val="4162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Dönemi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8" w:edGrp="everyone"/>
            <w:sdt>
              <w:sdtPr>
                <w:alias w:val="Dönem"/>
                <w:tag w:val="Dönem"/>
                <w:id w:val="41627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8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Türü</w:t>
            </w:r>
          </w:p>
        </w:tc>
        <w:tc>
          <w:tcPr>
            <w:tcW w:type="dxa" w:w="7710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629" w:edGrp="everyone"/>
            <w:sdt>
              <w:sdtPr>
                <w:alias w:val="Sınav türü"/>
                <w:tag w:val="Sınav türü"/>
                <w:id w:val="41628"/>
                <w:showingPlcHdr/>
                <w:dropDownList>
                  <w:listItem w:displayText="Vize" w:value="Vize"/>
                  <w:listItem w:displayText="Final" w:value="Final"/>
                  <w:listItem w:displayText="Bütünleme" w:value="Bütünleme"/>
                  <w:listItem w:displayText="Tek ders" w:value="Tek ders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9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30" w:edGrp="everyone"/>
            <w:sdt>
              <w:sdtPr>
                <w:alias w:val="Telefon"/>
                <w:tag w:val="Telefon"/>
                <w:id w:val="4162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1" w:edGrp="everyone"/>
            <w:sdt>
              <w:sdtPr>
                <w:alias w:val="E-posta"/>
                <w:tag w:val="E-posta"/>
                <w:id w:val="416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1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7710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632" w:edGrp="everyone"/>
            <w:sdt>
              <w:sdtPr>
                <w:alias w:val="Adres"/>
                <w:tag w:val="Adres"/>
                <w:id w:val="4163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2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40" w:lineRule="auto"/>
        <w:jc w:val="left"/>
      </w:pPr>
      <w:r>
        <w:rPr>
          <w:b/>
          <w:bCs/>
          <w:sz w:val="20"/>
          <w:szCs w:val="20"/>
        </w:rPr>
        <w:t xml:space="preserve">İtiraz Gerekçesi: </w:t>
      </w:r>
      <w:permStart w:id="633" w:edGrp="everyone"/>
      <w:sdt>
        <w:sdtPr>
          <w:alias w:val="İtiraz gerekçesi"/>
          <w:tag w:val="İtiraz gerekçesi"/>
          <w:id w:val="41632"/>
          <w:showingPlcHdr/>
          <w:text w:multiLine="1"/>
        </w:sdtPr>
        <w:sdtContent>
          <w:r>
            <w:rPr>
              <w:rStyle w:val="PlaceholderText"/>
              <w:sz w:val="20"/>
              <w:szCs w:val="20"/>
            </w:rPr>
            <w:t xml:space="preserve">                    </w:t>
          </w:r>
        </w:sdtContent>
      </w:sdt>
      <w:permEnd w:id="633"/>
    </w:p>
    <w:p>
      <w:pPr>
        <w:spacing w:before="0" w:after="160" w:line="240" w:lineRule="auto"/>
        <w:ind w:firstLine="567"/>
        <w:jc w:val="left"/>
      </w:pPr>
      <w:r>
        <w:rPr>
          <w:sz w:val="21"/>
          <w:szCs w:val="21"/>
        </w:rPr>
        <w:t xml:space="preserve">Gereğini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634" w:edGrp="everyone"/>
            <w:sdt>
              <w:sdtPr>
                <w:alias w:val="Öğrenci Adı Soyadı"/>
                <w:tag w:val="Öğrenci Adı Soyadı"/>
                <w:id w:val="4163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34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HTMYO-OFRM-110  |  Maddi Hata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Maddi Hata Dilekçesi</dc:title>
  <dc:subject>HTMYO-OFRM-110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