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TEK DERS SINAV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" w:edGrp="everyone"/>
      <w:sdt>
        <w:sdtPr>
          <w:alias w:val="Tarih"/>
          <w:tag w:val="Tarih"/>
          <w:id w:val="4100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" w:edGrp="everyone"/>
            <w:sdt>
              <w:sdtPr>
                <w:alias w:val="Adı Soyadı"/>
                <w:tag w:val="Adı Soyadı"/>
                <w:id w:val="410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3" w:edGrp="everyone"/>
            <w:sdt>
              <w:sdtPr>
                <w:alias w:val="Öğrenci No"/>
                <w:tag w:val="Öğrenci No"/>
                <w:id w:val="4100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4" w:edGrp="everyone"/>
            <w:sdt>
              <w:sdtPr>
                <w:alias w:val="Bölüm / Program"/>
                <w:tag w:val="Bölüm / Program"/>
                <w:id w:val="410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5" w:edGrp="everyone"/>
            <w:sdt>
              <w:sdtPr>
                <w:alias w:val="Sınıf"/>
                <w:tag w:val="Sınıf"/>
                <w:id w:val="41004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5"/>
            <w:r>
              <w:rPr>
                <w:sz w:val="18"/>
                <w:szCs w:val="18"/>
              </w:rPr>
              <w:t xml:space="preserve">  </w:t>
            </w:r>
            <w:permStart w:id="6" w:edGrp="everyone"/>
            <w:sdt>
              <w:sdtPr>
                <w:alias w:val="Şube"/>
                <w:tag w:val="Şube"/>
                <w:id w:val="41005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" w:edGrp="everyone"/>
            <w:sdt>
              <w:sdtPr>
                <w:alias w:val="Telefon"/>
                <w:tag w:val="Telefon"/>
                <w:id w:val="410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8" w:edGrp="everyone"/>
            <w:sdt>
              <w:sdtPr>
                <w:alias w:val="E-posta"/>
                <w:tag w:val="E-posta"/>
                <w:id w:val="410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9" w:edGrp="everyone"/>
            <w:sdt>
              <w:sdtPr>
                <w:alias w:val="Adres"/>
                <w:tag w:val="Adres"/>
                <w:id w:val="4100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Başarısız olduğum, aşağıda belirtilen dersin tek ders sınavına katılmak istiyorum.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27"/>
        <w:gridCol w:w="7710"/>
      </w:tblGrid>
      <w:tr>
        <w:trPr>
          <w:trHeight w:val="453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Ders (Yıl / Dönem, Kod, Ad)</w:t>
            </w:r>
          </w:p>
        </w:tc>
        <w:tc>
          <w:tcPr>
            <w:tcW w:type="dxa" w:w="7710"/>
            <w:vAlign w:val="center"/>
          </w:tcPr>
          <w:p>
            <w:pPr>
              <w:spacing w:before="0" w:after="0" w:line="240" w:lineRule="auto"/>
              <w:jc w:val="left"/>
            </w:pPr>
            <w:permStart w:id="10" w:edGrp="everyone"/>
            <w:sdt>
              <w:sdtPr>
                <w:alias w:val="Yıl / Dönem"/>
                <w:tag w:val="Yıl / Dönem"/>
                <w:id w:val="4100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10"/>
            <w:r>
              <w:rPr>
                <w:sz w:val="19"/>
                <w:szCs w:val="19"/>
              </w:rPr>
              <w:t xml:space="preserve">   </w:t>
            </w:r>
            <w:permStart w:id="11" w:edGrp="everyone"/>
            <w:sdt>
              <w:sdtPr>
                <w:alias w:val="Ders kodu"/>
                <w:tag w:val="Ders kodu"/>
                <w:id w:val="4101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</w:t>
                </w:r>
              </w:sdtContent>
            </w:sdt>
            <w:permEnd w:id="11"/>
            <w:r>
              <w:rPr>
                <w:sz w:val="19"/>
                <w:szCs w:val="19"/>
              </w:rPr>
              <w:t xml:space="preserve">   </w:t>
            </w:r>
            <w:permStart w:id="12" w:edGrp="everyone"/>
            <w:sdt>
              <w:sdtPr>
                <w:alias w:val="Ders adı"/>
                <w:tag w:val="Ders adı"/>
                <w:id w:val="4101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2"/>
          </w:p>
        </w:tc>
      </w:tr>
    </w:tbl>
    <w:p>
      <w:pPr>
        <w:spacing w:before="0" w:after="0" w:line="80" w:lineRule="exact"/>
        <w:jc w:val="left"/>
      </w:pP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13" w:edGrp="everyone"/>
            <w:sdt>
              <w:sdtPr>
                <w:alias w:val="Öğrenci Adı Soyadı"/>
                <w:tag w:val="Öğrenci Adı Soyadı"/>
                <w:id w:val="4101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3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14" w:edGrp="everyone"/>
      <w:sdt>
        <w:sdtPr>
          <w:alias w:val="Transkript"/>
          <w:tag w:val="Transkript"/>
          <w:id w:val="41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14"/>
      <w:r>
        <w:rPr>
          <w:sz w:val="19"/>
          <w:szCs w:val="19"/>
        </w:rPr>
        <w:t xml:space="preserve"> Transkript  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HTMYO-OFRM-103  |  Tek Ders Sınav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 Ders Sınav Dilekçesi</dc:title>
  <dc:subject>HTMYO-OFRM-103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