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ÖĞRENCI İLIŞIK KESME FORMU</w:t>
      </w:r>
    </w:p>
    <w:p>
      <w:pPr>
        <w:spacing w:before="0" w:after="12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1" w:edGrp="everyone"/>
      <w:sdt>
        <w:sdtPr>
          <w:alias w:val="Tarih"/>
          <w:tag w:val="Tarih"/>
          <w:id w:val="41000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1"/>
    </w:p>
    <w:p>
      <w:pPr>
        <w:spacing w:before="0" w:after="16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3344"/>
        <w:gridCol w:w="1474"/>
        <w:gridCol w:w="3344"/>
      </w:tblGrid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" w:edGrp="everyone"/>
            <w:sdt>
              <w:sdtPr>
                <w:alias w:val="Adı Soyadı"/>
                <w:tag w:val="Adı Soyadı"/>
                <w:id w:val="4100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3" w:edGrp="everyone"/>
            <w:sdt>
              <w:sdtPr>
                <w:alias w:val="Öğrenci No"/>
                <w:tag w:val="Öğrenci No"/>
                <w:id w:val="4100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4" w:edGrp="everyone"/>
            <w:sdt>
              <w:sdtPr>
                <w:alias w:val="Bölüm / Program"/>
                <w:tag w:val="Bölüm / Program"/>
                <w:id w:val="4100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5" w:edGrp="everyone"/>
            <w:sdt>
              <w:sdtPr>
                <w:alias w:val="Sınıf"/>
                <w:tag w:val="Sınıf"/>
                <w:id w:val="41004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5"/>
            <w:r>
              <w:rPr>
                <w:sz w:val="18"/>
                <w:szCs w:val="18"/>
              </w:rPr>
              <w:t xml:space="preserve">  </w:t>
            </w:r>
            <w:permStart w:id="6" w:edGrp="everyone"/>
            <w:sdt>
              <w:sdtPr>
                <w:alias w:val="Şube"/>
                <w:tag w:val="Şube"/>
                <w:id w:val="41005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7" w:edGrp="everyone"/>
            <w:sdt>
              <w:sdtPr>
                <w:alias w:val="Telefon"/>
                <w:tag w:val="Telefon"/>
                <w:id w:val="4100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7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8" w:edGrp="everyone"/>
            <w:sdt>
              <w:sdtPr>
                <w:alias w:val="E-posta"/>
                <w:tag w:val="E-posta"/>
                <w:id w:val="4100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8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816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9" w:edGrp="everyone"/>
            <w:sdt>
              <w:sdtPr>
                <w:alias w:val="Adres"/>
                <w:tag w:val="Adres"/>
                <w:id w:val="4100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120" w:line="276" w:lineRule="auto"/>
        <w:ind w:firstLine="567"/>
        <w:jc w:val="both"/>
      </w:pPr>
      <w:r>
        <w:rPr>
          <w:sz w:val="21"/>
          <w:szCs w:val="21"/>
        </w:rPr>
        <w:t xml:space="preserve">Yüksekokulumuz </w:t>
      </w:r>
      <w:permStart w:id="10" w:edGrp="everyone"/>
      <w:sdt>
        <w:sdtPr>
          <w:alias w:val="Bölüm / Program (mezuniyet)"/>
          <w:tag w:val="Bölüm / Program (mezuniyet)"/>
          <w:id w:val="41009"/>
          <w:showingPlcHdr/>
          <w:text/>
        </w:sdtPr>
        <w:sdtContent>
          <w:r>
            <w:rPr>
              <w:rStyle w:val="PlaceholderText"/>
              <w:sz w:val="21"/>
              <w:szCs w:val="21"/>
            </w:rPr>
            <w:t xml:space="preserve">               </w:t>
          </w:r>
        </w:sdtContent>
      </w:sdt>
      <w:permEnd w:id="10"/>
      <w:r>
        <w:rPr>
          <w:sz w:val="21"/>
          <w:szCs w:val="21"/>
        </w:rPr>
        <w:t xml:space="preserve"> programından </w:t>
      </w:r>
      <w:permStart w:id="11" w:edGrp="everyone"/>
      <w:sdt>
        <w:sdtPr>
          <w:alias w:val="Akademik yıl"/>
          <w:tag w:val="Akademik yıl"/>
          <w:id w:val="41010"/>
          <w:text/>
        </w:sdtPr>
        <w:sdtContent>
          <w:r>
            <w:rPr>
              <w:sz w:val="21"/>
              <w:szCs w:val="21"/>
            </w:rPr>
            <w:t xml:space="preserve">20__ / 20__</w:t>
          </w:r>
        </w:sdtContent>
      </w:sdt>
      <w:permEnd w:id="11"/>
      <w:r>
        <w:rPr>
          <w:sz w:val="21"/>
          <w:szCs w:val="21"/>
        </w:rPr>
        <w:t xml:space="preserve"> eğitim-öğretim yılı </w:t>
      </w:r>
      <w:permStart w:id="12" w:edGrp="everyone"/>
      <w:sdt>
        <w:sdtPr>
          <w:alias w:val="Mezuniyet yarıyılı"/>
          <w:tag w:val="Mezuniyet yarıyılı"/>
          <w:id w:val="41011"/>
          <w:showingPlcHdr/>
          <w:dropDownList>
            <w:listItem w:displayText="Güz" w:value="Güz"/>
            <w:listItem w:displayText="Bahar" w:value="Bahar"/>
          </w:dropDownList>
        </w:sdtPr>
        <w:sdtContent>
          <w:r>
            <w:rPr>
              <w:rStyle w:val="PlaceholderText"/>
              <w:sz w:val="21"/>
              <w:szCs w:val="21"/>
            </w:rPr>
            <w:t xml:space="preserve">       </w:t>
          </w:r>
        </w:sdtContent>
      </w:sdt>
      <w:permEnd w:id="12"/>
      <w:r>
        <w:rPr>
          <w:sz w:val="21"/>
          <w:szCs w:val="21"/>
        </w:rPr>
        <w:t xml:space="preserve"> yarıyılında mezun oldum. Mezuniyet belgemin hazırlanması hususunda gereğini arz ederim.</w:t>
      </w: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İLİŞİK KESME BİRİMLERİ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381"/>
        <w:gridCol w:w="1814"/>
        <w:gridCol w:w="2494"/>
        <w:gridCol w:w="1360"/>
        <w:gridCol w:w="1587"/>
      </w:tblGrid>
      <w:tr>
        <w:trPr>
          <w:trHeight w:val="566" w:hRule="atLeast"/>
          <w:cantSplit/>
        </w:trPr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Birim</w:t>
            </w:r>
          </w:p>
        </w:tc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Öğrencinin Durumu</w:t>
            </w:r>
          </w:p>
        </w:tc>
        <w:tc>
          <w:tcPr>
            <w:tcW w:type="dxa" w:w="249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Açıklama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Tarih</w:t>
            </w:r>
          </w:p>
        </w:tc>
        <w:tc>
          <w:tcPr>
            <w:tcW w:type="dxa" w:w="158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Kaşe / İmza</w:t>
            </w:r>
          </w:p>
        </w:tc>
      </w:tr>
      <w:tr>
        <w:trPr>
          <w:trHeight w:val="623" w:hRule="atLeast"/>
          <w:cantSplit/>
        </w:trPr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Yüksekokul Sekreteri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" w:edGrp="everyone"/>
            <w:sdt>
              <w:sdtPr>
                <w:alias w:val="Durum 1"/>
                <w:tag w:val="Durum 1"/>
                <w:id w:val="41012"/>
                <w:showingPlcHdr/>
                <w:dropDownList>
                  <w:listItem w:displayText="İlişiği yoktur" w:value="İlişiği yoktur"/>
                  <w:listItem w:displayText="İlişiği vardır" w:value="İlişiği vardır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"/>
          </w:p>
        </w:tc>
        <w:tc>
          <w:tcPr>
            <w:tcW w:type="dxa" w:w="2494"/>
            <w:vAlign w:val="center"/>
          </w:tcPr>
          <w:p>
            <w:pPr>
              <w:spacing w:before="0" w:after="0" w:line="240" w:lineRule="auto"/>
              <w:jc w:val="left"/>
            </w:pPr>
            <w:permStart w:id="14" w:edGrp="everyone"/>
            <w:sdt>
              <w:sdtPr>
                <w:alias w:val="Açıklama 1"/>
                <w:tag w:val="Açıklama 1"/>
                <w:id w:val="410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</w:t>
                </w:r>
              </w:sdtContent>
            </w:sdt>
            <w:permEnd w:id="14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5" w:edGrp="everyone"/>
            <w:sdt>
              <w:sdtPr>
                <w:alias w:val="Tarih 1"/>
                <w:tag w:val="Tarih 1"/>
                <w:id w:val="4101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5"/>
          </w:p>
        </w:tc>
        <w:tc>
          <w:tcPr>
            <w:tcW w:type="dxa" w:w="158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623" w:hRule="atLeast"/>
          <w:cantSplit/>
        </w:trPr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Yüksekokul Kütüphanesi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6" w:edGrp="everyone"/>
            <w:sdt>
              <w:sdtPr>
                <w:alias w:val="Durum 2"/>
                <w:tag w:val="Durum 2"/>
                <w:id w:val="41015"/>
                <w:showingPlcHdr/>
                <w:dropDownList>
                  <w:listItem w:displayText="İlişiği yoktur" w:value="İlişiği yoktur"/>
                  <w:listItem w:displayText="İlişiği vardır" w:value="İlişiği vardır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6"/>
          </w:p>
        </w:tc>
        <w:tc>
          <w:tcPr>
            <w:tcW w:type="dxa" w:w="2494"/>
            <w:vAlign w:val="center"/>
          </w:tcPr>
          <w:p>
            <w:pPr>
              <w:spacing w:before="0" w:after="0" w:line="240" w:lineRule="auto"/>
              <w:jc w:val="left"/>
            </w:pPr>
            <w:permStart w:id="17" w:edGrp="everyone"/>
            <w:sdt>
              <w:sdtPr>
                <w:alias w:val="Açıklama 2"/>
                <w:tag w:val="Açıklama 2"/>
                <w:id w:val="4101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</w:t>
                </w:r>
              </w:sdtContent>
            </w:sdt>
            <w:permEnd w:id="17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8" w:edGrp="everyone"/>
            <w:sdt>
              <w:sdtPr>
                <w:alias w:val="Tarih 2"/>
                <w:tag w:val="Tarih 2"/>
                <w:id w:val="4101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8"/>
          </w:p>
        </w:tc>
        <w:tc>
          <w:tcPr>
            <w:tcW w:type="dxa" w:w="158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623" w:hRule="atLeast"/>
          <w:cantSplit/>
        </w:trPr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Üniversite Kütüphanesi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9" w:edGrp="everyone"/>
            <w:sdt>
              <w:sdtPr>
                <w:alias w:val="Durum 3"/>
                <w:tag w:val="Durum 3"/>
                <w:id w:val="41018"/>
                <w:showingPlcHdr/>
                <w:dropDownList>
                  <w:listItem w:displayText="İlişiği yoktur" w:value="İlişiği yoktur"/>
                  <w:listItem w:displayText="İlişiği vardır" w:value="İlişiği vardır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9"/>
          </w:p>
        </w:tc>
        <w:tc>
          <w:tcPr>
            <w:tcW w:type="dxa" w:w="2494"/>
            <w:vAlign w:val="center"/>
          </w:tcPr>
          <w:p>
            <w:pPr>
              <w:spacing w:before="0" w:after="0" w:line="240" w:lineRule="auto"/>
              <w:jc w:val="left"/>
            </w:pPr>
            <w:permStart w:id="20" w:edGrp="everyone"/>
            <w:sdt>
              <w:sdtPr>
                <w:alias w:val="Açıklama 3"/>
                <w:tag w:val="Açıklama 3"/>
                <w:id w:val="410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</w:t>
                </w:r>
              </w:sdtContent>
            </w:sdt>
            <w:permEnd w:id="20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1" w:edGrp="everyone"/>
            <w:sdt>
              <w:sdtPr>
                <w:alias w:val="Tarih 3"/>
                <w:tag w:val="Tarih 3"/>
                <w:id w:val="4102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1"/>
          </w:p>
        </w:tc>
        <w:tc>
          <w:tcPr>
            <w:tcW w:type="dxa" w:w="158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623" w:hRule="atLeast"/>
          <w:cantSplit/>
        </w:trPr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Taşınır Kayıt Kontrol Yetkilisi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2" w:edGrp="everyone"/>
            <w:sdt>
              <w:sdtPr>
                <w:alias w:val="Durum 4"/>
                <w:tag w:val="Durum 4"/>
                <w:id w:val="41021"/>
                <w:showingPlcHdr/>
                <w:dropDownList>
                  <w:listItem w:displayText="İlişiği yoktur" w:value="İlişiği yoktur"/>
                  <w:listItem w:displayText="İlişiği vardır" w:value="İlişiği vardır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2"/>
          </w:p>
        </w:tc>
        <w:tc>
          <w:tcPr>
            <w:tcW w:type="dxa" w:w="2494"/>
            <w:vAlign w:val="center"/>
          </w:tcPr>
          <w:p>
            <w:pPr>
              <w:spacing w:before="0" w:after="0" w:line="240" w:lineRule="auto"/>
              <w:jc w:val="left"/>
            </w:pPr>
            <w:permStart w:id="23" w:edGrp="everyone"/>
            <w:sdt>
              <w:sdtPr>
                <w:alias w:val="Açıklama 4"/>
                <w:tag w:val="Açıklama 4"/>
                <w:id w:val="4102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</w:t>
                </w:r>
              </w:sdtContent>
            </w:sdt>
            <w:permEnd w:id="23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4" w:edGrp="everyone"/>
            <w:sdt>
              <w:sdtPr>
                <w:alias w:val="Tarih 4"/>
                <w:tag w:val="Tarih 4"/>
                <w:id w:val="4102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4"/>
          </w:p>
        </w:tc>
        <w:tc>
          <w:tcPr>
            <w:tcW w:type="dxa" w:w="158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623" w:hRule="atLeast"/>
          <w:cantSplit/>
        </w:trPr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Öğrenci İşleri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5" w:edGrp="everyone"/>
            <w:sdt>
              <w:sdtPr>
                <w:alias w:val="Durum 5"/>
                <w:tag w:val="Durum 5"/>
                <w:id w:val="41024"/>
                <w:showingPlcHdr/>
                <w:dropDownList>
                  <w:listItem w:displayText="İlişiği yoktur" w:value="İlişiği yoktur"/>
                  <w:listItem w:displayText="İlişiği vardır" w:value="İlişiği vardır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25"/>
          </w:p>
        </w:tc>
        <w:tc>
          <w:tcPr>
            <w:tcW w:type="dxa" w:w="2494"/>
            <w:vAlign w:val="center"/>
          </w:tcPr>
          <w:p>
            <w:pPr>
              <w:spacing w:before="0" w:after="0" w:line="240" w:lineRule="auto"/>
              <w:jc w:val="left"/>
            </w:pPr>
            <w:permStart w:id="26" w:edGrp="everyone"/>
            <w:sdt>
              <w:sdtPr>
                <w:alias w:val="Açıklama 5"/>
                <w:tag w:val="Açıklama 5"/>
                <w:id w:val="4102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</w:t>
                </w:r>
              </w:sdtContent>
            </w:sdt>
            <w:permEnd w:id="26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27" w:edGrp="everyone"/>
            <w:sdt>
              <w:sdtPr>
                <w:alias w:val="Tarih 5"/>
                <w:tag w:val="Tarih 5"/>
                <w:id w:val="4102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7"/>
          </w:p>
        </w:tc>
        <w:tc>
          <w:tcPr>
            <w:tcW w:type="dxa" w:w="158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TESLİM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cantSplit/>
        </w:trPr>
        <w:tc>
          <w:tcPr>
            <w:tcW w:type="dxa" w:w="481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Teslim Eden (Tarih / İmza)</w:t>
            </w:r>
          </w:p>
        </w:tc>
        <w:tc>
          <w:tcPr>
            <w:tcW w:type="dxa" w:w="481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Teslim Alan (Tarih / İmza)</w:t>
            </w:r>
          </w:p>
        </w:tc>
      </w:tr>
      <w:tr>
        <w:trPr>
          <w:trHeight w:val="680" w:hRule="atLeast"/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40" w:after="160" w:line="240" w:lineRule="auto"/>
        <w:ind w:firstLine="567"/>
        <w:jc w:val="left"/>
      </w:pPr>
      <w:r>
        <w:rPr>
          <w:sz w:val="21"/>
          <w:szCs w:val="21"/>
        </w:rPr>
        <w:t xml:space="preserve">Gereğini bilgilerinize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9"/>
        <w:gridCol w:w="3968"/>
      </w:tblGrid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permStart w:id="28" w:edGrp="everyone"/>
            <w:sdt>
              <w:sdtPr>
                <w:alias w:val="Öğrenci Adı Soyadı"/>
                <w:tag w:val="Öğrenci Adı Soyadı"/>
                <w:id w:val="41027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8"/>
          </w:p>
        </w:tc>
      </w:tr>
      <w:tr>
        <w:trPr>
          <w:trHeight w:val="907" w:hRule="atLeast"/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EKLER</w:t>
      </w:r>
    </w:p>
    <w:p>
      <w:pPr>
        <w:spacing w:before="0" w:after="20" w:line="240" w:lineRule="auto"/>
        <w:jc w:val="left"/>
      </w:pPr>
      <w:permStart w:id="29" w:edGrp="everyone"/>
      <w:sdt>
        <w:sdtPr>
          <w:alias w:val="Öğrenci kimliği (kaybolmuşsa gazete ilanı)"/>
          <w:tag w:val="Öğrenci kimliği (kaybolmuşsa gazete ilanı)"/>
          <w:id w:val="410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29"/>
      <w:r>
        <w:rPr>
          <w:sz w:val="19"/>
          <w:szCs w:val="19"/>
        </w:rPr>
        <w:t xml:space="preserve"> Öğrenci kimliği (kaybolmuşsa gazete ilanı)   </w:t>
      </w:r>
    </w:p>
    <w:p>
      <w:pPr>
        <w:spacing w:before="0" w:after="20" w:line="240" w:lineRule="auto"/>
        <w:jc w:val="left"/>
      </w:pPr>
      <w:permStart w:id="30" w:edGrp="everyone"/>
      <w:sdt>
        <w:sdtPr>
          <w:alias w:val="Vekâlet durumunda noter onaylı vekâletname"/>
          <w:tag w:val="Vekâlet durumunda noter onaylı vekâletname"/>
          <w:id w:val="41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30"/>
      <w:r>
        <w:rPr>
          <w:sz w:val="19"/>
          <w:szCs w:val="19"/>
        </w:rPr>
        <w:t xml:space="preserve"> Vekâlet durumunda noter onaylı vekâletname  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HTMYO-OFRM-112  |  Öğrenci İlişik Kesme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HTMYO-OFRM-112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 İlişik Kesme Formu</dc:title>
  <dc:subject>HTMYO-OFRM-112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