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ÜSTTEN DERS ALMA BAŞVURU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Başarı durumu uygun olan öğrenciler, danışman onayı ile üst yarıyıldan ders alabilir.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31" w:edGrp="everyone"/>
      <w:sdt>
        <w:sdtPr>
          <w:alias w:val="Tarih"/>
          <w:tag w:val="Tarih"/>
          <w:id w:val="4103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31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2" w:edGrp="everyone"/>
            <w:sdt>
              <w:sdtPr>
                <w:alias w:val="Adı Soyadı"/>
                <w:tag w:val="Adı Soyadı"/>
                <w:id w:val="410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3" w:edGrp="everyone"/>
            <w:sdt>
              <w:sdtPr>
                <w:alias w:val="Öğrenci No"/>
                <w:tag w:val="Öğrenci No"/>
                <w:id w:val="410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4" w:edGrp="everyone"/>
            <w:sdt>
              <w:sdtPr>
                <w:alias w:val="Bölüm / Program"/>
                <w:tag w:val="Bölüm / Program"/>
                <w:id w:val="410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5" w:edGrp="everyone"/>
            <w:sdt>
              <w:sdtPr>
                <w:alias w:val="Sınıf"/>
                <w:tag w:val="Sınıf"/>
                <w:id w:val="4103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35"/>
            <w:r>
              <w:rPr>
                <w:sz w:val="18"/>
                <w:szCs w:val="18"/>
              </w:rPr>
              <w:t xml:space="preserve">  </w:t>
            </w:r>
            <w:permStart w:id="36" w:edGrp="everyone"/>
            <w:sdt>
              <w:sdtPr>
                <w:alias w:val="Şube"/>
                <w:tag w:val="Şube"/>
                <w:id w:val="41035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3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7" w:edGrp="everyone"/>
            <w:sdt>
              <w:sdtPr>
                <w:alias w:val="Telefon"/>
                <w:tag w:val="Telefon"/>
                <w:id w:val="410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8" w:edGrp="everyone"/>
            <w:sdt>
              <w:sdtPr>
                <w:alias w:val="E-posta"/>
                <w:tag w:val="E-posta"/>
                <w:id w:val="410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9" w:edGrp="everyone"/>
            <w:sdt>
              <w:sdtPr>
                <w:alias w:val="Adres"/>
                <w:tag w:val="Adres"/>
                <w:id w:val="4103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ÜSTTEN ALINACAK DERSLER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80"/>
        <w:gridCol w:w="1277"/>
        <w:gridCol w:w="3135"/>
        <w:gridCol w:w="1277"/>
        <w:gridCol w:w="754"/>
        <w:gridCol w:w="754"/>
        <w:gridCol w:w="928"/>
        <w:gridCol w:w="928"/>
      </w:tblGrid>
      <w:tr>
        <w:trPr>
          <w:trHeight w:val="351" w:hRule="atLeast"/>
          <w:cantSplit/>
        </w:trPr>
        <w:tc>
          <w:tcPr>
            <w:tcW w:type="dxa" w:w="58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27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31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27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7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AKTS</w:t>
            </w:r>
          </w:p>
        </w:tc>
        <w:tc>
          <w:tcPr>
            <w:tcW w:type="dxa" w:w="7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92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Yarıyıl</w:t>
            </w:r>
          </w:p>
        </w:tc>
        <w:tc>
          <w:tcPr>
            <w:tcW w:type="dxa" w:w="92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40" w:edGrp="everyone"/>
            <w:sdt>
              <w:sdtPr>
                <w:alias w:val="Üstten Ders Kodu 1"/>
                <w:tag w:val="Üstten Ders Kodu 1"/>
                <w:id w:val="410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40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41" w:edGrp="everyone"/>
            <w:sdt>
              <w:sdtPr>
                <w:alias w:val="Üstten Ders Adı 1"/>
                <w:tag w:val="Üstten Ders Adı 1"/>
                <w:id w:val="410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1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42" w:edGrp="everyone"/>
            <w:sdt>
              <w:sdtPr>
                <w:alias w:val="Üstten T-U-L : Kredi 1"/>
                <w:tag w:val="Üstten T-U-L : Kredi 1"/>
                <w:id w:val="410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42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43" w:edGrp="everyone"/>
            <w:sdt>
              <w:sdtPr>
                <w:alias w:val="Üstten AKTS 1"/>
                <w:tag w:val="Üstten AKTS 1"/>
                <w:id w:val="410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44" w:edGrp="everyone"/>
            <w:sdt>
              <w:sdtPr>
                <w:alias w:val="Üstten Şube 1"/>
                <w:tag w:val="Üstten Şube 1"/>
                <w:id w:val="410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45" w:edGrp="everyone"/>
            <w:sdt>
              <w:sdtPr>
                <w:alias w:val="Üstten Yarıyıl 1"/>
                <w:tag w:val="Üstten Yarıyıl 1"/>
                <w:id w:val="410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46" w:edGrp="everyone"/>
            <w:sdt>
              <w:sdtPr>
                <w:alias w:val="Üstten Z / S 1"/>
                <w:tag w:val="Üstten Z / S 1"/>
                <w:id w:val="4104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"/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47" w:edGrp="everyone"/>
            <w:sdt>
              <w:sdtPr>
                <w:alias w:val="Üstten Ders Kodu 2"/>
                <w:tag w:val="Üstten Ders Kodu 2"/>
                <w:id w:val="410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47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48" w:edGrp="everyone"/>
            <w:sdt>
              <w:sdtPr>
                <w:alias w:val="Üstten Ders Adı 2"/>
                <w:tag w:val="Üstten Ders Adı 2"/>
                <w:id w:val="410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49" w:edGrp="everyone"/>
            <w:sdt>
              <w:sdtPr>
                <w:alias w:val="Üstten T-U-L : Kredi 2"/>
                <w:tag w:val="Üstten T-U-L : Kredi 2"/>
                <w:id w:val="410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49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50" w:edGrp="everyone"/>
            <w:sdt>
              <w:sdtPr>
                <w:alias w:val="Üstten AKTS 2"/>
                <w:tag w:val="Üstten AKTS 2"/>
                <w:id w:val="410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51" w:edGrp="everyone"/>
            <w:sdt>
              <w:sdtPr>
                <w:alias w:val="Üstten Şube 2"/>
                <w:tag w:val="Üstten Şube 2"/>
                <w:id w:val="410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52" w:edGrp="everyone"/>
            <w:sdt>
              <w:sdtPr>
                <w:alias w:val="Üstten Yarıyıl 2"/>
                <w:tag w:val="Üstten Yarıyıl 2"/>
                <w:id w:val="410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53" w:edGrp="everyone"/>
            <w:sdt>
              <w:sdtPr>
                <w:alias w:val="Üstten Z / S 2"/>
                <w:tag w:val="Üstten Z / S 2"/>
                <w:id w:val="4105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"/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54" w:edGrp="everyone"/>
            <w:sdt>
              <w:sdtPr>
                <w:alias w:val="Üstten Ders Kodu 3"/>
                <w:tag w:val="Üstten Ders Kodu 3"/>
                <w:id w:val="410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54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55" w:edGrp="everyone"/>
            <w:sdt>
              <w:sdtPr>
                <w:alias w:val="Üstten Ders Adı 3"/>
                <w:tag w:val="Üstten Ders Adı 3"/>
                <w:id w:val="410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5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56" w:edGrp="everyone"/>
            <w:sdt>
              <w:sdtPr>
                <w:alias w:val="Üstten T-U-L : Kredi 3"/>
                <w:tag w:val="Üstten T-U-L : Kredi 3"/>
                <w:id w:val="410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56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57" w:edGrp="everyone"/>
            <w:sdt>
              <w:sdtPr>
                <w:alias w:val="Üstten AKTS 3"/>
                <w:tag w:val="Üstten AKTS 3"/>
                <w:id w:val="410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58" w:edGrp="everyone"/>
            <w:sdt>
              <w:sdtPr>
                <w:alias w:val="Üstten Şube 3"/>
                <w:tag w:val="Üstten Şube 3"/>
                <w:id w:val="410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8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59" w:edGrp="everyone"/>
            <w:sdt>
              <w:sdtPr>
                <w:alias w:val="Üstten Yarıyıl 3"/>
                <w:tag w:val="Üstten Yarıyıl 3"/>
                <w:id w:val="410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60" w:edGrp="everyone"/>
            <w:sdt>
              <w:sdtPr>
                <w:alias w:val="Üstten Z / S 3"/>
                <w:tag w:val="Üstten Z / S 3"/>
                <w:id w:val="4105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"/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61" w:edGrp="everyone"/>
            <w:sdt>
              <w:sdtPr>
                <w:alias w:val="Üstten Ders Kodu 4"/>
                <w:tag w:val="Üstten Ders Kodu 4"/>
                <w:id w:val="410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61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62" w:edGrp="everyone"/>
            <w:sdt>
              <w:sdtPr>
                <w:alias w:val="Üstten Ders Adı 4"/>
                <w:tag w:val="Üstten Ders Adı 4"/>
                <w:id w:val="410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2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63" w:edGrp="everyone"/>
            <w:sdt>
              <w:sdtPr>
                <w:alias w:val="Üstten T-U-L : Kredi 4"/>
                <w:tag w:val="Üstten T-U-L : Kredi 4"/>
                <w:id w:val="410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63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64" w:edGrp="everyone"/>
            <w:sdt>
              <w:sdtPr>
                <w:alias w:val="Üstten AKTS 4"/>
                <w:tag w:val="Üstten AKTS 4"/>
                <w:id w:val="410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4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65" w:edGrp="everyone"/>
            <w:sdt>
              <w:sdtPr>
                <w:alias w:val="Üstten Şube 4"/>
                <w:tag w:val="Üstten Şube 4"/>
                <w:id w:val="410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5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66" w:edGrp="everyone"/>
            <w:sdt>
              <w:sdtPr>
                <w:alias w:val="Üstten Yarıyıl 4"/>
                <w:tag w:val="Üstten Yarıyıl 4"/>
                <w:id w:val="410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6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67" w:edGrp="everyone"/>
            <w:sdt>
              <w:sdtPr>
                <w:alias w:val="Üstten Z / S 4"/>
                <w:tag w:val="Üstten Z / S 4"/>
                <w:id w:val="4106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7"/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68" w:edGrp="everyone"/>
            <w:sdt>
              <w:sdtPr>
                <w:alias w:val="Üstten Ders Kodu 5"/>
                <w:tag w:val="Üstten Ders Kodu 5"/>
                <w:id w:val="410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68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69" w:edGrp="everyone"/>
            <w:sdt>
              <w:sdtPr>
                <w:alias w:val="Üstten Ders Adı 5"/>
                <w:tag w:val="Üstten Ders Adı 5"/>
                <w:id w:val="410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9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70" w:edGrp="everyone"/>
            <w:sdt>
              <w:sdtPr>
                <w:alias w:val="Üstten T-U-L : Kredi 5"/>
                <w:tag w:val="Üstten T-U-L : Kredi 5"/>
                <w:id w:val="410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70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71" w:edGrp="everyone"/>
            <w:sdt>
              <w:sdtPr>
                <w:alias w:val="Üstten AKTS 5"/>
                <w:tag w:val="Üstten AKTS 5"/>
                <w:id w:val="410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71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72" w:edGrp="everyone"/>
            <w:sdt>
              <w:sdtPr>
                <w:alias w:val="Üstten Şube 5"/>
                <w:tag w:val="Üstten Şube 5"/>
                <w:id w:val="410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72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73" w:edGrp="everyone"/>
            <w:sdt>
              <w:sdtPr>
                <w:alias w:val="Üstten Yarıyıl 5"/>
                <w:tag w:val="Üstten Yarıyıl 5"/>
                <w:id w:val="410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3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74" w:edGrp="everyone"/>
            <w:sdt>
              <w:sdtPr>
                <w:alias w:val="Üstten Z / S 5"/>
                <w:tag w:val="Üstten Z / S 5"/>
                <w:id w:val="4107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4"/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75" w:edGrp="everyone"/>
            <w:sdt>
              <w:sdtPr>
                <w:alias w:val="Üstten Ders Kodu 6"/>
                <w:tag w:val="Üstten Ders Kodu 6"/>
                <w:id w:val="410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75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76" w:edGrp="everyone"/>
            <w:sdt>
              <w:sdtPr>
                <w:alias w:val="Üstten Ders Adı 6"/>
                <w:tag w:val="Üstten Ders Adı 6"/>
                <w:id w:val="410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76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77" w:edGrp="everyone"/>
            <w:sdt>
              <w:sdtPr>
                <w:alias w:val="Üstten T-U-L : Kredi 6"/>
                <w:tag w:val="Üstten T-U-L : Kredi 6"/>
                <w:id w:val="410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77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78" w:edGrp="everyone"/>
            <w:sdt>
              <w:sdtPr>
                <w:alias w:val="Üstten AKTS 6"/>
                <w:tag w:val="Üstten AKTS 6"/>
                <w:id w:val="410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78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79" w:edGrp="everyone"/>
            <w:sdt>
              <w:sdtPr>
                <w:alias w:val="Üstten Şube 6"/>
                <w:tag w:val="Üstten Şube 6"/>
                <w:id w:val="410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79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80" w:edGrp="everyone"/>
            <w:sdt>
              <w:sdtPr>
                <w:alias w:val="Üstten Yarıyıl 6"/>
                <w:tag w:val="Üstten Yarıyıl 6"/>
                <w:id w:val="410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0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81" w:edGrp="everyone"/>
            <w:sdt>
              <w:sdtPr>
                <w:alias w:val="Üstten Z / S 6"/>
                <w:tag w:val="Üstten Z / S 6"/>
                <w:id w:val="4108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1"/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82" w:edGrp="everyone"/>
            <w:sdt>
              <w:sdtPr>
                <w:alias w:val="Üstten Ders Kodu 7"/>
                <w:tag w:val="Üstten Ders Kodu 7"/>
                <w:id w:val="410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82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83" w:edGrp="everyone"/>
            <w:sdt>
              <w:sdtPr>
                <w:alias w:val="Üstten Ders Adı 7"/>
                <w:tag w:val="Üstten Ders Adı 7"/>
                <w:id w:val="410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83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84" w:edGrp="everyone"/>
            <w:sdt>
              <w:sdtPr>
                <w:alias w:val="Üstten T-U-L : Kredi 7"/>
                <w:tag w:val="Üstten T-U-L : Kredi 7"/>
                <w:id w:val="410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84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85" w:edGrp="everyone"/>
            <w:sdt>
              <w:sdtPr>
                <w:alias w:val="Üstten AKTS 7"/>
                <w:tag w:val="Üstten AKTS 7"/>
                <w:id w:val="410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5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86" w:edGrp="everyone"/>
            <w:sdt>
              <w:sdtPr>
                <w:alias w:val="Üstten Şube 7"/>
                <w:tag w:val="Üstten Şube 7"/>
                <w:id w:val="410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6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87" w:edGrp="everyone"/>
            <w:sdt>
              <w:sdtPr>
                <w:alias w:val="Üstten Yarıyıl 7"/>
                <w:tag w:val="Üstten Yarıyıl 7"/>
                <w:id w:val="410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7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88" w:edGrp="everyone"/>
            <w:sdt>
              <w:sdtPr>
                <w:alias w:val="Üstten Z / S 7"/>
                <w:tag w:val="Üstten Z / S 7"/>
                <w:id w:val="4108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8"/>
          </w:p>
        </w:tc>
      </w:tr>
      <w:tr>
        <w:trPr>
          <w:trHeight w:val="351" w:hRule="atLeast"/>
          <w:cantSplit/>
        </w:trPr>
        <w:tc>
          <w:tcPr>
            <w:tcW w:type="dxa" w:w="5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89" w:edGrp="everyone"/>
            <w:sdt>
              <w:sdtPr>
                <w:alias w:val="Üstten Ders Kodu 8"/>
                <w:tag w:val="Üstten Ders Kodu 8"/>
                <w:id w:val="410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89"/>
          </w:p>
        </w:tc>
        <w:tc>
          <w:tcPr>
            <w:tcW w:type="dxa" w:w="3135"/>
            <w:vAlign w:val="center"/>
          </w:tcPr>
          <w:p>
            <w:pPr>
              <w:spacing w:before="0" w:after="0" w:line="240" w:lineRule="auto"/>
              <w:jc w:val="left"/>
            </w:pPr>
            <w:permStart w:id="90" w:edGrp="everyone"/>
            <w:sdt>
              <w:sdtPr>
                <w:alias w:val="Üstten Ders Adı 8"/>
                <w:tag w:val="Üstten Ders Adı 8"/>
                <w:id w:val="410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90"/>
          </w:p>
        </w:tc>
        <w:tc>
          <w:tcPr>
            <w:tcW w:type="dxa" w:w="1277"/>
            <w:vAlign w:val="center"/>
          </w:tcPr>
          <w:p>
            <w:pPr>
              <w:spacing w:before="0" w:after="0" w:line="240" w:lineRule="auto"/>
              <w:jc w:val="left"/>
            </w:pPr>
            <w:permStart w:id="91" w:edGrp="everyone"/>
            <w:sdt>
              <w:sdtPr>
                <w:alias w:val="Üstten T-U-L : Kredi 8"/>
                <w:tag w:val="Üstten T-U-L : Kredi 8"/>
                <w:id w:val="410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91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92" w:edGrp="everyone"/>
            <w:sdt>
              <w:sdtPr>
                <w:alias w:val="Üstten AKTS 8"/>
                <w:tag w:val="Üstten AKTS 8"/>
                <w:id w:val="410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"/>
          </w:p>
        </w:tc>
        <w:tc>
          <w:tcPr>
            <w:tcW w:type="dxa" w:w="755"/>
            <w:vAlign w:val="center"/>
          </w:tcPr>
          <w:p>
            <w:pPr>
              <w:spacing w:before="0" w:after="0" w:line="240" w:lineRule="auto"/>
              <w:jc w:val="left"/>
            </w:pPr>
            <w:permStart w:id="93" w:edGrp="everyone"/>
            <w:sdt>
              <w:sdtPr>
                <w:alias w:val="Üstten Şube 8"/>
                <w:tag w:val="Üstten Şube 8"/>
                <w:id w:val="410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94" w:edGrp="everyone"/>
            <w:sdt>
              <w:sdtPr>
                <w:alias w:val="Üstten Yarıyıl 8"/>
                <w:tag w:val="Üstten Yarıyıl 8"/>
                <w:id w:val="410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4"/>
          </w:p>
        </w:tc>
        <w:tc>
          <w:tcPr>
            <w:tcW w:type="dxa" w:w="929"/>
            <w:vAlign w:val="center"/>
          </w:tcPr>
          <w:p>
            <w:pPr>
              <w:spacing w:before="0" w:after="0" w:line="240" w:lineRule="auto"/>
              <w:jc w:val="left"/>
            </w:pPr>
            <w:permStart w:id="95" w:edGrp="everyone"/>
            <w:sdt>
              <w:sdtPr>
                <w:alias w:val="Üstten Z / S 8"/>
                <w:tag w:val="Üstten Z / S 8"/>
                <w:id w:val="41094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2551"/>
        <w:gridCol w:w="2267"/>
        <w:gridCol w:w="2551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Son İki Dönem ANO'su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96" w:edGrp="everyone"/>
            <w:sdt>
              <w:sdtPr>
                <w:alias w:val="1. dönem ANO"/>
                <w:tag w:val="1. dönem ANO"/>
                <w:id w:val="4109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</w:t>
                </w:r>
              </w:sdtContent>
            </w:sdt>
            <w:permEnd w:id="96"/>
            <w:r>
              <w:rPr>
                <w:sz w:val="18"/>
                <w:szCs w:val="18"/>
              </w:rPr>
              <w:t xml:space="preserve">   </w:t>
            </w:r>
            <w:permStart w:id="97" w:edGrp="everyone"/>
            <w:sdt>
              <w:sdtPr>
                <w:alias w:val="2. dönem ANO"/>
                <w:tag w:val="2. dönem ANO"/>
                <w:id w:val="410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</w:t>
                </w:r>
              </w:sdtContent>
            </w:sdt>
            <w:permEnd w:id="97"/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Toplam AKTS (alınan)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98" w:edGrp="everyone"/>
            <w:sdt>
              <w:sdtPr>
                <w:alias w:val="Toplam AKTS"/>
                <w:tag w:val="Toplam AKTS"/>
                <w:id w:val="410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9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99" w:edGrp="everyone"/>
            <w:sdt>
              <w:sdtPr>
                <w:alias w:val="Öğrenci Adı Soyadı"/>
                <w:tag w:val="Öğrenci Adı Soyadı"/>
                <w:id w:val="4109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99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00" w:edGrp="everyone"/>
            <w:sdt>
              <w:sdtPr>
                <w:alias w:val="Danışman Adı Soyadı"/>
                <w:tag w:val="Danışman Adı Soyadı"/>
                <w:id w:val="410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00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01" w:edGrp="everyone"/>
            <w:sdt>
              <w:sdtPr>
                <w:alias w:val="Bölüm Başkanı Adı Soyadı"/>
                <w:tag w:val="Bölüm Başkanı Adı Soyadı"/>
                <w:id w:val="4110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01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sz w:val="18"/>
          <w:szCs w:val="18"/>
        </w:rPr>
        <w:t xml:space="preserve">Öğrenci Bilgi Sistemine işlenmiştir. Öğrenci İşleri Sorumlu Memuru: </w:t>
      </w:r>
      <w:permStart w:id="102" w:edGrp="everyone"/>
      <w:sdt>
        <w:sdtPr>
          <w:alias w:val="Sorumlu memur"/>
          <w:tag w:val="Sorumlu memur"/>
          <w:id w:val="41101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      </w:t>
          </w:r>
        </w:sdtContent>
      </w:sdt>
      <w:permEnd w:id="102"/>
      <w:r>
        <w:rPr>
          <w:sz w:val="18"/>
          <w:szCs w:val="18"/>
        </w:rPr>
        <w:t xml:space="preserve">     İmza: ________________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İmzası eksik olan formlar geçersizdir.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HTMYO-OFRM-113  |  Üstten Ders Alma Başvuru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Üstten Ders Alma Başvuru Formu</dc:title>
  <dc:subject>HTMYO-OFRM-113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