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YAZ OKULU BAŞVURU DILEKÇESI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03" w:edGrp="everyone"/>
      <w:sdt>
        <w:sdtPr>
          <w:alias w:val="Tarih"/>
          <w:tag w:val="Tarih"/>
          <w:id w:val="41102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03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04" w:edGrp="everyone"/>
            <w:sdt>
              <w:sdtPr>
                <w:alias w:val="Adı Soyadı"/>
                <w:tag w:val="Adı Soyadı"/>
                <w:id w:val="4110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4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05" w:edGrp="everyone"/>
            <w:sdt>
              <w:sdtPr>
                <w:alias w:val="Öğrenci No"/>
                <w:tag w:val="Öğrenci No"/>
                <w:id w:val="4110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5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06" w:edGrp="everyone"/>
            <w:sdt>
              <w:sdtPr>
                <w:alias w:val="Bölüm / Program"/>
                <w:tag w:val="Bölüm / Program"/>
                <w:id w:val="4110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6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07" w:edGrp="everyone"/>
            <w:sdt>
              <w:sdtPr>
                <w:alias w:val="Sınıf"/>
                <w:tag w:val="Sınıf"/>
                <w:id w:val="41106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07"/>
            <w:r>
              <w:rPr>
                <w:sz w:val="18"/>
                <w:szCs w:val="18"/>
              </w:rPr>
              <w:t xml:space="preserve">  </w:t>
            </w:r>
            <w:permStart w:id="108" w:edGrp="everyone"/>
            <w:sdt>
              <w:sdtPr>
                <w:alias w:val="Şube"/>
                <w:tag w:val="Şube"/>
                <w:id w:val="41107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08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09" w:edGrp="everyone"/>
            <w:sdt>
              <w:sdtPr>
                <w:alias w:val="Telefon"/>
                <w:tag w:val="Telefon"/>
                <w:id w:val="4110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9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10" w:edGrp="everyone"/>
            <w:sdt>
              <w:sdtPr>
                <w:alias w:val="E-posta"/>
                <w:tag w:val="E-posta"/>
                <w:id w:val="4110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10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111" w:edGrp="everyone"/>
            <w:sdt>
              <w:sdtPr>
                <w:alias w:val="Adres"/>
                <w:tag w:val="Adres"/>
                <w:id w:val="4111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11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76" w:lineRule="auto"/>
        <w:ind w:firstLine="567"/>
        <w:jc w:val="both"/>
      </w:pPr>
      <w:r>
        <w:rPr>
          <w:sz w:val="21"/>
          <w:szCs w:val="21"/>
        </w:rPr>
        <w:t xml:space="preserve">Yüksekokulunuzun </w:t>
      </w:r>
      <w:permStart w:id="112" w:edGrp="everyone"/>
      <w:sdt>
        <w:sdtPr>
          <w:alias w:val="Bölüm / Program"/>
          <w:tag w:val="Bölüm / Program"/>
          <w:id w:val="41111"/>
          <w:showingPlcHdr/>
          <w:text/>
        </w:sdtPr>
        <w:sdtContent>
          <w:r>
            <w:rPr>
              <w:rStyle w:val="PlaceholderText"/>
              <w:sz w:val="21"/>
              <w:szCs w:val="21"/>
            </w:rPr>
            <w:t xml:space="preserve">               </w:t>
          </w:r>
        </w:sdtContent>
      </w:sdt>
      <w:permEnd w:id="112"/>
      <w:r>
        <w:rPr>
          <w:sz w:val="21"/>
          <w:szCs w:val="21"/>
        </w:rPr>
        <w:t xml:space="preserve"> programı </w:t>
      </w:r>
      <w:permStart w:id="113" w:edGrp="everyone"/>
      <w:sdt>
        <w:sdtPr>
          <w:alias w:val="Sınıf"/>
          <w:tag w:val="Sınıf"/>
          <w:id w:val="41112"/>
          <w:showingPlcHdr/>
          <w:text/>
        </w:sdtPr>
        <w:sdtContent>
          <w:r>
            <w:rPr>
              <w:rStyle w:val="PlaceholderText"/>
              <w:sz w:val="21"/>
              <w:szCs w:val="21"/>
            </w:rPr>
            <w:t xml:space="preserve">     </w:t>
          </w:r>
        </w:sdtContent>
      </w:sdt>
      <w:permEnd w:id="113"/>
      <w:r>
        <w:rPr>
          <w:sz w:val="21"/>
          <w:szCs w:val="21"/>
        </w:rPr>
        <w:t xml:space="preserve">. sınıf, </w:t>
      </w:r>
      <w:permStart w:id="114" w:edGrp="everyone"/>
      <w:sdt>
        <w:sdtPr>
          <w:alias w:val="Öğrenci no (yaz okulu)"/>
          <w:tag w:val="Öğrenci no (yaz okulu)"/>
          <w:id w:val="41113"/>
          <w:showingPlcHdr/>
          <w:text/>
        </w:sdtPr>
        <w:sdtContent>
          <w:r>
            <w:rPr>
              <w:rStyle w:val="PlaceholderText"/>
              <w:sz w:val="21"/>
              <w:szCs w:val="21"/>
            </w:rPr>
            <w:t xml:space="preserve">          </w:t>
          </w:r>
        </w:sdtContent>
      </w:sdt>
      <w:permEnd w:id="114"/>
      <w:r>
        <w:rPr>
          <w:sz w:val="21"/>
          <w:szCs w:val="21"/>
        </w:rPr>
        <w:t xml:space="preserve"> numaralı öğrencisiyim. Aşağıda belirtilen derslerimi yaz okulunda almak istiyorum. Beyan ettiğim bilgilerin doğruluğunu taahhüt ederim.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Alınacağı Üniversite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15" w:edGrp="everyone"/>
            <w:sdt>
              <w:sdtPr>
                <w:alias w:val="Üniversite"/>
                <w:tag w:val="Üniversite"/>
                <w:id w:val="4111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115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Fakülte / Yüksekokul / MYO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16" w:edGrp="everyone"/>
            <w:sdt>
              <w:sdtPr>
                <w:alias w:val="Birim"/>
                <w:tag w:val="Birim"/>
                <w:id w:val="4111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</w:t>
                </w:r>
              </w:sdtContent>
            </w:sdt>
            <w:permEnd w:id="116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17" w:edGrp="everyone"/>
            <w:sdt>
              <w:sdtPr>
                <w:alias w:val="Alınacağı bölüm"/>
                <w:tag w:val="Alınacağı bölüm"/>
                <w:id w:val="4111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</w:t>
                </w:r>
              </w:sdtContent>
            </w:sdt>
            <w:permEnd w:id="117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Yaz Okulu Dönemi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18" w:edGrp="everyone"/>
            <w:sdt>
              <w:sdtPr>
                <w:alias w:val="Yaz okulu yılı"/>
                <w:tag w:val="Yaz okulu yılı"/>
                <w:id w:val="41117"/>
                <w:text/>
              </w:sdtPr>
              <w:sdtContent>
                <w:r>
                  <w:rPr>
                    <w:sz w:val="18"/>
                    <w:szCs w:val="18"/>
                  </w:rPr>
                  <w:t xml:space="preserve">20__</w:t>
                </w:r>
              </w:sdtContent>
            </w:sdt>
            <w:permEnd w:id="118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YAZ OKULUNDA ALINACAK DERSLER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948"/>
        <w:gridCol w:w="1360"/>
        <w:gridCol w:w="3628"/>
        <w:gridCol w:w="1133"/>
      </w:tblGrid>
      <w:tr>
        <w:trPr>
          <w:trHeight w:val="396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29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Alınacak Ders (Kod, Ad)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Kredi / AKTS</w:t>
            </w:r>
          </w:p>
        </w:tc>
        <w:tc>
          <w:tcPr>
            <w:tcW w:type="dxa" w:w="362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Yüksekokulumuzdaki Karşılığı (Kod, Ad)</w:t>
            </w:r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Kredi / AKTS</w:t>
            </w:r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19" w:edGrp="everyone"/>
            <w:sdt>
              <w:sdtPr>
                <w:alias w:val="Yaz Alınacak Ders (Kod, Ad) 1"/>
                <w:tag w:val="Yaz Alınacak Ders (Kod, Ad) 1"/>
                <w:id w:val="411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1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20" w:edGrp="everyone"/>
            <w:sdt>
              <w:sdtPr>
                <w:alias w:val="Yaz Kredi / AKTS 1"/>
                <w:tag w:val="Yaz Kredi / AKTS 1"/>
                <w:id w:val="411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120"/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121" w:edGrp="everyone"/>
            <w:sdt>
              <w:sdtPr>
                <w:alias w:val="Yaz Yüksekokulumuzdaki Karşılığı (Kod, Ad) 1"/>
                <w:tag w:val="Yaz Yüksekokulumuzdaki Karşılığı (Kod, Ad) 1"/>
                <w:id w:val="4112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1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22" w:edGrp="everyone"/>
            <w:sdt>
              <w:sdtPr>
                <w:alias w:val="Yaz Kredi / AKTS 1"/>
                <w:tag w:val="Yaz Kredi / AKTS 1"/>
                <w:id w:val="411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122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23" w:edGrp="everyone"/>
            <w:sdt>
              <w:sdtPr>
                <w:alias w:val="Yaz Alınacak Ders (Kod, Ad) 2"/>
                <w:tag w:val="Yaz Alınacak Ders (Kod, Ad) 2"/>
                <w:id w:val="4112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24" w:edGrp="everyone"/>
            <w:sdt>
              <w:sdtPr>
                <w:alias w:val="Yaz Kredi / AKTS 2"/>
                <w:tag w:val="Yaz Kredi / AKTS 2"/>
                <w:id w:val="4112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124"/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125" w:edGrp="everyone"/>
            <w:sdt>
              <w:sdtPr>
                <w:alias w:val="Yaz Yüksekokulumuzdaki Karşılığı (Kod, Ad) 2"/>
                <w:tag w:val="Yaz Yüksekokulumuzdaki Karşılığı (Kod, Ad) 2"/>
                <w:id w:val="411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5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26" w:edGrp="everyone"/>
            <w:sdt>
              <w:sdtPr>
                <w:alias w:val="Yaz Kredi / AKTS 2"/>
                <w:tag w:val="Yaz Kredi / AKTS 2"/>
                <w:id w:val="4112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126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27" w:edGrp="everyone"/>
            <w:sdt>
              <w:sdtPr>
                <w:alias w:val="Yaz Alınacak Ders (Kod, Ad) 3"/>
                <w:tag w:val="Yaz Alınacak Ders (Kod, Ad) 3"/>
                <w:id w:val="4112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28" w:edGrp="everyone"/>
            <w:sdt>
              <w:sdtPr>
                <w:alias w:val="Yaz Kredi / AKTS 3"/>
                <w:tag w:val="Yaz Kredi / AKTS 3"/>
                <w:id w:val="4112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128"/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129" w:edGrp="everyone"/>
            <w:sdt>
              <w:sdtPr>
                <w:alias w:val="Yaz Yüksekokulumuzdaki Karşılığı (Kod, Ad) 3"/>
                <w:tag w:val="Yaz Yüksekokulumuzdaki Karşılığı (Kod, Ad) 3"/>
                <w:id w:val="4112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9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30" w:edGrp="everyone"/>
            <w:sdt>
              <w:sdtPr>
                <w:alias w:val="Yaz Kredi / AKTS 3"/>
                <w:tag w:val="Yaz Kredi / AKTS 3"/>
                <w:id w:val="4112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130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31" w:edGrp="everyone"/>
            <w:sdt>
              <w:sdtPr>
                <w:alias w:val="Yaz Alınacak Ders (Kod, Ad) 4"/>
                <w:tag w:val="Yaz Alınacak Ders (Kod, Ad) 4"/>
                <w:id w:val="411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1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32" w:edGrp="everyone"/>
            <w:sdt>
              <w:sdtPr>
                <w:alias w:val="Yaz Kredi / AKTS 4"/>
                <w:tag w:val="Yaz Kredi / AKTS 4"/>
                <w:id w:val="411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132"/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133" w:edGrp="everyone"/>
            <w:sdt>
              <w:sdtPr>
                <w:alias w:val="Yaz Yüksekokulumuzdaki Karşılığı (Kod, Ad) 4"/>
                <w:tag w:val="Yaz Yüksekokulumuzdaki Karşılığı (Kod, Ad) 4"/>
                <w:id w:val="4113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3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34" w:edGrp="everyone"/>
            <w:sdt>
              <w:sdtPr>
                <w:alias w:val="Yaz Kredi / AKTS 4"/>
                <w:tag w:val="Yaz Kredi / AKTS 4"/>
                <w:id w:val="4113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134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35" w:edGrp="everyone"/>
            <w:sdt>
              <w:sdtPr>
                <w:alias w:val="Yaz Alınacak Ders (Kod, Ad) 5"/>
                <w:tag w:val="Yaz Alınacak Ders (Kod, Ad) 5"/>
                <w:id w:val="411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5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36" w:edGrp="everyone"/>
            <w:sdt>
              <w:sdtPr>
                <w:alias w:val="Yaz Kredi / AKTS 5"/>
                <w:tag w:val="Yaz Kredi / AKTS 5"/>
                <w:id w:val="4113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136"/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137" w:edGrp="everyone"/>
            <w:sdt>
              <w:sdtPr>
                <w:alias w:val="Yaz Yüksekokulumuzdaki Karşılığı (Kod, Ad) 5"/>
                <w:tag w:val="Yaz Yüksekokulumuzdaki Karşılığı (Kod, Ad) 5"/>
                <w:id w:val="411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7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38" w:edGrp="everyone"/>
            <w:sdt>
              <w:sdtPr>
                <w:alias w:val="Yaz Kredi / AKTS 5"/>
                <w:tag w:val="Yaz Kredi / AKTS 5"/>
                <w:id w:val="4113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138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39" w:edGrp="everyone"/>
            <w:sdt>
              <w:sdtPr>
                <w:alias w:val="Yaz Alınacak Ders (Kod, Ad) 6"/>
                <w:tag w:val="Yaz Alınacak Ders (Kod, Ad) 6"/>
                <w:id w:val="4113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40" w:edGrp="everyone"/>
            <w:sdt>
              <w:sdtPr>
                <w:alias w:val="Yaz Kredi / AKTS 6"/>
                <w:tag w:val="Yaz Kredi / AKTS 6"/>
                <w:id w:val="4113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140"/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141" w:edGrp="everyone"/>
            <w:sdt>
              <w:sdtPr>
                <w:alias w:val="Yaz Yüksekokulumuzdaki Karşılığı (Kod, Ad) 6"/>
                <w:tag w:val="Yaz Yüksekokulumuzdaki Karşılığı (Kod, Ad) 6"/>
                <w:id w:val="4114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41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42" w:edGrp="everyone"/>
            <w:sdt>
              <w:sdtPr>
                <w:alias w:val="Yaz Kredi / AKTS 6"/>
                <w:tag w:val="Yaz Kredi / AKTS 6"/>
                <w:id w:val="4114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</w:t>
                </w:r>
              </w:sdtContent>
            </w:sdt>
            <w:permEnd w:id="142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267"/>
        <w:gridCol w:w="7370"/>
      </w:tblGrid>
      <w:tr>
        <w:trPr>
          <w:trHeight w:val="351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IBAN (öğrenci adına)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143" w:edGrp="everyone"/>
            <w:sdt>
              <w:sdtPr>
                <w:alias w:val="IBAN"/>
                <w:tag w:val="IBAN"/>
                <w:id w:val="4114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    </w:t>
                </w:r>
              </w:sdtContent>
            </w:sdt>
            <w:permEnd w:id="143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BÖLÜM BAŞKANI ONAYI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267"/>
        <w:gridCol w:w="7370"/>
      </w:tblGrid>
      <w:tr>
        <w:trPr>
          <w:trHeight w:val="453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Başkanı</w:t>
            </w:r>
          </w:p>
        </w:tc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permStart w:id="144" w:edGrp="everyone"/>
            <w:sdt>
              <w:sdtPr>
                <w:alias w:val="Bölüm başkanı"/>
                <w:tag w:val="Bölüm başkanı"/>
                <w:id w:val="4114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144"/>
            <w:r>
              <w:rPr>
                <w:sz w:val="18"/>
                <w:szCs w:val="18"/>
              </w:rPr>
              <w:t xml:space="preserve">     </w:t>
            </w:r>
            <w:permStart w:id="145" w:edGrp="everyone"/>
            <w:sdt>
              <w:sdtPr>
                <w:alias w:val="Onay tarihi"/>
                <w:tag w:val="Onay tarihi"/>
                <w:id w:val="4114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45"/>
            <w:r>
              <w:rPr>
                <w:sz w:val="18"/>
                <w:szCs w:val="18"/>
              </w:rPr>
              <w:t xml:space="preserve">     İmza: ________________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40" w:after="160" w:line="240" w:lineRule="auto"/>
        <w:ind w:firstLine="567"/>
        <w:jc w:val="left"/>
      </w:pPr>
      <w:r>
        <w:rPr>
          <w:sz w:val="21"/>
          <w:szCs w:val="21"/>
        </w:rPr>
        <w:t xml:space="preserve">Gereğini bilgilerinize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146" w:edGrp="everyone"/>
            <w:sdt>
              <w:sdtPr>
                <w:alias w:val="Öğrenci Adı Soyadı"/>
                <w:tag w:val="Öğrenci Adı Soyadı"/>
                <w:id w:val="41145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46"/>
          </w:p>
        </w:tc>
      </w:tr>
      <w:tr>
        <w:trPr>
          <w:trHeight w:val="90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EKLER</w:t>
      </w:r>
    </w:p>
    <w:p>
      <w:pPr>
        <w:spacing w:before="0" w:after="20" w:line="240" w:lineRule="auto"/>
        <w:jc w:val="left"/>
      </w:pPr>
      <w:permStart w:id="147" w:edGrp="everyone"/>
      <w:sdt>
        <w:sdtPr>
          <w:alias w:val="Ders kataloğu"/>
          <w:tag w:val="Ders kataloğu"/>
          <w:id w:val="411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147"/>
      <w:r>
        <w:rPr>
          <w:sz w:val="19"/>
          <w:szCs w:val="19"/>
        </w:rPr>
        <w:t xml:space="preserve"> Ders kataloğu   </w:t>
      </w:r>
    </w:p>
    <w:p>
      <w:pPr>
        <w:spacing w:before="0" w:after="20" w:line="240" w:lineRule="auto"/>
        <w:jc w:val="left"/>
      </w:pPr>
      <w:permStart w:id="148" w:edGrp="everyone"/>
      <w:sdt>
        <w:sdtPr>
          <w:alias w:val="Ders içeriği"/>
          <w:tag w:val="Ders içeriği"/>
          <w:id w:val="411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148"/>
      <w:r>
        <w:rPr>
          <w:sz w:val="19"/>
          <w:szCs w:val="19"/>
        </w:rPr>
        <w:t xml:space="preserve"> Ders içeriği  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HTMYO-OFRM-114  |  Yaz Okulu Başvuru Dilekçesi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HTMYO-OFRM-114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Yaz Okulu Başvuru Dilekçesi</dc:title>
  <dc:subject>HTMYO-OFRM-114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