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ÖĞRENCI BELGESI TALEP DILEKÇESI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49" w:edGrp="everyone"/>
      <w:sdt>
        <w:sdtPr>
          <w:alias w:val="Tarih"/>
          <w:tag w:val="Tarih"/>
          <w:id w:val="41148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49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3344"/>
        <w:gridCol w:w="1474"/>
        <w:gridCol w:w="3344"/>
      </w:tblGrid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0" w:edGrp="everyone"/>
            <w:sdt>
              <w:sdtPr>
                <w:alias w:val="Adı Soyadı"/>
                <w:tag w:val="Adı Soyadı"/>
                <w:id w:val="411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0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1" w:edGrp="everyone"/>
            <w:sdt>
              <w:sdtPr>
                <w:alias w:val="Öğrenci No"/>
                <w:tag w:val="Öğrenci No"/>
                <w:id w:val="4115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1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2" w:edGrp="everyone"/>
            <w:sdt>
              <w:sdtPr>
                <w:alias w:val="Bölüm / Program"/>
                <w:tag w:val="Bölüm / Program"/>
                <w:id w:val="4115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2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3" w:edGrp="everyone"/>
            <w:sdt>
              <w:sdtPr>
                <w:alias w:val="Sınıf"/>
                <w:tag w:val="Sınıf"/>
                <w:id w:val="41152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53"/>
            <w:r>
              <w:rPr>
                <w:sz w:val="18"/>
                <w:szCs w:val="18"/>
              </w:rPr>
              <w:t xml:space="preserve">  </w:t>
            </w:r>
            <w:permStart w:id="154" w:edGrp="everyone"/>
            <w:sdt>
              <w:sdtPr>
                <w:alias w:val="Şube"/>
                <w:tag w:val="Şube"/>
                <w:id w:val="41153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54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5" w:edGrp="everyone"/>
            <w:sdt>
              <w:sdtPr>
                <w:alias w:val="Telefon"/>
                <w:tag w:val="Telefon"/>
                <w:id w:val="4115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5"/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345"/>
            <w:vAlign w:val="center"/>
          </w:tcPr>
          <w:p>
            <w:pPr>
              <w:spacing w:before="0" w:after="0" w:line="240" w:lineRule="auto"/>
              <w:jc w:val="left"/>
            </w:pPr>
            <w:permStart w:id="156" w:edGrp="everyone"/>
            <w:sdt>
              <w:sdtPr>
                <w:alias w:val="E-posta"/>
                <w:tag w:val="E-posta"/>
                <w:id w:val="4115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6"/>
          </w:p>
        </w:tc>
      </w:tr>
      <w:tr>
        <w:trPr>
          <w:trHeight w:val="35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816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57" w:edGrp="everyone"/>
            <w:sdt>
              <w:sdtPr>
                <w:alias w:val="Adres"/>
                <w:tag w:val="Adres"/>
                <w:id w:val="411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57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Yüksekokulunuzun öğrencisiyim. </w:t>
      </w:r>
      <w:permStart w:id="158" w:edGrp="everyone"/>
      <w:sdt>
        <w:sdtPr>
          <w:alias w:val="Belge dili"/>
          <w:tag w:val="Belge dili"/>
          <w:id w:val="41157"/>
          <w:showingPlcHdr/>
          <w:dropDownList>
            <w:listItem w:displayText="Türkçe" w:value="Türkçe"/>
            <w:listItem w:displayText="İngilizce" w:value="İngilizce"/>
          </w:dropDownList>
        </w:sdtPr>
        <w:sdtContent>
          <w:r>
            <w:rPr>
              <w:rStyle w:val="PlaceholderText"/>
              <w:sz w:val="21"/>
              <w:szCs w:val="21"/>
            </w:rPr>
            <w:t xml:space="preserve">       </w:t>
          </w:r>
        </w:sdtContent>
      </w:sdt>
      <w:permEnd w:id="158"/>
      <w:r>
        <w:rPr>
          <w:sz w:val="21"/>
          <w:szCs w:val="21"/>
        </w:rPr>
        <w:t xml:space="preserve"> öğrenci belgesi almak istiyorum.</w:t>
      </w:r>
    </w:p>
    <w:p>
      <w:pPr>
        <w:spacing w:before="0" w:after="120" w:line="276" w:lineRule="auto"/>
        <w:ind w:firstLine="567"/>
        <w:jc w:val="both"/>
      </w:pPr>
      <w:r>
        <w:rPr>
          <w:b/>
          <w:bCs/>
          <w:sz w:val="21"/>
          <w:szCs w:val="21"/>
        </w:rPr>
        <w:t xml:space="preserve">Belgenin kullanılacağı yer: </w:t>
      </w:r>
      <w:permStart w:id="159" w:edGrp="everyone"/>
      <w:sdt>
        <w:sdtPr>
          <w:alias w:val="Belgenin kullanılacağı yer"/>
          <w:tag w:val="Belgenin kullanılacağı yer"/>
          <w:id w:val="41158"/>
          <w:showingPlcHdr/>
          <w:text/>
        </w:sdtPr>
        <w:sdtContent>
          <w:r>
            <w:rPr>
              <w:rStyle w:val="PlaceholderText"/>
              <w:sz w:val="21"/>
              <w:szCs w:val="21"/>
            </w:rPr>
            <w:t xml:space="preserve">                      </w:t>
          </w:r>
        </w:sdtContent>
      </w:sdt>
      <w:permEnd w:id="159"/>
    </w:p>
    <w:p>
      <w:pPr>
        <w:spacing w:before="40" w:after="160" w:line="240" w:lineRule="auto"/>
        <w:ind w:firstLine="567"/>
        <w:jc w:val="left"/>
      </w:pPr>
      <w:r>
        <w:rPr>
          <w:sz w:val="21"/>
          <w:szCs w:val="21"/>
        </w:rPr>
        <w:t xml:space="preserve">Gereğini bilgilerinize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160" w:edGrp="everyone"/>
            <w:sdt>
              <w:sdtPr>
                <w:alias w:val="Öğrenci Adı Soyadı"/>
                <w:tag w:val="Öğrenci Adı Soyadı"/>
                <w:id w:val="4115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60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HTMYO-OFRM-115  |  Öğrenci Belgesi Talep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HTMYO-OFRM-115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Belgesi Talep Dilekçesi</dc:title>
  <dc:subject>HTMYO-OFRM-115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