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ADRES BILGILERI GÜNCELLEME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61" w:edGrp="everyone"/>
      <w:sdt>
        <w:sdtPr>
          <w:alias w:val="Tarih"/>
          <w:tag w:val="Tarih"/>
          <w:id w:val="4116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61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2" w:edGrp="everyone"/>
            <w:sdt>
              <w:sdtPr>
                <w:alias w:val="Adı Soyadı"/>
                <w:tag w:val="Adı Soyadı"/>
                <w:id w:val="4116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3" w:edGrp="everyone"/>
            <w:sdt>
              <w:sdtPr>
                <w:alias w:val="Öğrenci No"/>
                <w:tag w:val="Öğrenci No"/>
                <w:id w:val="411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4" w:edGrp="everyone"/>
            <w:sdt>
              <w:sdtPr>
                <w:alias w:val="Bölüm / Program"/>
                <w:tag w:val="Bölüm / Program"/>
                <w:id w:val="411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Sınıf"/>
                <w:tag w:val="Sınıf"/>
                <w:id w:val="4116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5"/>
            <w:r>
              <w:rPr>
                <w:sz w:val="18"/>
                <w:szCs w:val="18"/>
              </w:rPr>
              <w:t xml:space="preserve">  </w:t>
            </w:r>
            <w:permStart w:id="166" w:edGrp="everyone"/>
            <w:sdt>
              <w:sdtPr>
                <w:alias w:val="Şube"/>
                <w:tag w:val="Şube"/>
                <w:id w:val="4116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Telefon"/>
                <w:tag w:val="Telefon"/>
                <w:id w:val="411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E-posta"/>
                <w:tag w:val="E-posta"/>
                <w:id w:val="411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69" w:edGrp="everyone"/>
            <w:sdt>
              <w:sdtPr>
                <w:alias w:val="Adres"/>
                <w:tag w:val="Adres"/>
                <w:id w:val="411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814"/>
        <w:gridCol w:w="3004"/>
      </w:tblGrid>
      <w:tr>
        <w:trPr>
          <w:trHeight w:val="68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Daimi İkamet Adresi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Daimi ikamet adresi"/>
                <w:tag w:val="Daimi ikamet adresi"/>
                <w:id w:val="4116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0"/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Öğrenim Görürken İkamet Ettiği Adres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Öğrenim görürken ikamet adresi"/>
                <w:tag w:val="Öğrenim görürken ikamet adresi"/>
                <w:id w:val="411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1"/>
          </w:p>
        </w:tc>
      </w:tr>
      <w:tr>
        <w:trPr>
          <w:trHeight w:val="68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Askerlik Şubesi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Askerlik şubesi"/>
                <w:tag w:val="Askerlik şubesi"/>
                <w:id w:val="411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2"/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Cep Telefonu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3" w:edGrp="everyone"/>
            <w:sdt>
              <w:sdtPr>
                <w:alias w:val="Cep telefonu 2"/>
                <w:tag w:val="Cep telefonu 2"/>
                <w:id w:val="411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3"/>
          </w:p>
        </w:tc>
      </w:tr>
    </w:tbl>
    <w:p>
      <w:pPr>
        <w:spacing w:before="0" w:after="0" w:line="80" w:lineRule="exact"/>
        <w:jc w:val="left"/>
      </w:pPr>
    </w:p>
    <w:p>
      <w:pPr>
        <w:spacing w:before="120" w:after="120" w:line="240" w:lineRule="auto"/>
        <w:jc w:val="both"/>
      </w:pPr>
      <w:r>
        <w:rPr>
          <w:sz w:val="20"/>
          <w:szCs w:val="20"/>
        </w:rPr>
        <w:t xml:space="preserve">Yüksekokulunuz tarafından şahsıma yapılacak tebligatlarda kullanılmak üzere yukarıda adres bilgilerimi belirtmiş ve güncellemiş bulunmaktayım.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74" w:edGrp="everyone"/>
            <w:sdt>
              <w:sdtPr>
                <w:alias w:val="Öğrenci Adı Soyadı"/>
                <w:tag w:val="Öğrenci Adı Soyadı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4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HTMYO-OFRM-116  |  Öğrenci Adres Bilgileri Güncelleme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Adres Bilgileri Güncelleme Formu</dc:title>
  <dc:subject>HTMYO-OFRM-116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