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KIMLIK KARTI YENILEME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47" w:edGrp="everyone"/>
      <w:sdt>
        <w:sdtPr>
          <w:alias w:val="Tarih"/>
          <w:tag w:val="Tarih"/>
          <w:id w:val="4124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4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Adı Soyadı"/>
                <w:tag w:val="Adı Soyadı"/>
                <w:id w:val="412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ğrenci No"/>
                <w:tag w:val="Öğrenci No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Bölüm / Program"/>
                <w:tag w:val="Bölüm / Program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Sınıf"/>
                <w:tag w:val="Sınıf"/>
                <w:id w:val="41250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1"/>
            <w:r>
              <w:rPr>
                <w:sz w:val="18"/>
                <w:szCs w:val="18"/>
              </w:rPr>
              <w:t xml:space="preserve">  </w:t>
            </w:r>
            <w:permStart w:id="252" w:edGrp="everyone"/>
            <w:sdt>
              <w:sdtPr>
                <w:alias w:val="Şube"/>
                <w:tag w:val="Şube"/>
                <w:id w:val="41251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Telefon"/>
                <w:tag w:val="Telefon"/>
                <w:id w:val="412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E-posta"/>
                <w:tag w:val="E-posta"/>
                <w:id w:val="412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Adres"/>
                <w:tag w:val="Adres"/>
                <w:id w:val="412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Öğrenci kimlik kartım </w:t>
      </w:r>
      <w:permStart w:id="256" w:edGrp="everyone"/>
      <w:sdt>
        <w:sdtPr>
          <w:alias w:val="Yenileme nedeni"/>
          <w:tag w:val="Yenileme nedeni"/>
          <w:id w:val="41255"/>
          <w:showingPlcHdr/>
          <w:dropDownList>
            <w:listItem w:displayText="yıpranmış" w:value="yıpranmış"/>
            <w:listItem w:displayText="bozulmuş" w:value="bozulmuş"/>
            <w:listItem w:displayText="bilgileri değişmiş" w:value="bilgileri değişmiş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256"/>
      <w:r>
        <w:rPr>
          <w:sz w:val="21"/>
          <w:szCs w:val="21"/>
        </w:rPr>
        <w:t xml:space="preserve"> olduğundan yeni öğrenci kimlik kartı almak istiyorum. Eski kimlik kartım ekte sunulmuştur.</w:t>
      </w:r>
    </w:p>
    <w:p>
      <w:pPr>
        <w:spacing w:before="0" w:after="120" w:line="276" w:lineRule="auto"/>
        <w:ind w:firstLine="567"/>
        <w:jc w:val="both"/>
      </w:pPr>
      <w:r>
        <w:rPr>
          <w:b/>
          <w:bCs/>
          <w:sz w:val="21"/>
          <w:szCs w:val="21"/>
        </w:rPr>
        <w:t xml:space="preserve">T.C. Kimlik No: </w:t>
      </w:r>
      <w:permStart w:id="257" w:edGrp="everyone"/>
      <w:sdt>
        <w:sdtPr>
          <w:alias w:val="TC kimlik no"/>
          <w:tag w:val="TC kimlik no"/>
          <w:id w:val="41256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</w:t>
          </w:r>
        </w:sdtContent>
      </w:sdt>
      <w:permEnd w:id="257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58" w:edGrp="everyone"/>
            <w:sdt>
              <w:sdtPr>
                <w:alias w:val="Öğrenci Adı Soyadı"/>
                <w:tag w:val="Öğrenci Adı Soyadı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58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59" w:edGrp="everyone"/>
      <w:sdt>
        <w:sdtPr>
          <w:alias w:val="Eski kimlik kartı"/>
          <w:tag w:val="Eski kimlik kartı"/>
          <w:id w:val="41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59"/>
      <w:r>
        <w:rPr>
          <w:sz w:val="19"/>
          <w:szCs w:val="19"/>
        </w:rPr>
        <w:t xml:space="preserve"> Eski kimlik kartı   </w:t>
      </w:r>
    </w:p>
    <w:p>
      <w:pPr>
        <w:spacing w:before="0" w:after="20" w:line="240" w:lineRule="auto"/>
        <w:jc w:val="left"/>
      </w:pPr>
      <w:permStart w:id="260" w:edGrp="everyone"/>
      <w:sdt>
        <w:sdtPr>
          <w:alias w:val="Nüfus cüzdanı veya kimlik fotokopisi"/>
          <w:tag w:val="Nüfus cüzdanı veya kimlik fotokopisi"/>
          <w:id w:val="41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60"/>
      <w:r>
        <w:rPr>
          <w:sz w:val="19"/>
          <w:szCs w:val="19"/>
        </w:rPr>
        <w:t xml:space="preserve"> Nüfus cüzdanı veya kimlik fotokopisi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HTMYO-OFRM-121  |  Öğrenci Kimlik Kartı Yenileme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HTMYO-OFRM-121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Kimlik Kartı Yenileme Dilekçesi</dc:title>
  <dc:subject>HTMYO-OFRM-121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