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TEK DERS SINAV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90" w:edGrp="everyone"/>
      <w:sdt>
        <w:sdtPr>
          <w:alias w:val="Tarih"/>
          <w:tag w:val="Tarih"/>
          <w:id w:val="41089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90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1" w:edGrp="everyone"/>
            <w:sdt>
              <w:sdtPr>
                <w:alias w:val="Adı Soyadı"/>
                <w:tag w:val="Adı Soyadı"/>
                <w:id w:val="410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1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2" w:edGrp="everyone"/>
            <w:sdt>
              <w:sdtPr>
                <w:alias w:val="Öğrenci No"/>
                <w:tag w:val="Öğrenci No"/>
                <w:id w:val="410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2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3" w:edGrp="everyone"/>
            <w:sdt>
              <w:sdtPr>
                <w:alias w:val="Bölüm / Program"/>
                <w:tag w:val="Bölüm / Program"/>
                <w:id w:val="4109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3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4" w:edGrp="everyone"/>
            <w:sdt>
              <w:sdtPr>
                <w:alias w:val="Sınıf"/>
                <w:tag w:val="Sınıf"/>
                <w:id w:val="41093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94"/>
            <w:r>
              <w:rPr>
                <w:sz w:val="18"/>
                <w:szCs w:val="18"/>
              </w:rPr>
              <w:t xml:space="preserve">  </w:t>
            </w:r>
            <w:permStart w:id="95" w:edGrp="everyone"/>
            <w:sdt>
              <w:sdtPr>
                <w:alias w:val="Şube"/>
                <w:tag w:val="Şube"/>
                <w:id w:val="41094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95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6" w:edGrp="everyone"/>
            <w:sdt>
              <w:sdtPr>
                <w:alias w:val="Telefon"/>
                <w:tag w:val="Telefon"/>
                <w:id w:val="4109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6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97" w:edGrp="everyone"/>
            <w:sdt>
              <w:sdtPr>
                <w:alias w:val="E-posta"/>
                <w:tag w:val="E-posta"/>
                <w:id w:val="410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7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98" w:edGrp="everyone"/>
            <w:sdt>
              <w:sdtPr>
                <w:alias w:val="Adres"/>
                <w:tag w:val="Adres"/>
                <w:id w:val="41097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8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Başarısız olduğum, aşağıda adı ve dönemi belirtilen dersin tek ders sınavına katılmak istiyorum.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2381"/>
        <w:gridCol w:w="1700"/>
        <w:gridCol w:w="4875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Yılı ve Dönemi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Kodu</w:t>
            </w:r>
          </w:p>
        </w:tc>
        <w:tc>
          <w:tcPr>
            <w:tcW w:type="dxa" w:w="4876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Tam Adı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99" w:edGrp="everyone"/>
            <w:sdt>
              <w:sdtPr>
                <w:alias w:val="Yıl / Dönem 1"/>
                <w:tag w:val="Yıl / Dönem 1"/>
                <w:id w:val="410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9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00" w:edGrp="everyone"/>
            <w:sdt>
              <w:sdtPr>
                <w:alias w:val="Kod 1"/>
                <w:tag w:val="Kod 1"/>
                <w:id w:val="4109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0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01" w:edGrp="everyone"/>
            <w:sdt>
              <w:sdtPr>
                <w:alias w:val="Ders adı 1"/>
                <w:tag w:val="Ders adı 1"/>
                <w:id w:val="4110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02" w:edGrp="everyone"/>
            <w:sdt>
              <w:sdtPr>
                <w:alias w:val="Yıl / Dönem 2"/>
                <w:tag w:val="Yıl / Dönem 2"/>
                <w:id w:val="411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03" w:edGrp="everyone"/>
            <w:sdt>
              <w:sdtPr>
                <w:alias w:val="Kod 2"/>
                <w:tag w:val="Kod 2"/>
                <w:id w:val="4110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3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04" w:edGrp="everyone"/>
            <w:sdt>
              <w:sdtPr>
                <w:alias w:val="Ders adı 2"/>
                <w:tag w:val="Ders adı 2"/>
                <w:id w:val="411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05" w:edGrp="everyone"/>
            <w:sdt>
              <w:sdtPr>
                <w:alias w:val="Yıl / Dönem 3"/>
                <w:tag w:val="Yıl / Dönem 3"/>
                <w:id w:val="4110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5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06" w:edGrp="everyone"/>
            <w:sdt>
              <w:sdtPr>
                <w:alias w:val="Kod 3"/>
                <w:tag w:val="Kod 3"/>
                <w:id w:val="411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6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07" w:edGrp="everyone"/>
            <w:sdt>
              <w:sdtPr>
                <w:alias w:val="Ders adı 3"/>
                <w:tag w:val="Ders adı 3"/>
                <w:id w:val="4110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7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08" w:edGrp="everyone"/>
            <w:sdt>
              <w:sdtPr>
                <w:alias w:val="Yıl / Dönem 4"/>
                <w:tag w:val="Yıl / Dönem 4"/>
                <w:id w:val="4110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8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09" w:edGrp="everyone"/>
            <w:sdt>
              <w:sdtPr>
                <w:alias w:val="Kod 4"/>
                <w:tag w:val="Kod 4"/>
                <w:id w:val="4110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9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10" w:edGrp="everyone"/>
            <w:sdt>
              <w:sdtPr>
                <w:alias w:val="Ders adı 4"/>
                <w:tag w:val="Ders adı 4"/>
                <w:id w:val="4110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11" w:edGrp="everyone"/>
            <w:sdt>
              <w:sdtPr>
                <w:alias w:val="Yıl / Dönem 5"/>
                <w:tag w:val="Yıl / Dönem 5"/>
                <w:id w:val="411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12" w:edGrp="everyone"/>
            <w:sdt>
              <w:sdtPr>
                <w:alias w:val="Kod 5"/>
                <w:tag w:val="Kod 5"/>
                <w:id w:val="4111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2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13" w:edGrp="everyone"/>
            <w:sdt>
              <w:sdtPr>
                <w:alias w:val="Ders adı 5"/>
                <w:tag w:val="Ders adı 5"/>
                <w:id w:val="411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3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5 dersten fazlası için devam sayfasını (sayfa 2) doldurunuz.</w:t>
      </w:r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114" w:edGrp="everyone"/>
            <w:sdt>
              <w:sdtPr>
                <w:alias w:val="Öğrenci Adı Soyadı"/>
                <w:tag w:val="Öğrenci Adı Soyadı"/>
                <w:id w:val="4111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14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115" w:edGrp="everyone"/>
      <w:sdt>
        <w:sdtPr>
          <w:alias w:val="Transkript"/>
          <w:tag w:val="Transkript"/>
          <w:id w:val="41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115"/>
      <w:r>
        <w:rPr>
          <w:sz w:val="19"/>
          <w:szCs w:val="19"/>
        </w:rPr>
        <w:t xml:space="preserve"> Transkript   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TEK DERS SINAV DILEKÇESI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Öğrenci: </w:t>
            </w:r>
            <w:permStart w:id="116" w:edGrp="everyone"/>
            <w:sdt>
              <w:sdtPr>
                <w:alias w:val="Devam öğrenci"/>
                <w:tag w:val="Devam öğrenci"/>
                <w:id w:val="4111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</w:t>
                </w:r>
              </w:sdtContent>
            </w:sdt>
            <w:permEnd w:id="116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117" w:edGrp="everyone"/>
            <w:sdt>
              <w:sdtPr>
                <w:alias w:val="Devam tarihi"/>
                <w:tag w:val="Devam tarihi"/>
                <w:id w:val="41116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05.10.2026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117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680"/>
        <w:gridCol w:w="2381"/>
        <w:gridCol w:w="1700"/>
        <w:gridCol w:w="4875"/>
      </w:tblGrid>
      <w:tr>
        <w:trPr>
          <w:trHeight w:val="351" w:hRule="atLeast"/>
          <w:cantSplit/>
        </w:trPr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Yılı ve Dönemi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Kodu</w:t>
            </w:r>
          </w:p>
        </w:tc>
        <w:tc>
          <w:tcPr>
            <w:tcW w:type="dxa" w:w="4876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Dersin Tam Adı</w:t>
            </w:r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18" w:edGrp="everyone"/>
            <w:sdt>
              <w:sdtPr>
                <w:alias w:val="Yıl / Dönem 6"/>
                <w:tag w:val="Yıl / Dönem 6"/>
                <w:id w:val="4111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8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19" w:edGrp="everyone"/>
            <w:sdt>
              <w:sdtPr>
                <w:alias w:val="Kod 6"/>
                <w:tag w:val="Kod 6"/>
                <w:id w:val="411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19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20" w:edGrp="everyone"/>
            <w:sdt>
              <w:sdtPr>
                <w:alias w:val="Ders adı 6"/>
                <w:tag w:val="Ders adı 6"/>
                <w:id w:val="411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21" w:edGrp="everyone"/>
            <w:sdt>
              <w:sdtPr>
                <w:alias w:val="Yıl / Dönem 7"/>
                <w:tag w:val="Yıl / Dönem 7"/>
                <w:id w:val="4112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22" w:edGrp="everyone"/>
            <w:sdt>
              <w:sdtPr>
                <w:alias w:val="Kod 7"/>
                <w:tag w:val="Kod 7"/>
                <w:id w:val="4112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2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23" w:edGrp="everyone"/>
            <w:sdt>
              <w:sdtPr>
                <w:alias w:val="Ders adı 7"/>
                <w:tag w:val="Ders adı 7"/>
                <w:id w:val="4112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24" w:edGrp="everyone"/>
            <w:sdt>
              <w:sdtPr>
                <w:alias w:val="Yıl / Dönem 8"/>
                <w:tag w:val="Yıl / Dönem 8"/>
                <w:id w:val="4112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4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25" w:edGrp="everyone"/>
            <w:sdt>
              <w:sdtPr>
                <w:alias w:val="Kod 8"/>
                <w:tag w:val="Kod 8"/>
                <w:id w:val="411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5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26" w:edGrp="everyone"/>
            <w:sdt>
              <w:sdtPr>
                <w:alias w:val="Ders adı 8"/>
                <w:tag w:val="Ders adı 8"/>
                <w:id w:val="411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27" w:edGrp="everyone"/>
            <w:sdt>
              <w:sdtPr>
                <w:alias w:val="Yıl / Dönem 9"/>
                <w:tag w:val="Yıl / Dönem 9"/>
                <w:id w:val="4112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7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28" w:edGrp="everyone"/>
            <w:sdt>
              <w:sdtPr>
                <w:alias w:val="Kod 9"/>
                <w:tag w:val="Kod 9"/>
                <w:id w:val="4112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8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29" w:edGrp="everyone"/>
            <w:sdt>
              <w:sdtPr>
                <w:alias w:val="Ders adı 9"/>
                <w:tag w:val="Ders adı 9"/>
                <w:id w:val="4112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30" w:edGrp="everyone"/>
            <w:sdt>
              <w:sdtPr>
                <w:alias w:val="Yıl / Dönem 10"/>
                <w:tag w:val="Yıl / Dönem 10"/>
                <w:id w:val="4112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0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31" w:edGrp="everyone"/>
            <w:sdt>
              <w:sdtPr>
                <w:alias w:val="Kod 10"/>
                <w:tag w:val="Kod 10"/>
                <w:id w:val="411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1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32" w:edGrp="everyone"/>
            <w:sdt>
              <w:sdtPr>
                <w:alias w:val="Ders adı 10"/>
                <w:tag w:val="Ders adı 10"/>
                <w:id w:val="411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2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33" w:edGrp="everyone"/>
            <w:sdt>
              <w:sdtPr>
                <w:alias w:val="Yıl / Dönem 11"/>
                <w:tag w:val="Yıl / Dönem 11"/>
                <w:id w:val="4113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3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34" w:edGrp="everyone"/>
            <w:sdt>
              <w:sdtPr>
                <w:alias w:val="Kod 11"/>
                <w:tag w:val="Kod 11"/>
                <w:id w:val="4113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4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35" w:edGrp="everyone"/>
            <w:sdt>
              <w:sdtPr>
                <w:alias w:val="Ders adı 11"/>
                <w:tag w:val="Ders adı 11"/>
                <w:id w:val="4113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5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36" w:edGrp="everyone"/>
            <w:sdt>
              <w:sdtPr>
                <w:alias w:val="Yıl / Dönem 12"/>
                <w:tag w:val="Yıl / Dönem 12"/>
                <w:id w:val="411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6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37" w:edGrp="everyone"/>
            <w:sdt>
              <w:sdtPr>
                <w:alias w:val="Kod 12"/>
                <w:tag w:val="Kod 12"/>
                <w:id w:val="411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7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38" w:edGrp="everyone"/>
            <w:sdt>
              <w:sdtPr>
                <w:alias w:val="Ders adı 12"/>
                <w:tag w:val="Ders adı 12"/>
                <w:id w:val="411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8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13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39" w:edGrp="everyone"/>
            <w:sdt>
              <w:sdtPr>
                <w:alias w:val="Yıl / Dönem 13"/>
                <w:tag w:val="Yıl / Dönem 13"/>
                <w:id w:val="4113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9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40" w:edGrp="everyone"/>
            <w:sdt>
              <w:sdtPr>
                <w:alias w:val="Kod 13"/>
                <w:tag w:val="Kod 13"/>
                <w:id w:val="411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0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41" w:edGrp="everyone"/>
            <w:sdt>
              <w:sdtPr>
                <w:alias w:val="Ders adı 13"/>
                <w:tag w:val="Ders adı 13"/>
                <w:id w:val="411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1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14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42" w:edGrp="everyone"/>
            <w:sdt>
              <w:sdtPr>
                <w:alias w:val="Yıl / Dönem 14"/>
                <w:tag w:val="Yıl / Dönem 14"/>
                <w:id w:val="4114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2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43" w:edGrp="everyone"/>
            <w:sdt>
              <w:sdtPr>
                <w:alias w:val="Kod 14"/>
                <w:tag w:val="Kod 14"/>
                <w:id w:val="411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3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44" w:edGrp="everyone"/>
            <w:sdt>
              <w:sdtPr>
                <w:alias w:val="Ders adı 14"/>
                <w:tag w:val="Ders adı 14"/>
                <w:id w:val="411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4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45" w:edGrp="everyone"/>
            <w:sdt>
              <w:sdtPr>
                <w:alias w:val="Yıl / Dönem 15"/>
                <w:tag w:val="Yıl / Dönem 15"/>
                <w:id w:val="411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5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46" w:edGrp="everyone"/>
            <w:sdt>
              <w:sdtPr>
                <w:alias w:val="Kod 15"/>
                <w:tag w:val="Kod 15"/>
                <w:id w:val="411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6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47" w:edGrp="everyone"/>
            <w:sdt>
              <w:sdtPr>
                <w:alias w:val="Ders adı 15"/>
                <w:tag w:val="Ders adı 15"/>
                <w:id w:val="411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7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16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48" w:edGrp="everyone"/>
            <w:sdt>
              <w:sdtPr>
                <w:alias w:val="Yıl / Dönem 16"/>
                <w:tag w:val="Yıl / Dönem 16"/>
                <w:id w:val="411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8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49" w:edGrp="everyone"/>
            <w:sdt>
              <w:sdtPr>
                <w:alias w:val="Kod 16"/>
                <w:tag w:val="Kod 16"/>
                <w:id w:val="4114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49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50" w:edGrp="everyone"/>
            <w:sdt>
              <w:sdtPr>
                <w:alias w:val="Ders adı 16"/>
                <w:tag w:val="Ders adı 16"/>
                <w:id w:val="4114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0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17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51" w:edGrp="everyone"/>
            <w:sdt>
              <w:sdtPr>
                <w:alias w:val="Yıl / Dönem 17"/>
                <w:tag w:val="Yıl / Dönem 17"/>
                <w:id w:val="4115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1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52" w:edGrp="everyone"/>
            <w:sdt>
              <w:sdtPr>
                <w:alias w:val="Kod 17"/>
                <w:tag w:val="Kod 17"/>
                <w:id w:val="4115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2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53" w:edGrp="everyone"/>
            <w:sdt>
              <w:sdtPr>
                <w:alias w:val="Ders adı 17"/>
                <w:tag w:val="Ders adı 17"/>
                <w:id w:val="4115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3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18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54" w:edGrp="everyone"/>
            <w:sdt>
              <w:sdtPr>
                <w:alias w:val="Yıl / Dönem 18"/>
                <w:tag w:val="Yıl / Dönem 18"/>
                <w:id w:val="4115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4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55" w:edGrp="everyone"/>
            <w:sdt>
              <w:sdtPr>
                <w:alias w:val="Kod 18"/>
                <w:tag w:val="Kod 18"/>
                <w:id w:val="411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5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56" w:edGrp="everyone"/>
            <w:sdt>
              <w:sdtPr>
                <w:alias w:val="Ders adı 18"/>
                <w:tag w:val="Ders adı 18"/>
                <w:id w:val="411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6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19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57" w:edGrp="everyone"/>
            <w:sdt>
              <w:sdtPr>
                <w:alias w:val="Yıl / Dönem 19"/>
                <w:tag w:val="Yıl / Dönem 19"/>
                <w:id w:val="4115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7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58" w:edGrp="everyone"/>
            <w:sdt>
              <w:sdtPr>
                <w:alias w:val="Kod 19"/>
                <w:tag w:val="Kod 19"/>
                <w:id w:val="4115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8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59" w:edGrp="everyone"/>
            <w:sdt>
              <w:sdtPr>
                <w:alias w:val="Ders adı 19"/>
                <w:tag w:val="Ders adı 19"/>
                <w:id w:val="4115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9"/>
          </w:p>
        </w:tc>
      </w:tr>
      <w:tr>
        <w:trPr>
          <w:trHeight w:val="351" w:hRule="atLeast"/>
          <w:cantSplit/>
        </w:trPr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type="dxa" w:w="2381"/>
            <w:vAlign w:val="center"/>
          </w:tcPr>
          <w:p>
            <w:pPr>
              <w:spacing w:before="0" w:after="0" w:line="240" w:lineRule="auto"/>
              <w:jc w:val="left"/>
            </w:pPr>
            <w:permStart w:id="160" w:edGrp="everyone"/>
            <w:sdt>
              <w:sdtPr>
                <w:alias w:val="Yıl / Dönem 20"/>
                <w:tag w:val="Yıl / Dönem 20"/>
                <w:id w:val="4115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0"/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61" w:edGrp="everyone"/>
            <w:sdt>
              <w:sdtPr>
                <w:alias w:val="Kod 20"/>
                <w:tag w:val="Kod 20"/>
                <w:id w:val="4116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1"/>
          </w:p>
        </w:tc>
        <w:tc>
          <w:tcPr>
            <w:tcW w:type="dxa" w:w="4876"/>
            <w:vAlign w:val="center"/>
          </w:tcPr>
          <w:p>
            <w:pPr>
              <w:spacing w:before="0" w:after="0" w:line="240" w:lineRule="auto"/>
              <w:jc w:val="left"/>
            </w:pPr>
            <w:permStart w:id="162" w:edGrp="everyone"/>
            <w:sdt>
              <w:sdtPr>
                <w:alias w:val="Ders adı 20"/>
                <w:tag w:val="Ders adı 20"/>
                <w:id w:val="4116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2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15 satır da yetmezse sayfa fotokopi ile çoğaltılabilir.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9638"/>
            <w:vAlign w:val="center"/>
          </w:tcPr>
          <w:p>
            <w:pPr>
              <w:spacing w:before="0" w:after="0" w:line="240" w:lineRule="auto"/>
              <w:jc w:val="center"/>
            </w:pPr>
            <w:permStart w:id="163" w:edGrp="everyone"/>
            <w:sdt>
              <w:sdtPr>
                <w:alias w:val="Öğrenci Adı Soyadı"/>
                <w:tag w:val="Öğrenci Adı Soyadı"/>
                <w:id w:val="4116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63"/>
          </w:p>
        </w:tc>
      </w:tr>
      <w:tr>
        <w:trPr>
          <w:trHeight w:val="85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HTMYO-OFRM-103  |  Tek Ders Sınav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 Ders Sınav Dilekçesi</dc:title>
  <dc:subject>HTMYO-OFRM-103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