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 SINAVI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64" w:edGrp="everyone"/>
      <w:sdt>
        <w:sdtPr>
          <w:alias w:val="Tarih"/>
          <w:tag w:val="Tarih"/>
          <w:id w:val="4116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64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5" w:edGrp="everyone"/>
            <w:sdt>
              <w:sdtPr>
                <w:alias w:val="Adı Soyadı"/>
                <w:tag w:val="Adı Soyadı"/>
                <w:id w:val="411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5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6" w:edGrp="everyone"/>
            <w:sdt>
              <w:sdtPr>
                <w:alias w:val="Öğrenci No"/>
                <w:tag w:val="Öğrenci No"/>
                <w:id w:val="411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7" w:edGrp="everyone"/>
            <w:sdt>
              <w:sdtPr>
                <w:alias w:val="Bölüm / Program"/>
                <w:tag w:val="Bölüm / Program"/>
                <w:id w:val="411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68" w:edGrp="everyone"/>
            <w:sdt>
              <w:sdtPr>
                <w:alias w:val="Sınıf"/>
                <w:tag w:val="Sınıf"/>
                <w:id w:val="41167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68"/>
            <w:r>
              <w:rPr>
                <w:sz w:val="18"/>
                <w:szCs w:val="18"/>
              </w:rPr>
              <w:t xml:space="preserve">  </w:t>
            </w:r>
            <w:permStart w:id="169" w:edGrp="everyone"/>
            <w:sdt>
              <w:sdtPr>
                <w:alias w:val="Şube"/>
                <w:tag w:val="Şube"/>
                <w:id w:val="41168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6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0" w:edGrp="everyone"/>
            <w:sdt>
              <w:sdtPr>
                <w:alias w:val="Telefon"/>
                <w:tag w:val="Telefon"/>
                <w:id w:val="411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71" w:edGrp="everyone"/>
            <w:sdt>
              <w:sdtPr>
                <w:alias w:val="E-posta"/>
                <w:tag w:val="E-posta"/>
                <w:id w:val="4117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1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72" w:edGrp="everyone"/>
            <w:sdt>
              <w:sdtPr>
                <w:alias w:val="Adres"/>
                <w:tag w:val="Adres"/>
                <w:id w:val="4117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Aşağıda belirtilen derslerin </w:t>
      </w:r>
      <w:permStart w:id="173" w:edGrp="everyone"/>
      <w:sdt>
        <w:sdtPr>
          <w:alias w:val="Sınav türü"/>
          <w:tag w:val="Sınav türü"/>
          <w:id w:val="41172"/>
          <w:showingPlcHdr/>
          <w:dropDownList>
            <w:listItem w:displayText="Vize" w:value="Vize"/>
            <w:listItem w:displayText="Final" w:value="Final"/>
            <w:listItem w:displayText="Bütünleme" w:value="Bütünleme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173"/>
      <w:r>
        <w:rPr>
          <w:sz w:val="21"/>
          <w:szCs w:val="21"/>
        </w:rPr>
        <w:t xml:space="preserve"> sınavına, ekte belgelendirdiğim mazeretimden dolayı giremedim. Bu derslerin mazeret sınavlarına katılmak istiyorum.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3968"/>
        <w:gridCol w:w="1814"/>
        <w:gridCol w:w="3174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74" w:edGrp="everyone"/>
            <w:sdt>
              <w:sdtPr>
                <w:alias w:val="Ders 1"/>
                <w:tag w:val="Ders 1"/>
                <w:id w:val="4117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5" w:edGrp="everyone"/>
            <w:sdt>
              <w:sdtPr>
                <w:alias w:val="Sınav tarihi 1"/>
                <w:tag w:val="Sınav tarihi 1"/>
                <w:id w:val="4117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7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76" w:edGrp="everyone"/>
            <w:sdt>
              <w:sdtPr>
                <w:alias w:val="Öğretim elemanı 1"/>
                <w:tag w:val="Öğretim elemanı 1"/>
                <w:id w:val="4117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77" w:edGrp="everyone"/>
            <w:sdt>
              <w:sdtPr>
                <w:alias w:val="Ders 2"/>
                <w:tag w:val="Ders 2"/>
                <w:id w:val="4117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8" w:edGrp="everyone"/>
            <w:sdt>
              <w:sdtPr>
                <w:alias w:val="Sınav tarihi 2"/>
                <w:tag w:val="Sınav tarihi 2"/>
                <w:id w:val="411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7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79" w:edGrp="everyone"/>
            <w:sdt>
              <w:sdtPr>
                <w:alias w:val="Öğretim elemanı 2"/>
                <w:tag w:val="Öğretim elemanı 2"/>
                <w:id w:val="411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0" w:edGrp="everyone"/>
            <w:sdt>
              <w:sdtPr>
                <w:alias w:val="Ders 3"/>
                <w:tag w:val="Ders 3"/>
                <w:id w:val="411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1" w:edGrp="everyone"/>
            <w:sdt>
              <w:sdtPr>
                <w:alias w:val="Sınav tarihi 3"/>
                <w:tag w:val="Sınav tarihi 3"/>
                <w:id w:val="4118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2" w:edGrp="everyone"/>
            <w:sdt>
              <w:sdtPr>
                <w:alias w:val="Öğretim elemanı 3"/>
                <w:tag w:val="Öğretim elemanı 3"/>
                <w:id w:val="4118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3" w:edGrp="everyone"/>
            <w:sdt>
              <w:sdtPr>
                <w:alias w:val="Ders 4"/>
                <w:tag w:val="Ders 4"/>
                <w:id w:val="411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4" w:edGrp="everyone"/>
            <w:sdt>
              <w:sdtPr>
                <w:alias w:val="Sınav tarihi 4"/>
                <w:tag w:val="Sınav tarihi 4"/>
                <w:id w:val="4118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5" w:edGrp="everyone"/>
            <w:sdt>
              <w:sdtPr>
                <w:alias w:val="Öğretim elemanı 4"/>
                <w:tag w:val="Öğretim elemanı 4"/>
                <w:id w:val="4118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6" w:edGrp="everyone"/>
            <w:sdt>
              <w:sdtPr>
                <w:alias w:val="Ders 5"/>
                <w:tag w:val="Ders 5"/>
                <w:id w:val="411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7" w:edGrp="everyone"/>
            <w:sdt>
              <w:sdtPr>
                <w:alias w:val="Sınav tarihi 5"/>
                <w:tag w:val="Sınav tarihi 5"/>
                <w:id w:val="411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8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88" w:edGrp="everyone"/>
            <w:sdt>
              <w:sdtPr>
                <w:alias w:val="Öğretim elemanı 5"/>
                <w:tag w:val="Öğretim elemanı 5"/>
                <w:id w:val="411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89" w:edGrp="everyone"/>
            <w:sdt>
              <w:sdtPr>
                <w:alias w:val="Ders 6"/>
                <w:tag w:val="Ders 6"/>
                <w:id w:val="411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0" w:edGrp="everyone"/>
            <w:sdt>
              <w:sdtPr>
                <w:alias w:val="Sınav tarihi 6"/>
                <w:tag w:val="Sınav tarihi 6"/>
                <w:id w:val="4118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1" w:edGrp="everyone"/>
            <w:sdt>
              <w:sdtPr>
                <w:alias w:val="Öğretim elemanı 6"/>
                <w:tag w:val="Öğretim elemanı 6"/>
                <w:id w:val="411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92" w:edGrp="everyone"/>
            <w:sdt>
              <w:sdtPr>
                <w:alias w:val="Ders 7"/>
                <w:tag w:val="Ders 7"/>
                <w:id w:val="411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3" w:edGrp="everyone"/>
            <w:sdt>
              <w:sdtPr>
                <w:alias w:val="Sınav tarihi 7"/>
                <w:tag w:val="Sınav tarihi 7"/>
                <w:id w:val="4119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4" w:edGrp="everyone"/>
            <w:sdt>
              <w:sdtPr>
                <w:alias w:val="Öğretim elemanı 7"/>
                <w:tag w:val="Öğretim elemanı 7"/>
                <w:id w:val="4119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95" w:edGrp="everyone"/>
            <w:sdt>
              <w:sdtPr>
                <w:alias w:val="Ders 8"/>
                <w:tag w:val="Ders 8"/>
                <w:id w:val="4119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6" w:edGrp="everyone"/>
            <w:sdt>
              <w:sdtPr>
                <w:alias w:val="Sınav tarihi 8"/>
                <w:tag w:val="Sınav tarihi 8"/>
                <w:id w:val="411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197" w:edGrp="everyone"/>
            <w:sdt>
              <w:sdtPr>
                <w:alias w:val="Öğretim elemanı 8"/>
                <w:tag w:val="Öğretim elemanı 8"/>
                <w:id w:val="411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7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8 dersten fazlası için devam sayfasını (sayfa 2) doldurunuz.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198" w:edGrp="everyone"/>
            <w:sdt>
              <w:sdtPr>
                <w:alias w:val="Öğrenci Adı Soyadı"/>
                <w:tag w:val="Öğrenci Adı Soyadı"/>
                <w:id w:val="4119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8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199" w:edGrp="everyone"/>
      <w:sdt>
        <w:sdtPr>
          <w:alias w:val="Mazeretini gösterir belge"/>
          <w:tag w:val="Mazeretini gösterir belge"/>
          <w:id w:val="41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199"/>
      <w:r>
        <w:rPr>
          <w:sz w:val="19"/>
          <w:szCs w:val="19"/>
        </w:rPr>
        <w:t xml:space="preserve"> Mazeretini gösterir belge   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MAZERET SINAVI DILEKÇESI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200" w:edGrp="everyone"/>
            <w:sdt>
              <w:sdtPr>
                <w:alias w:val="Devam öğrenci"/>
                <w:tag w:val="Devam öğrenci"/>
                <w:id w:val="411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20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201" w:edGrp="everyone"/>
            <w:sdt>
              <w:sdtPr>
                <w:alias w:val="Devam tarihi"/>
                <w:tag w:val="Devam tarihi"/>
                <w:id w:val="41200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05.10.2026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20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3968"/>
        <w:gridCol w:w="1814"/>
        <w:gridCol w:w="3174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2" w:edGrp="everyone"/>
            <w:sdt>
              <w:sdtPr>
                <w:alias w:val="Ders 9"/>
                <w:tag w:val="Ders 9"/>
                <w:id w:val="412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3" w:edGrp="everyone"/>
            <w:sdt>
              <w:sdtPr>
                <w:alias w:val="Sınav tarihi 9"/>
                <w:tag w:val="Sınav tarihi 9"/>
                <w:id w:val="412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04" w:edGrp="everyone"/>
            <w:sdt>
              <w:sdtPr>
                <w:alias w:val="Öğretim elemanı 9"/>
                <w:tag w:val="Öğretim elemanı 9"/>
                <w:id w:val="412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5" w:edGrp="everyone"/>
            <w:sdt>
              <w:sdtPr>
                <w:alias w:val="Ders 10"/>
                <w:tag w:val="Ders 10"/>
                <w:id w:val="412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6" w:edGrp="everyone"/>
            <w:sdt>
              <w:sdtPr>
                <w:alias w:val="Sınav tarihi 10"/>
                <w:tag w:val="Sınav tarihi 10"/>
                <w:id w:val="412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07" w:edGrp="everyone"/>
            <w:sdt>
              <w:sdtPr>
                <w:alias w:val="Öğretim elemanı 10"/>
                <w:tag w:val="Öğretim elemanı 10"/>
                <w:id w:val="412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08" w:edGrp="everyone"/>
            <w:sdt>
              <w:sdtPr>
                <w:alias w:val="Ders 11"/>
                <w:tag w:val="Ders 11"/>
                <w:id w:val="412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9" w:edGrp="everyone"/>
            <w:sdt>
              <w:sdtPr>
                <w:alias w:val="Sınav tarihi 11"/>
                <w:tag w:val="Sınav tarihi 11"/>
                <w:id w:val="4120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0" w:edGrp="everyone"/>
            <w:sdt>
              <w:sdtPr>
                <w:alias w:val="Öğretim elemanı 11"/>
                <w:tag w:val="Öğretim elemanı 11"/>
                <w:id w:val="412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1" w:edGrp="everyone"/>
            <w:sdt>
              <w:sdtPr>
                <w:alias w:val="Ders 12"/>
                <w:tag w:val="Ders 12"/>
                <w:id w:val="412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1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2" w:edGrp="everyone"/>
            <w:sdt>
              <w:sdtPr>
                <w:alias w:val="Sınav tarihi 12"/>
                <w:tag w:val="Sınav tarihi 12"/>
                <w:id w:val="412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2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3" w:edGrp="everyone"/>
            <w:sdt>
              <w:sdtPr>
                <w:alias w:val="Öğretim elemanı 12"/>
                <w:tag w:val="Öğretim elemanı 12"/>
                <w:id w:val="412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4" w:edGrp="everyone"/>
            <w:sdt>
              <w:sdtPr>
                <w:alias w:val="Ders 13"/>
                <w:tag w:val="Ders 13"/>
                <w:id w:val="4121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5" w:edGrp="everyone"/>
            <w:sdt>
              <w:sdtPr>
                <w:alias w:val="Sınav tarihi 13"/>
                <w:tag w:val="Sınav tarihi 13"/>
                <w:id w:val="4121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6" w:edGrp="everyone"/>
            <w:sdt>
              <w:sdtPr>
                <w:alias w:val="Öğretim elemanı 13"/>
                <w:tag w:val="Öğretim elemanı 13"/>
                <w:id w:val="412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17" w:edGrp="everyone"/>
            <w:sdt>
              <w:sdtPr>
                <w:alias w:val="Ders 14"/>
                <w:tag w:val="Ders 14"/>
                <w:id w:val="412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8" w:edGrp="everyone"/>
            <w:sdt>
              <w:sdtPr>
                <w:alias w:val="Sınav tarihi 14"/>
                <w:tag w:val="Sınav tarihi 14"/>
                <w:id w:val="412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19" w:edGrp="everyone"/>
            <w:sdt>
              <w:sdtPr>
                <w:alias w:val="Öğretim elemanı 14"/>
                <w:tag w:val="Öğretim elemanı 14"/>
                <w:id w:val="412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0" w:edGrp="everyone"/>
            <w:sdt>
              <w:sdtPr>
                <w:alias w:val="Ders 15"/>
                <w:tag w:val="Ders 15"/>
                <w:id w:val="412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1" w:edGrp="everyone"/>
            <w:sdt>
              <w:sdtPr>
                <w:alias w:val="Sınav tarihi 15"/>
                <w:tag w:val="Sınav tarihi 15"/>
                <w:id w:val="412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2" w:edGrp="everyone"/>
            <w:sdt>
              <w:sdtPr>
                <w:alias w:val="Öğretim elemanı 15"/>
                <w:tag w:val="Öğretim elemanı 15"/>
                <w:id w:val="412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3" w:edGrp="everyone"/>
            <w:sdt>
              <w:sdtPr>
                <w:alias w:val="Ders 16"/>
                <w:tag w:val="Ders 16"/>
                <w:id w:val="4122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4" w:edGrp="everyone"/>
            <w:sdt>
              <w:sdtPr>
                <w:alias w:val="Sınav tarihi 16"/>
                <w:tag w:val="Sınav tarihi 16"/>
                <w:id w:val="412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5" w:edGrp="everyone"/>
            <w:sdt>
              <w:sdtPr>
                <w:alias w:val="Öğretim elemanı 16"/>
                <w:tag w:val="Öğretim elemanı 16"/>
                <w:id w:val="412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6" w:edGrp="everyone"/>
            <w:sdt>
              <w:sdtPr>
                <w:alias w:val="Ders 17"/>
                <w:tag w:val="Ders 17"/>
                <w:id w:val="412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7" w:edGrp="everyone"/>
            <w:sdt>
              <w:sdtPr>
                <w:alias w:val="Sınav tarihi 17"/>
                <w:tag w:val="Sınav tarihi 17"/>
                <w:id w:val="4122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2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28" w:edGrp="everyone"/>
            <w:sdt>
              <w:sdtPr>
                <w:alias w:val="Öğretim elemanı 17"/>
                <w:tag w:val="Öğretim elemanı 17"/>
                <w:id w:val="4122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29" w:edGrp="everyone"/>
            <w:sdt>
              <w:sdtPr>
                <w:alias w:val="Ders 18"/>
                <w:tag w:val="Ders 18"/>
                <w:id w:val="4122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0" w:edGrp="everyone"/>
            <w:sdt>
              <w:sdtPr>
                <w:alias w:val="Sınav tarihi 18"/>
                <w:tag w:val="Sınav tarihi 18"/>
                <w:id w:val="412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1" w:edGrp="everyone"/>
            <w:sdt>
              <w:sdtPr>
                <w:alias w:val="Öğretim elemanı 18"/>
                <w:tag w:val="Öğretim elemanı 18"/>
                <w:id w:val="412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2" w:edGrp="everyone"/>
            <w:sdt>
              <w:sdtPr>
                <w:alias w:val="Ders 19"/>
                <w:tag w:val="Ders 19"/>
                <w:id w:val="412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2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3" w:edGrp="everyone"/>
            <w:sdt>
              <w:sdtPr>
                <w:alias w:val="Sınav tarihi 19"/>
                <w:tag w:val="Sınav tarihi 19"/>
                <w:id w:val="4123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4" w:edGrp="everyone"/>
            <w:sdt>
              <w:sdtPr>
                <w:alias w:val="Öğretim elemanı 19"/>
                <w:tag w:val="Öğretim elemanı 19"/>
                <w:id w:val="412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5" w:edGrp="everyone"/>
            <w:sdt>
              <w:sdtPr>
                <w:alias w:val="Ders 20"/>
                <w:tag w:val="Ders 20"/>
                <w:id w:val="412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6" w:edGrp="everyone"/>
            <w:sdt>
              <w:sdtPr>
                <w:alias w:val="Sınav tarihi 20"/>
                <w:tag w:val="Sınav tarihi 20"/>
                <w:id w:val="4123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6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37" w:edGrp="everyone"/>
            <w:sdt>
              <w:sdtPr>
                <w:alias w:val="Öğretim elemanı 20"/>
                <w:tag w:val="Öğretim elemanı 20"/>
                <w:id w:val="412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38" w:edGrp="everyone"/>
            <w:sdt>
              <w:sdtPr>
                <w:alias w:val="Ders 21"/>
                <w:tag w:val="Ders 21"/>
                <w:id w:val="412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8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9" w:edGrp="everyone"/>
            <w:sdt>
              <w:sdtPr>
                <w:alias w:val="Sınav tarihi 21"/>
                <w:tag w:val="Sınav tarihi 21"/>
                <w:id w:val="4123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3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0" w:edGrp="everyone"/>
            <w:sdt>
              <w:sdtPr>
                <w:alias w:val="Öğretim elemanı 21"/>
                <w:tag w:val="Öğretim elemanı 21"/>
                <w:id w:val="412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22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1" w:edGrp="everyone"/>
            <w:sdt>
              <w:sdtPr>
                <w:alias w:val="Ders 22"/>
                <w:tag w:val="Ders 22"/>
                <w:id w:val="412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1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2" w:edGrp="everyone"/>
            <w:sdt>
              <w:sdtPr>
                <w:alias w:val="Sınav tarihi 22"/>
                <w:tag w:val="Sınav tarihi 22"/>
                <w:id w:val="4124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2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3" w:edGrp="everyone"/>
            <w:sdt>
              <w:sdtPr>
                <w:alias w:val="Öğretim elemanı 22"/>
                <w:tag w:val="Öğretim elemanı 22"/>
                <w:id w:val="412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23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4" w:edGrp="everyone"/>
            <w:sdt>
              <w:sdtPr>
                <w:alias w:val="Ders 23"/>
                <w:tag w:val="Ders 23"/>
                <w:id w:val="412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4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5" w:edGrp="everyone"/>
            <w:sdt>
              <w:sdtPr>
                <w:alias w:val="Sınav tarihi 23"/>
                <w:tag w:val="Sınav tarihi 23"/>
                <w:id w:val="4124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6" w:edGrp="everyone"/>
            <w:sdt>
              <w:sdtPr>
                <w:alias w:val="Öğretim elemanı 23"/>
                <w:tag w:val="Öğretim elemanı 23"/>
                <w:id w:val="412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47" w:edGrp="everyone"/>
            <w:sdt>
              <w:sdtPr>
                <w:alias w:val="Ders 24"/>
                <w:tag w:val="Ders 24"/>
                <w:id w:val="412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48" w:edGrp="everyone"/>
            <w:sdt>
              <w:sdtPr>
                <w:alias w:val="Sınav tarihi 24"/>
                <w:tag w:val="Sınav tarihi 24"/>
                <w:id w:val="4124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48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49" w:edGrp="everyone"/>
            <w:sdt>
              <w:sdtPr>
                <w:alias w:val="Öğretim elemanı 24"/>
                <w:tag w:val="Öğretim elemanı 24"/>
                <w:id w:val="412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0" w:edGrp="everyone"/>
            <w:sdt>
              <w:sdtPr>
                <w:alias w:val="Ders 25"/>
                <w:tag w:val="Ders 25"/>
                <w:id w:val="412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0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1" w:edGrp="everyone"/>
            <w:sdt>
              <w:sdtPr>
                <w:alias w:val="Sınav tarihi 25"/>
                <w:tag w:val="Sınav tarihi 25"/>
                <w:id w:val="4125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2" w:edGrp="everyone"/>
            <w:sdt>
              <w:sdtPr>
                <w:alias w:val="Öğretim elemanı 25"/>
                <w:tag w:val="Öğretim elemanı 25"/>
                <w:id w:val="412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26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3" w:edGrp="everyone"/>
            <w:sdt>
              <w:sdtPr>
                <w:alias w:val="Ders 26"/>
                <w:tag w:val="Ders 26"/>
                <w:id w:val="412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3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4" w:edGrp="everyone"/>
            <w:sdt>
              <w:sdtPr>
                <w:alias w:val="Sınav tarihi 26"/>
                <w:tag w:val="Sınav tarihi 26"/>
                <w:id w:val="412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4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5" w:edGrp="everyone"/>
            <w:sdt>
              <w:sdtPr>
                <w:alias w:val="Öğretim elemanı 26"/>
                <w:tag w:val="Öğretim elemanı 26"/>
                <w:id w:val="412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27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6" w:edGrp="everyone"/>
            <w:sdt>
              <w:sdtPr>
                <w:alias w:val="Ders 27"/>
                <w:tag w:val="Ders 27"/>
                <w:id w:val="412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6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57" w:edGrp="everyone"/>
            <w:sdt>
              <w:sdtPr>
                <w:alias w:val="Sınav tarihi 27"/>
                <w:tag w:val="Sınav tarihi 27"/>
                <w:id w:val="4125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5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58" w:edGrp="everyone"/>
            <w:sdt>
              <w:sdtPr>
                <w:alias w:val="Öğretim elemanı 27"/>
                <w:tag w:val="Öğretim elemanı 27"/>
                <w:id w:val="412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28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259" w:edGrp="everyone"/>
            <w:sdt>
              <w:sdtPr>
                <w:alias w:val="Ders 28"/>
                <w:tag w:val="Ders 28"/>
                <w:id w:val="412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9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60" w:edGrp="everyone"/>
            <w:sdt>
              <w:sdtPr>
                <w:alias w:val="Sınav tarihi 28"/>
                <w:tag w:val="Sınav tarihi 28"/>
                <w:id w:val="412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60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permStart w:id="261" w:edGrp="everyone"/>
            <w:sdt>
              <w:sdtPr>
                <w:alias w:val="Öğretim elemanı 28"/>
                <w:tag w:val="Öğretim elemanı 28"/>
                <w:id w:val="412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20 satır da yetmezse sayfa fotokopi ile çoğaltılabilir.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262" w:edGrp="everyone"/>
            <w:sdt>
              <w:sdtPr>
                <w:alias w:val="Öğrenci Adı Soyadı"/>
                <w:tag w:val="Öğrenci Adı Soyadı"/>
                <w:id w:val="4126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2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HTMYO-OFRM-104  |  Mazeret Sınavı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Sınavı Dilekçesi</dc:title>
  <dc:subject>HTMYO-OFRM-104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