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KAYIT SILME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72" w:edGrp="everyone"/>
      <w:sdt>
        <w:sdtPr>
          <w:alias w:val="Tarih"/>
          <w:tag w:val="Tarih"/>
          <w:id w:val="41071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72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3" w:edGrp="everyone"/>
            <w:sdt>
              <w:sdtPr>
                <w:alias w:val="Adı Soyadı"/>
                <w:tag w:val="Adı Soyadı"/>
                <w:id w:val="410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4" w:edGrp="everyone"/>
            <w:sdt>
              <w:sdtPr>
                <w:alias w:val="Öğrenci No"/>
                <w:tag w:val="Öğrenci No"/>
                <w:id w:val="4107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5" w:edGrp="everyone"/>
            <w:sdt>
              <w:sdtPr>
                <w:alias w:val="Bölüm / Program"/>
                <w:tag w:val="Bölüm / Program"/>
                <w:id w:val="4107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5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6" w:edGrp="everyone"/>
            <w:sdt>
              <w:sdtPr>
                <w:alias w:val="Sınıf"/>
                <w:tag w:val="Sınıf"/>
                <w:id w:val="41075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76"/>
            <w:r>
              <w:rPr>
                <w:sz w:val="18"/>
                <w:szCs w:val="18"/>
              </w:rPr>
              <w:t xml:space="preserve">  </w:t>
            </w:r>
            <w:permStart w:id="77" w:edGrp="everyone"/>
            <w:sdt>
              <w:sdtPr>
                <w:alias w:val="Şube"/>
                <w:tag w:val="Şube"/>
                <w:id w:val="41076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77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8" w:edGrp="everyone"/>
            <w:sdt>
              <w:sdtPr>
                <w:alias w:val="Telefon"/>
                <w:tag w:val="Telefon"/>
                <w:id w:val="4107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9" w:edGrp="everyone"/>
            <w:sdt>
              <w:sdtPr>
                <w:alias w:val="E-posta"/>
                <w:tag w:val="E-posta"/>
                <w:id w:val="410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80" w:edGrp="everyone"/>
            <w:sdt>
              <w:sdtPr>
                <w:alias w:val="Adres"/>
                <w:tag w:val="Adres"/>
                <w:id w:val="4107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0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Yüksekokulunuz öğrencisiyim. Kendi isteğimle kaydımı sildirmek istiyorum.</w:t>
      </w:r>
    </w:p>
    <w:p>
      <w:pPr>
        <w:keepNext/>
        <w:spacing w:before="40" w:after="60" w:line="240" w:lineRule="auto"/>
        <w:jc w:val="center"/>
      </w:pPr>
      <w:r>
        <w:rPr>
          <w:b/>
          <w:bCs/>
          <w:sz w:val="19"/>
          <w:szCs w:val="19"/>
        </w:rPr>
        <w:t xml:space="preserve">İLİŞİK KESME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514"/>
        <w:gridCol w:w="4308"/>
      </w:tblGrid>
      <w:tr>
        <w:trPr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Durum</w:t>
            </w:r>
          </w:p>
        </w:tc>
        <w:tc>
          <w:tcPr>
            <w:tcW w:type="dxa" w:w="430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Yetkilinin Adı Soyadı / İmza</w:t>
            </w:r>
          </w:p>
        </w:tc>
      </w:tr>
      <w:tr>
        <w:trPr>
          <w:trHeight w:val="623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MEDİKO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81" w:edGrp="everyone"/>
            <w:sdt>
              <w:sdtPr>
                <w:alias w:val="İlişiği kesilebilir"/>
                <w:tag w:val="İlişiği kesilebilir"/>
                <w:id w:val="4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1"/>
            <w:r>
              <w:rPr>
                <w:sz w:val="18"/>
                <w:szCs w:val="18"/>
              </w:rPr>
              <w:t xml:space="preserve"> İlişiği kesilebilir   </w:t>
            </w:r>
          </w:p>
          <w:p>
            <w:pPr>
              <w:spacing w:before="0" w:after="0" w:line="240" w:lineRule="auto"/>
              <w:jc w:val="left"/>
            </w:pPr>
            <w:permStart w:id="82" w:edGrp="everyone"/>
            <w:sdt>
              <w:sdtPr>
                <w:alias w:val="İlişiği kesilemez"/>
                <w:tag w:val="İlişiği kesilemez"/>
                <w:id w:val="4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2"/>
            <w:r>
              <w:rPr>
                <w:sz w:val="18"/>
                <w:szCs w:val="18"/>
              </w:rPr>
              <w:t xml:space="preserve"> İlişiği kesilemez   </w:t>
            </w:r>
          </w:p>
        </w:tc>
        <w:tc>
          <w:tcPr>
            <w:tcW w:type="dxa" w:w="4309"/>
            <w:vAlign w:val="center"/>
          </w:tcPr>
          <w:p>
            <w:pPr>
              <w:spacing w:before="0" w:after="0" w:line="240" w:lineRule="auto"/>
              <w:jc w:val="left"/>
            </w:pPr>
            <w:permStart w:id="83" w:edGrp="everyone"/>
            <w:sdt>
              <w:sdtPr>
                <w:alias w:val="Mediko yetkilisi"/>
                <w:tag w:val="Mediko yetkilisi"/>
                <w:id w:val="410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3"/>
          </w:p>
        </w:tc>
      </w:tr>
      <w:tr>
        <w:trPr>
          <w:trHeight w:val="623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KÜTÜPHANE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84" w:edGrp="everyone"/>
            <w:sdt>
              <w:sdtPr>
                <w:alias w:val="İlişiği kesilebilir"/>
                <w:tag w:val="İlişiği kesilebilir"/>
                <w:id w:val="4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4"/>
            <w:r>
              <w:rPr>
                <w:sz w:val="18"/>
                <w:szCs w:val="18"/>
              </w:rPr>
              <w:t xml:space="preserve"> İlişiği kesilebilir   </w:t>
            </w:r>
          </w:p>
          <w:p>
            <w:pPr>
              <w:spacing w:before="0" w:after="0" w:line="240" w:lineRule="auto"/>
              <w:jc w:val="left"/>
            </w:pPr>
            <w:permStart w:id="85" w:edGrp="everyone"/>
            <w:sdt>
              <w:sdtPr>
                <w:alias w:val="İlişiği kesilemez"/>
                <w:tag w:val="İlişiği kesilemez"/>
                <w:id w:val="4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5"/>
            <w:r>
              <w:rPr>
                <w:sz w:val="18"/>
                <w:szCs w:val="18"/>
              </w:rPr>
              <w:t xml:space="preserve"> İlişiği kesilemez   </w:t>
            </w:r>
          </w:p>
        </w:tc>
        <w:tc>
          <w:tcPr>
            <w:tcW w:type="dxa" w:w="4309"/>
            <w:vAlign w:val="center"/>
          </w:tcPr>
          <w:p>
            <w:pPr>
              <w:spacing w:before="0" w:after="0" w:line="240" w:lineRule="auto"/>
              <w:jc w:val="left"/>
            </w:pPr>
            <w:permStart w:id="86" w:edGrp="everyone"/>
            <w:sdt>
              <w:sdtPr>
                <w:alias w:val="Kütüphane yetkilisi"/>
                <w:tag w:val="Kütüphane yetkilisi"/>
                <w:id w:val="410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6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40" w:lineRule="auto"/>
        <w:jc w:val="left"/>
      </w:pPr>
      <w:permStart w:id="87" w:edGrp="everyone"/>
      <w:sdt>
        <w:sdtPr>
          <w:alias w:val="Lise diplomamın aslını elden aldım."/>
          <w:tag w:val="Lise diplomamın aslını elden aldım."/>
          <w:id w:val="41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7"/>
      <w:r>
        <w:rPr>
          <w:sz w:val="19"/>
          <w:szCs w:val="19"/>
        </w:rPr>
        <w:t xml:space="preserve"> Lise diplomamın aslını elden aldım.   </w:t>
      </w:r>
      <w:r>
        <w:rPr>
          <w:sz w:val="19"/>
          <w:szCs w:val="19"/>
        </w:rPr>
        <w:t xml:space="preserve">   Tarih: </w:t>
      </w:r>
      <w:permStart w:id="88" w:edGrp="everyone"/>
      <w:sdt>
        <w:sdtPr>
          <w:alias w:val="Diploma teslim tarihi"/>
          <w:tag w:val="Diploma teslim tarihi"/>
          <w:id w:val="41087"/>
        </w:sdtPr>
        <w:sdtContent>
          <w:r>
            <w:rPr>
              <w:sz w:val="19"/>
              <w:szCs w:val="19"/>
            </w:rPr>
            <w:fldChar w:fldCharType="begin"/>
          </w:r>
          <w:r>
            <w:rPr>
              <w:sz w:val="19"/>
              <w:szCs w:val="19"/>
            </w:rPr>
            <w:instrText xml:space="preserve"> DATE \@ "dd.MM.yyyy" </w:instrText>
          </w:r>
          <w:r>
            <w:rPr>
              <w:sz w:val="19"/>
              <w:szCs w:val="19"/>
            </w:rPr>
            <w:fldChar w:fldCharType="separate"/>
          </w:r>
          <w:r>
            <w:rPr>
              <w:sz w:val="19"/>
              <w:szCs w:val="19"/>
            </w:rPr>
            <w:t>05.10.2026</w:t>
          </w:r>
          <w:r>
            <w:rPr>
              <w:sz w:val="19"/>
              <w:szCs w:val="19"/>
            </w:rPr>
            <w:fldChar w:fldCharType="end"/>
          </w:r>
        </w:sdtContent>
      </w:sdt>
      <w:permEnd w:id="88"/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89" w:edGrp="everyone"/>
            <w:sdt>
              <w:sdtPr>
                <w:alias w:val="Öğrenci Adı Soyadı"/>
                <w:tag w:val="Öğrenci Adı Soyadı"/>
                <w:id w:val="4108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89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HTMYO-OFRM-102  |  Kayıt Silme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Silme Dilekçesi</dc:title>
  <dc:subject>HTMYO-OFRM-102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