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80" w:after="160" w:line="240" w:lineRule="auto"/>
        <w:jc w:val="center"/>
      </w:pPr>
      <w:r>
        <w:rPr>
          <w:b/>
          <w:bCs/>
          <w:sz w:val="28"/>
          <w:szCs w:val="28"/>
        </w:rPr>
        <w:t xml:space="preserve">ÜSTTEN DERS ALMA BAŞVURU FORMU</w:t>
      </w:r>
    </w:p>
    <w:p>
      <w:pPr>
        <w:spacing w:before="0" w:after="80" w:line="240" w:lineRule="auto"/>
        <w:jc w:val="right"/>
      </w:pPr>
      <w:r>
        <w:rPr>
          <w:b/>
          <w:bCs/>
          <w:sz w:val="20"/>
          <w:szCs w:val="20"/>
        </w:rPr>
        <w:t xml:space="preserve">Düzenleme Tarihi: </w:t>
      </w:r>
      <w:permStart w:id="444" w:edGrp="everyone"/>
      <w:sdt>
        <w:sdtPr>
          <w:alias w:val="Düzenleme Tarihi"/>
          <w:tag w:val="Düzenleme Tarihi"/>
          <w:id w:val="41443"/>
        </w:sdtPr>
        <w:sdtContent>
          <w:r>
            <w:rPr>
              <w:sz w:val="20"/>
              <w:szCs w:val="20"/>
            </w:rPr>
            <w:fldChar w:fldCharType="begin"/>
          </w:r>
          <w:r>
            <w:rPr>
              <w:sz w:val="20"/>
              <w:szCs w:val="20"/>
            </w:rPr>
            <w:instrText xml:space="preserve"> DATE \@ "dd.MM.yyyy" </w:instrText>
          </w:r>
          <w:r>
            <w:rPr>
              <w:sz w:val="20"/>
              <w:szCs w:val="20"/>
            </w:rPr>
            <w:fldChar w:fldCharType="separate"/>
          </w:r>
          <w:r>
            <w:rPr>
              <w:sz w:val="20"/>
              <w:szCs w:val="20"/>
            </w:rPr>
            <w:t>05.10.2026</w:t>
          </w:r>
          <w:r>
            <w:rPr>
              <w:sz w:val="20"/>
              <w:szCs w:val="20"/>
            </w:rPr>
            <w:fldChar w:fldCharType="end"/>
          </w:r>
        </w:sdtContent>
      </w:sdt>
      <w:permEnd w:id="444"/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700"/>
        <w:gridCol w:w="3118"/>
        <w:gridCol w:w="1700"/>
        <w:gridCol w:w="3118"/>
      </w:tblGrid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Adı Soyadı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5" w:edGrp="everyone"/>
            <w:sdt>
              <w:sdtPr>
                <w:alias w:val="Öğrenci Adı Soyadı"/>
                <w:tag w:val="Öğrenci Adı Soyadı"/>
                <w:id w:val="41444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5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Öğrenci No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6" w:edGrp="everyone"/>
            <w:sdt>
              <w:sdtPr>
                <w:alias w:val="Öğrenci No"/>
                <w:tag w:val="Öğrenci No"/>
                <w:id w:val="41445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6"/>
          </w:p>
        </w:tc>
      </w:tr>
      <w:tr>
        <w:trPr>
          <w:trHeight w:val="351" w:hRule="atLeast"/>
          <w:cantSplit/>
        </w:trPr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Danışmanı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7" w:edGrp="everyone"/>
            <w:sdt>
              <w:sdtPr>
                <w:alias w:val="Danışman"/>
                <w:tag w:val="Danışman"/>
                <w:id w:val="4144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7"/>
          </w:p>
        </w:tc>
        <w:tc>
          <w:tcPr>
            <w:tcW w:type="dxa" w:w="1701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Bölüm / Program</w:t>
            </w:r>
          </w:p>
        </w:tc>
        <w:tc>
          <w:tcPr>
            <w:tcW w:type="dxa" w:w="3118"/>
            <w:vAlign w:val="center"/>
          </w:tcPr>
          <w:p>
            <w:pPr>
              <w:spacing w:before="0" w:after="0" w:line="240" w:lineRule="auto"/>
              <w:jc w:val="left"/>
            </w:pPr>
            <w:permStart w:id="448" w:edGrp="everyone"/>
            <w:sdt>
              <w:sdtPr>
                <w:alias w:val="Bölüm / Program"/>
                <w:tag w:val="Bölüm / Program"/>
                <w:id w:val="4144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             </w:t>
                </w:r>
              </w:sdtContent>
            </w:sdt>
            <w:permEnd w:id="448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120" w:line="240" w:lineRule="auto"/>
        <w:jc w:val="both"/>
      </w:pPr>
      <w:r>
        <w:rPr>
          <w:sz w:val="18"/>
          <w:szCs w:val="18"/>
        </w:rPr>
        <w:t xml:space="preserve">Başarı durumu yönetmelikte belirtilen koşulu sağlayan öğrenciler, danışmanlarının onayı ile üst yarıyıldan aşağıda belirtilen dersleri almak için başvurabilir. Alınacak dersler ve koşullar MAKÜ Ön Lisans ve Lisans Eğitim-Öğretim ve Sınav Yönetmeliği hükümlerine tabidir.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566"/>
        <w:gridCol w:w="1247"/>
        <w:gridCol w:w="3514"/>
        <w:gridCol w:w="1360"/>
        <w:gridCol w:w="680"/>
        <w:gridCol w:w="1360"/>
        <w:gridCol w:w="907"/>
      </w:tblGrid>
      <w:tr>
        <w:trPr>
          <w:trHeight w:val="340" w:hRule="atLeast"/>
          <w:cantSplit/>
        </w:trPr>
        <w:tc>
          <w:tcPr>
            <w:tcW w:type="dxa" w:w="56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Sıra</w:t>
            </w:r>
          </w:p>
        </w:tc>
        <w:tc>
          <w:tcPr>
            <w:tcW w:type="dxa" w:w="124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Kodu</w:t>
            </w:r>
          </w:p>
        </w:tc>
        <w:tc>
          <w:tcPr>
            <w:tcW w:type="dxa" w:w="3515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Ders Adı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T-U-L : Kredi</w:t>
            </w:r>
          </w:p>
        </w:tc>
        <w:tc>
          <w:tcPr>
            <w:tcW w:type="dxa" w:w="680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Şube</w:t>
            </w:r>
          </w:p>
        </w:tc>
        <w:tc>
          <w:tcPr>
            <w:tcW w:type="dxa" w:w="1361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Yarıyılı</w:t>
            </w:r>
          </w:p>
        </w:tc>
        <w:tc>
          <w:tcPr>
            <w:tcW w:type="dxa" w:w="907"/>
            <w:shd w:val="clear" w:color="auto" w:fill="ECE9F5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Z / S</w:t>
            </w:r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1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49" w:edGrp="everyone"/>
            <w:sdt>
              <w:sdtPr>
                <w:alias w:val="Ders kodu 1"/>
                <w:tag w:val="Ders kodu 1"/>
                <w:id w:val="4144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4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0" w:edGrp="everyone"/>
            <w:sdt>
              <w:sdtPr>
                <w:alias w:val="Ders adı 1"/>
                <w:tag w:val="Ders adı 1"/>
                <w:id w:val="4144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1" w:edGrp="everyone"/>
            <w:sdt>
              <w:sdtPr>
                <w:alias w:val="Kredi 1"/>
                <w:tag w:val="Kredi 1"/>
                <w:id w:val="4145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2" w:edGrp="everyone"/>
            <w:sdt>
              <w:sdtPr>
                <w:alias w:val="Şube 1"/>
                <w:tag w:val="Şube 1"/>
                <w:id w:val="4145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3" w:edGrp="everyone"/>
            <w:sdt>
              <w:sdtPr>
                <w:alias w:val="İşlem 1"/>
                <w:tag w:val="İşlem 1"/>
                <w:id w:val="4145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54" w:edGrp="everyone"/>
            <w:sdt>
              <w:sdtPr>
                <w:alias w:val="Z/S 1"/>
                <w:tag w:val="Z/S 1"/>
                <w:id w:val="4145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2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55" w:edGrp="everyone"/>
            <w:sdt>
              <w:sdtPr>
                <w:alias w:val="Ders kodu 2"/>
                <w:tag w:val="Ders kodu 2"/>
                <w:id w:val="4145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56" w:edGrp="everyone"/>
            <w:sdt>
              <w:sdtPr>
                <w:alias w:val="Ders adı 2"/>
                <w:tag w:val="Ders adı 2"/>
                <w:id w:val="4145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5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7" w:edGrp="everyone"/>
            <w:sdt>
              <w:sdtPr>
                <w:alias w:val="Kredi 2"/>
                <w:tag w:val="Kredi 2"/>
                <w:id w:val="4145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58" w:edGrp="everyone"/>
            <w:sdt>
              <w:sdtPr>
                <w:alias w:val="Şube 2"/>
                <w:tag w:val="Şube 2"/>
                <w:id w:val="4145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5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59" w:edGrp="everyone"/>
            <w:sdt>
              <w:sdtPr>
                <w:alias w:val="İşlem 2"/>
                <w:tag w:val="İşlem 2"/>
                <w:id w:val="4145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5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0" w:edGrp="everyone"/>
            <w:sdt>
              <w:sdtPr>
                <w:alias w:val="Z/S 2"/>
                <w:tag w:val="Z/S 2"/>
                <w:id w:val="4145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3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1" w:edGrp="everyone"/>
            <w:sdt>
              <w:sdtPr>
                <w:alias w:val="Ders kodu 3"/>
                <w:tag w:val="Ders kodu 3"/>
                <w:id w:val="4146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2" w:edGrp="everyone"/>
            <w:sdt>
              <w:sdtPr>
                <w:alias w:val="Ders adı 3"/>
                <w:tag w:val="Ders adı 3"/>
                <w:id w:val="4146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3" w:edGrp="everyone"/>
            <w:sdt>
              <w:sdtPr>
                <w:alias w:val="Kredi 3"/>
                <w:tag w:val="Kredi 3"/>
                <w:id w:val="4146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64" w:edGrp="everyone"/>
            <w:sdt>
              <w:sdtPr>
                <w:alias w:val="Şube 3"/>
                <w:tag w:val="Şube 3"/>
                <w:id w:val="4146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5" w:edGrp="everyone"/>
            <w:sdt>
              <w:sdtPr>
                <w:alias w:val="İşlem 3"/>
                <w:tag w:val="İşlem 3"/>
                <w:id w:val="4146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66" w:edGrp="everyone"/>
            <w:sdt>
              <w:sdtPr>
                <w:alias w:val="Z/S 3"/>
                <w:tag w:val="Z/S 3"/>
                <w:id w:val="4146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6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4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67" w:edGrp="everyone"/>
            <w:sdt>
              <w:sdtPr>
                <w:alias w:val="Ders kodu 4"/>
                <w:tag w:val="Ders kodu 4"/>
                <w:id w:val="4146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67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68" w:edGrp="everyone"/>
            <w:sdt>
              <w:sdtPr>
                <w:alias w:val="Ders adı 4"/>
                <w:tag w:val="Ders adı 4"/>
                <w:id w:val="4146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6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69" w:edGrp="everyone"/>
            <w:sdt>
              <w:sdtPr>
                <w:alias w:val="Kredi 4"/>
                <w:tag w:val="Kredi 4"/>
                <w:id w:val="4146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69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0" w:edGrp="everyone"/>
            <w:sdt>
              <w:sdtPr>
                <w:alias w:val="Şube 4"/>
                <w:tag w:val="Şube 4"/>
                <w:id w:val="4146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1" w:edGrp="everyone"/>
            <w:sdt>
              <w:sdtPr>
                <w:alias w:val="İşlem 4"/>
                <w:tag w:val="İşlem 4"/>
                <w:id w:val="41470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1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2" w:edGrp="everyone"/>
            <w:sdt>
              <w:sdtPr>
                <w:alias w:val="Z/S 4"/>
                <w:tag w:val="Z/S 4"/>
                <w:id w:val="41471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2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5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3" w:edGrp="everyone"/>
            <w:sdt>
              <w:sdtPr>
                <w:alias w:val="Ders kodu 5"/>
                <w:tag w:val="Ders kodu 5"/>
                <w:id w:val="4147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3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74" w:edGrp="everyone"/>
            <w:sdt>
              <w:sdtPr>
                <w:alias w:val="Ders adı 5"/>
                <w:tag w:val="Ders adı 5"/>
                <w:id w:val="4147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7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5" w:edGrp="everyone"/>
            <w:sdt>
              <w:sdtPr>
                <w:alias w:val="Kredi 5"/>
                <w:tag w:val="Kredi 5"/>
                <w:id w:val="4147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5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76" w:edGrp="everyone"/>
            <w:sdt>
              <w:sdtPr>
                <w:alias w:val="Şube 5"/>
                <w:tag w:val="Şube 5"/>
                <w:id w:val="4147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77" w:edGrp="everyone"/>
            <w:sdt>
              <w:sdtPr>
                <w:alias w:val="İşlem 5"/>
                <w:tag w:val="İşlem 5"/>
                <w:id w:val="41476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7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78" w:edGrp="everyone"/>
            <w:sdt>
              <w:sdtPr>
                <w:alias w:val="Z/S 5"/>
                <w:tag w:val="Z/S 5"/>
                <w:id w:val="41477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78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6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79" w:edGrp="everyone"/>
            <w:sdt>
              <w:sdtPr>
                <w:alias w:val="Ders kodu 6"/>
                <w:tag w:val="Ders kodu 6"/>
                <w:id w:val="41478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79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0" w:edGrp="everyone"/>
            <w:sdt>
              <w:sdtPr>
                <w:alias w:val="Ders adı 6"/>
                <w:tag w:val="Ders adı 6"/>
                <w:id w:val="41479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0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1" w:edGrp="everyone"/>
            <w:sdt>
              <w:sdtPr>
                <w:alias w:val="Kredi 6"/>
                <w:tag w:val="Kredi 6"/>
                <w:id w:val="4148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1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2" w:edGrp="everyone"/>
            <w:sdt>
              <w:sdtPr>
                <w:alias w:val="Şube 6"/>
                <w:tag w:val="Şube 6"/>
                <w:id w:val="4148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3" w:edGrp="everyone"/>
            <w:sdt>
              <w:sdtPr>
                <w:alias w:val="İşlem 6"/>
                <w:tag w:val="İşlem 6"/>
                <w:id w:val="41482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3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84" w:edGrp="everyone"/>
            <w:sdt>
              <w:sdtPr>
                <w:alias w:val="Z/S 6"/>
                <w:tag w:val="Z/S 6"/>
                <w:id w:val="41483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4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7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85" w:edGrp="everyone"/>
            <w:sdt>
              <w:sdtPr>
                <w:alias w:val="Ders kodu 7"/>
                <w:tag w:val="Ders kodu 7"/>
                <w:id w:val="41484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5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86" w:edGrp="everyone"/>
            <w:sdt>
              <w:sdtPr>
                <w:alias w:val="Ders adı 7"/>
                <w:tag w:val="Ders adı 7"/>
                <w:id w:val="41485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86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7" w:edGrp="everyone"/>
            <w:sdt>
              <w:sdtPr>
                <w:alias w:val="Kredi 7"/>
                <w:tag w:val="Kredi 7"/>
                <w:id w:val="41486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7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88" w:edGrp="everyone"/>
            <w:sdt>
              <w:sdtPr>
                <w:alias w:val="Şube 7"/>
                <w:tag w:val="Şube 7"/>
                <w:id w:val="41487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88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89" w:edGrp="everyone"/>
            <w:sdt>
              <w:sdtPr>
                <w:alias w:val="İşlem 7"/>
                <w:tag w:val="İşlem 7"/>
                <w:id w:val="41488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89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0" w:edGrp="everyone"/>
            <w:sdt>
              <w:sdtPr>
                <w:alias w:val="Z/S 7"/>
                <w:tag w:val="Z/S 7"/>
                <w:id w:val="41489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0"/>
          </w:p>
        </w:tc>
      </w:tr>
      <w:tr>
        <w:trPr>
          <w:trHeight w:val="340" w:hRule="atLeast"/>
          <w:cantSplit/>
        </w:trPr>
        <w:tc>
          <w:tcPr>
            <w:tcW w:type="dxa" w:w="567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sz w:val="17"/>
                <w:szCs w:val="17"/>
              </w:rPr>
              <w:t xml:space="preserve">8</w:t>
            </w:r>
          </w:p>
        </w:tc>
        <w:tc>
          <w:tcPr>
            <w:tcW w:type="dxa" w:w="1247"/>
            <w:vAlign w:val="center"/>
          </w:tcPr>
          <w:p>
            <w:pPr>
              <w:spacing w:before="0" w:after="0" w:line="240" w:lineRule="auto"/>
              <w:jc w:val="left"/>
            </w:pPr>
            <w:permStart w:id="491" w:edGrp="everyone"/>
            <w:sdt>
              <w:sdtPr>
                <w:alias w:val="Ders kodu 8"/>
                <w:tag w:val="Ders kodu 8"/>
                <w:id w:val="41490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1"/>
          </w:p>
        </w:tc>
        <w:tc>
          <w:tcPr>
            <w:tcW w:type="dxa" w:w="3515"/>
            <w:vAlign w:val="center"/>
          </w:tcPr>
          <w:p>
            <w:pPr>
              <w:spacing w:before="0" w:after="0" w:line="240" w:lineRule="auto"/>
              <w:jc w:val="left"/>
            </w:pPr>
            <w:permStart w:id="492" w:edGrp="everyone"/>
            <w:sdt>
              <w:sdtPr>
                <w:alias w:val="Ders adı 8"/>
                <w:tag w:val="Ders adı 8"/>
                <w:id w:val="41491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 </w:t>
                </w:r>
              </w:sdtContent>
            </w:sdt>
            <w:permEnd w:id="492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3" w:edGrp="everyone"/>
            <w:sdt>
              <w:sdtPr>
                <w:alias w:val="Kredi 8"/>
                <w:tag w:val="Kredi 8"/>
                <w:id w:val="41492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3"/>
          </w:p>
        </w:tc>
        <w:tc>
          <w:tcPr>
            <w:tcW w:type="dxa" w:w="680"/>
            <w:vAlign w:val="center"/>
          </w:tcPr>
          <w:p>
            <w:pPr>
              <w:spacing w:before="0" w:after="0" w:line="240" w:lineRule="auto"/>
              <w:jc w:val="left"/>
            </w:pPr>
            <w:permStart w:id="494" w:edGrp="everyone"/>
            <w:sdt>
              <w:sdtPr>
                <w:alias w:val="Şube 8"/>
                <w:tag w:val="Şube 8"/>
                <w:id w:val="41493"/>
                <w:showingPlcHdr/>
                <w:text/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</w:t>
                </w:r>
              </w:sdtContent>
            </w:sdt>
            <w:permEnd w:id="494"/>
          </w:p>
        </w:tc>
        <w:tc>
          <w:tcPr>
            <w:tcW w:type="dxa" w:w="1361"/>
            <w:vAlign w:val="center"/>
          </w:tcPr>
          <w:p>
            <w:pPr>
              <w:spacing w:before="0" w:after="0" w:line="240" w:lineRule="auto"/>
              <w:jc w:val="left"/>
            </w:pPr>
            <w:permStart w:id="495" w:edGrp="everyone"/>
            <w:sdt>
              <w:sdtPr>
                <w:alias w:val="İşlem 8"/>
                <w:tag w:val="İşlem 8"/>
                <w:id w:val="41494"/>
                <w:showingPlcHdr/>
                <w:dropDownList>
                  <w:listItem w:displayText="Eklenen" w:value="Eklenen"/>
                  <w:listItem w:displayText="Bırakılan" w:value="Bırakılan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5"/>
          </w:p>
        </w:tc>
        <w:tc>
          <w:tcPr>
            <w:tcW w:type="dxa" w:w="907"/>
            <w:vAlign w:val="center"/>
          </w:tcPr>
          <w:p>
            <w:pPr>
              <w:spacing w:before="0" w:after="0" w:line="240" w:lineRule="auto"/>
              <w:jc w:val="left"/>
            </w:pPr>
            <w:permStart w:id="496" w:edGrp="everyone"/>
            <w:sdt>
              <w:sdtPr>
                <w:alias w:val="Z/S 8"/>
                <w:tag w:val="Z/S 8"/>
                <w:id w:val="41495"/>
                <w:showingPlcHdr/>
                <w:dropDownList>
                  <w:listItem w:displayText="Z" w:value="Z"/>
                  <w:listItem w:displayText="S" w:value="S"/>
                </w:dropDownList>
              </w:sdtPr>
              <w:sdtContent>
                <w:r>
                  <w:rPr>
                    <w:rStyle w:val="PlaceholderText"/>
                    <w:sz w:val="17"/>
                    <w:szCs w:val="17"/>
                  </w:rPr>
                  <w:t xml:space="preserve">       </w:t>
                </w:r>
              </w:sdtContent>
            </w:sdt>
            <w:permEnd w:id="496"/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Z / S sütunu dersin Zorunlu (Z) veya Seçmeli (S) olduğunu belirtir. En fazla 8 ders yazılabilir. İmzası eksik olan formlar geçersizdir.</w:t>
      </w:r>
    </w:p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Sınıfı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Yarıyılı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AGNO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tbl>
      <w:tblPr>
        <w:tblLayout w:type="fixed"/>
        <w:tblLook w:firstColumn="1" w:firstRow="1" w:lastColumn="0" w:lastRow="0" w:noHBand="0" w:noVBand="1" w:val="04A0"/>
        <w:tblBorders>
          <w:top w:val="single" w:sz="4" w:space="0" w:color="7F7F7F"/>
          <w:left w:val="single" w:sz="4" w:space="0" w:color="7F7F7F"/>
          <w:bottom w:val="single" w:sz="4" w:space="0" w:color="7F7F7F"/>
          <w:right w:val="single" w:sz="4" w:space="0" w:color="7F7F7F"/>
          <w:insideH w:val="single" w:sz="4" w:space="0" w:color="7F7F7F"/>
          <w:insideV w:val="single" w:sz="4" w:space="0" w:color="7F7F7F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1133"/>
        <w:gridCol w:w="2267"/>
        <w:gridCol w:w="1133"/>
        <w:gridCol w:w="2267"/>
        <w:gridCol w:w="1133"/>
        <w:gridCol w:w="1700"/>
      </w:tblGrid>
      <w:tr>
        <w:trPr>
          <w:trHeight w:val="351" w:hRule="atLeast"/>
          <w:cantSplit/>
        </w:trPr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Kayıt Durumu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7" w:edGrp="everyone"/>
            <w:sdt>
              <w:sdtPr>
                <w:alias w:val="Sınıfı"/>
                <w:tag w:val="Sınıfı"/>
                <w:id w:val="41496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</w:t>
                </w:r>
              </w:sdtContent>
            </w:sdt>
            <w:permEnd w:id="497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1. Dönem ANO</w:t>
            </w:r>
          </w:p>
        </w:tc>
        <w:tc>
          <w:tcPr>
            <w:tcW w:type="dxa" w:w="2268"/>
            <w:vAlign w:val="center"/>
          </w:tcPr>
          <w:p>
            <w:pPr>
              <w:spacing w:before="0" w:after="0" w:line="240" w:lineRule="auto"/>
              <w:jc w:val="left"/>
            </w:pPr>
            <w:permStart w:id="498" w:edGrp="everyone"/>
            <w:sdt>
              <w:sdtPr>
                <w:alias w:val="Yarıyılı"/>
                <w:tag w:val="Yarıyılı"/>
                <w:id w:val="41497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   </w:t>
                </w:r>
              </w:sdtContent>
            </w:sdt>
            <w:permEnd w:id="498"/>
          </w:p>
        </w:tc>
        <w:tc>
          <w:tcPr>
            <w:tcW w:type="dxa" w:w="1134"/>
            <w:shd w:val="clear" w:color="auto" w:fill="ECE9F5"/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b/>
                <w:bCs/>
                <w:sz w:val="18"/>
                <w:szCs w:val="18"/>
              </w:rPr>
              <w:t xml:space="preserve">2. Dönem ANO</w:t>
            </w:r>
          </w:p>
        </w:tc>
        <w:tc>
          <w:tcPr>
            <w:tcW w:type="dxa" w:w="1701"/>
            <w:vAlign w:val="center"/>
          </w:tcPr>
          <w:p>
            <w:pPr>
              <w:spacing w:before="0" w:after="0" w:line="240" w:lineRule="auto"/>
              <w:jc w:val="left"/>
            </w:pPr>
            <w:permStart w:id="499" w:edGrp="everyone"/>
            <w:sdt>
              <w:sdtPr>
                <w:alias w:val="AGNO"/>
                <w:tag w:val="AGNO"/>
                <w:id w:val="41498"/>
                <w:showingPlcHdr/>
                <w:text/>
              </w:sdtPr>
              <w:sdtContent>
                <w:r>
                  <w:rPr>
                    <w:rStyle w:val="PlaceholderText"/>
                    <w:sz w:val="18"/>
                    <w:szCs w:val="18"/>
                  </w:rPr>
                  <w:t xml:space="preserve">    </w:t>
                </w:r>
              </w:sdtContent>
            </w:sdt>
            <w:permEnd w:id="499"/>
          </w:p>
        </w:tc>
      </w:tr>
    </w:tbl>
    <w:p>
      <w:pPr>
        <w:spacing w:before="0" w:after="0" w:line="80" w:lineRule="exact"/>
        <w:jc w:val="left"/>
      </w:pPr>
    </w:p>
    <w:tbl>
      <w:tblPr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25" w:type="dxa"/>
          <w:left w:w="70" w:type="dxa"/>
          <w:bottom w:w="25" w:type="dxa"/>
          <w:right w:w="70" w:type="dxa"/>
        </w:tblCellMar>
        <w:tblW w:w="9637" w:type="dxa"/>
      </w:tblPr>
      <w:tblGrid>
        <w:gridCol w:w="3212"/>
        <w:gridCol w:w="3212"/>
        <w:gridCol w:w="3212"/>
      </w:tblGrid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Öğrenci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Danışman</w:t>
            </w:r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Bölüm Başkanı</w:t>
            </w:r>
          </w:p>
        </w:tc>
      </w:tr>
      <w:tr>
        <w:trPr>
          <w:cantSplit/>
        </w:trPr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0" w:edGrp="everyone"/>
            <w:sdt>
              <w:sdtPr>
                <w:alias w:val="Öğrenci Adı Soyadı"/>
                <w:tag w:val="Öğrenci Adı Soyadı"/>
                <w:id w:val="41499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0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1" w:edGrp="everyone"/>
            <w:sdt>
              <w:sdtPr>
                <w:alias w:val="Danışman Adı Soyadı"/>
                <w:tag w:val="Danışman Adı Soyadı"/>
                <w:id w:val="41500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1"/>
          </w:p>
        </w:tc>
        <w:tc>
          <w:tcPr>
            <w:tcW w:type="dxa" w:w="3213"/>
            <w:vAlign w:val="center"/>
          </w:tcPr>
          <w:p>
            <w:pPr>
              <w:spacing w:before="0" w:after="0" w:line="240" w:lineRule="auto"/>
              <w:jc w:val="center"/>
            </w:pPr>
            <w:permStart w:id="502" w:edGrp="everyone"/>
            <w:sdt>
              <w:sdtPr>
                <w:alias w:val="Bölüm Başkanı Adı Soyadı"/>
                <w:tag w:val="Bölüm Başkanı Adı Soyadı"/>
                <w:id w:val="41501"/>
                <w:showingPlcHdr/>
                <w:text/>
              </w:sdtPr>
              <w:sdtContent>
                <w:r>
                  <w:rPr>
                    <w:rStyle w:val="PlaceholderText"/>
                    <w:sz w:val="19"/>
                    <w:szCs w:val="19"/>
                  </w:rPr>
                  <w:t xml:space="preserve">          </w:t>
                </w:r>
              </w:sdtContent>
            </w:sdt>
            <w:permEnd w:id="502"/>
          </w:p>
        </w:tc>
      </w:tr>
      <w:tr>
        <w:trPr>
          <w:trHeight w:val="850" w:hRule="atLeast"/>
          <w:cantSplit/>
        </w:trPr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  <w:tc>
          <w:tcPr>
            <w:tcW w:type="dxa" w:w="3213"/>
            <w:vAlign w:val="top"/>
          </w:tcPr>
          <w:p>
            <w:pPr>
              <w:spacing w:before="0" w:after="0" w:line="240" w:lineRule="auto"/>
              <w:jc w:val="center"/>
            </w:pPr>
            <w:r>
              <w:rPr>
                <w:i/>
                <w:iCs/>
                <w:color w:val="595959"/>
                <w:sz w:val="16"/>
                <w:szCs w:val="16"/>
              </w:rPr>
              <w:t xml:space="preserve">İmza</w:t>
            </w:r>
          </w:p>
        </w:tc>
      </w:tr>
    </w:tbl>
    <w:p>
      <w:pPr>
        <w:spacing w:before="0" w:after="0" w:line="80" w:lineRule="exact"/>
        <w:jc w:val="left"/>
      </w:pPr>
    </w:p>
    <w:p>
      <w:pPr>
        <w:spacing w:before="0" w:after="80" w:line="240" w:lineRule="auto"/>
        <w:jc w:val="left"/>
      </w:pPr>
      <w:r>
        <w:rPr>
          <w:sz w:val="18"/>
          <w:szCs w:val="18"/>
        </w:rPr>
        <w:t xml:space="preserve">Sorumlu Memur: </w:t>
      </w:r>
      <w:permStart w:id="503" w:edGrp="everyone"/>
      <w:sdt>
        <w:sdtPr>
          <w:alias w:val="Sorumlu Memur"/>
          <w:tag w:val="Sorumlu Memur"/>
          <w:id w:val="41502"/>
          <w:showingPlcHdr/>
          <w:text/>
        </w:sdtPr>
        <w:sdtContent>
          <w:r>
            <w:rPr>
              <w:rStyle w:val="PlaceholderText"/>
              <w:sz w:val="18"/>
              <w:szCs w:val="18"/>
            </w:rPr>
            <w:t xml:space="preserve">          </w:t>
          </w:r>
        </w:sdtContent>
      </w:sdt>
      <w:permEnd w:id="503"/>
      <w:r>
        <w:rPr>
          <w:sz w:val="18"/>
          <w:szCs w:val="18"/>
        </w:rPr>
        <w:t xml:space="preserve">     İmza: ________________</w:t>
      </w:r>
    </w:p>
    <w:p>
      <w:pPr>
        <w:spacing w:before="0" w:after="40" w:line="240" w:lineRule="auto"/>
        <w:jc w:val="both"/>
      </w:pPr>
      <w:r>
        <w:rPr>
          <w:i/>
          <w:iCs/>
          <w:color w:val="595959"/>
          <w:sz w:val="16"/>
          <w:szCs w:val="16"/>
        </w:rPr>
        <w:t xml:space="preserve">Form, danışman ve Bölüm Başkanı onayından sonra Öğrenci İşleri Bürosuna teslim edilir ve Öğrenci Bilgi Sistemine işlenir.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2211" w:right="1134" w:bottom="1247" w:left="1134" w:header="56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center"/>
      <w:pBdr>
        <w:top w:val="single" w:sz="4" w:space="3" w:color="A6A6A6"/>
      </w:pBdr>
    </w:pPr>
    <w:r>
      <w:rPr>
        <w:color w:val="7F7F7F"/>
        <w:sz w:val="15"/>
        <w:szCs w:val="15"/>
      </w:rPr>
      <w:t xml:space="preserve">HTMYO-OFRM-113  |  Üstten Ders Alma Başvuru Formu  |  HTMYO Kalite Yönetim Sistemi kapsamında kontrollü olarak yayımlanmıştır.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tbl>
    <w:tblPr>
      <w:tblLook w:firstColumn="1" w:firstRow="1" w:lastColumn="0" w:lastRow="0" w:noHBand="0" w:noVBand="1" w:val="04A0"/>
      <w:tblBorders>
        <w:top w:val="nil"/>
        <w:left w:val="nil"/>
        <w:bottom w:val="nil"/>
        <w:right w:val="nil"/>
        <w:insideH w:val="nil"/>
        <w:insideV w:val="nil"/>
      </w:tblBorders>
      <w:tblLayout w:type="fixed"/>
      <w:tblCellMar>
        <w:top w:w="25" w:type="dxa"/>
        <w:left w:w="70" w:type="dxa"/>
        <w:bottom w:w="25" w:type="dxa"/>
        <w:right w:w="70" w:type="dxa"/>
      </w:tblCellMar>
      <w:tblW w:w="9637" w:type="dxa"/>
    </w:tblPr>
    <w:tblGrid>
      <w:gridCol w:w="1360"/>
      <w:gridCol w:w="5442"/>
      <w:gridCol w:w="2834"/>
    </w:tblGrid>
    <w:tr>
      <w:tc>
        <w:tcPr>
          <w:tcW w:type="dxa" w:w="1361"/>
          <w:vAlign w:val="center"/>
        </w:tcPr>
        <w:p>
          <w:pPr>
            <w:spacing w:before="0" w:after="0" w:line="240" w:lineRule="auto"/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420171" cy="7740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logo_kirpik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20171" cy="7740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5443"/>
          <w:vAlign w:val="center"/>
        </w:tcPr>
        <w:p>
          <w:pPr>
            <w:spacing w:before="0" w:after="20" w:line="240" w:lineRule="auto"/>
            <w:jc w:val="left"/>
          </w:pPr>
          <w:r>
            <w:rPr>
              <w:sz w:val="18"/>
              <w:szCs w:val="18"/>
            </w:rPr>
            <w:t xml:space="preserve">T.C.</w:t>
          </w:r>
        </w:p>
        <w:p>
          <w:pPr>
            <w:spacing w:before="0" w:after="20" w:line="240" w:lineRule="auto"/>
            <w:jc w:val="left"/>
          </w:pPr>
          <w:r>
            <w:rPr>
              <w:b/>
              <w:bCs/>
              <w:sz w:val="22"/>
              <w:szCs w:val="22"/>
            </w:rPr>
            <w:t xml:space="preserve">BURDUR MEHMET AKİF ERSOY ÜNİVERSİTESİ</w:t>
          </w:r>
        </w:p>
        <w:p>
          <w:pPr>
            <w:spacing w:before="0" w:after="20" w:line="240" w:lineRule="auto"/>
            <w:jc w:val="left"/>
          </w:pPr>
          <w:r>
            <w:rPr>
              <w:sz w:val="19"/>
              <w:szCs w:val="19"/>
            </w:rPr>
            <w:t xml:space="preserve">Bucak Hikmet Tolunay Ulaştırma ve Lojistik Meslek Yüksekokulu</w:t>
          </w:r>
        </w:p>
      </w:tc>
      <w:tc>
        <w:tcPr>
          <w:tcW w:type="dxa" w:w="2835"/>
          <w:vAlign w:val="center"/>
        </w:tcPr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Doküman No: </w:t>
          </w:r>
          <w:r>
            <w:rPr>
              <w:b/>
              <w:bCs/>
              <w:sz w:val="16"/>
              <w:szCs w:val="16"/>
            </w:rPr>
            <w:t xml:space="preserve">HTMYO-OFRM-113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Yürürlük Tarihi: </w:t>
          </w:r>
          <w:r>
            <w:rPr>
              <w:b/>
              <w:bCs/>
              <w:sz w:val="16"/>
              <w:szCs w:val="16"/>
            </w:rPr>
            <w:t xml:space="preserve">07.10.2026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No: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Revizyon Tarihi: </w:t>
          </w:r>
          <w:r>
            <w:rPr>
              <w:b/>
              <w:bCs/>
              <w:sz w:val="16"/>
              <w:szCs w:val="16"/>
            </w:rPr>
            <w:t xml:space="preserve">-</w:t>
          </w:r>
        </w:p>
        <w:p>
          <w:pPr>
            <w:spacing w:before="0" w:after="0" w:line="240" w:lineRule="auto"/>
            <w:jc w:val="left"/>
          </w:pPr>
          <w:r>
            <w:rPr>
              <w:color w:val="595959"/>
              <w:sz w:val="16"/>
              <w:szCs w:val="16"/>
            </w:rPr>
            <w:t xml:space="preserve">Sayfa: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PAGE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  <w:r>
            <w:rPr>
              <w:color w:val="595959"/>
              <w:sz w:val="16"/>
              <w:szCs w:val="16"/>
            </w:rPr>
            <w:t xml:space="preserve"> / </w:t>
          </w:r>
          <w:r>
            <w:rPr>
              <w:color w:val="404040"/>
              <w:sz w:val="16"/>
              <w:szCs w:val="16"/>
            </w:rPr>
            <w:fldChar w:fldCharType="begin"/>
          </w:r>
          <w:r>
            <w:rPr>
              <w:color w:val="404040"/>
              <w:sz w:val="16"/>
              <w:szCs w:val="16"/>
            </w:rPr>
            <w:instrText xml:space="preserve"> NUMPAGES </w:instrText>
          </w:r>
          <w:r>
            <w:rPr>
              <w:color w:val="404040"/>
              <w:sz w:val="16"/>
              <w:szCs w:val="16"/>
            </w:rPr>
            <w:fldChar w:fldCharType="separate"/>
          </w:r>
          <w:r>
            <w:rPr>
              <w:color w:val="404040"/>
              <w:sz w:val="16"/>
              <w:szCs w:val="16"/>
            </w:rPr>
            <w:t>1</w:t>
          </w:r>
          <w:r>
            <w:rPr>
              <w:color w:val="404040"/>
              <w:sz w:val="16"/>
              <w:szCs w:val="16"/>
            </w:rPr>
            <w:fldChar w:fldCharType="end"/>
          </w:r>
        </w:p>
      </w:tc>
    </w:tr>
  </w:tbl>
  <w:p>
    <w:pPr>
      <w:pStyle w:val="Header"/>
      <w:spacing w:before="40" w:after="0" w:line="80" w:lineRule="exact"/>
      <w:jc w:val="left"/>
      <w:pBdr>
        <w:bottom w:val="single" w:sz="18" w:space="1" w:color="000000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documentProtection w:edit="readOnly" w:enforcement="1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0"/>
      <w:lang w:val="tr-TR" w:eastAsia="tr-TR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PlaceholderText">
    <w:name w:val="Placeholder Text"/>
    <w:rPr>
      <w:color w:val="80808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Üstten Ders Alma Başvuru Formu</dc:title>
  <dc:subject>HTMYO-OFRM-113</dc:subject>
  <dc:creator>BMAÜ HTMYO</dc:creator>
  <cp:keywords/>
  <dc:description>Yalnızca doldurulabilir alanlar düzenlenebilir. Satır eklemek için Gözden Geçir &gt; Düzenlemeyi Kısıtla &gt; Korumayı Durdur (parola yoktur).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