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MAZERETLI DERS KAYIT FORMU</w:t>
      </w:r>
    </w:p>
    <w:p>
      <w:pPr>
        <w:spacing w:before="0" w:after="80" w:line="240" w:lineRule="auto"/>
        <w:jc w:val="right"/>
      </w:pPr>
      <w:r>
        <w:rPr>
          <w:b/>
          <w:bCs/>
          <w:sz w:val="20"/>
          <w:szCs w:val="20"/>
        </w:rPr>
        <w:t xml:space="preserve">Düzenleme Tarihi: </w:t>
      </w:r>
      <w:permStart w:id="289" w:edGrp="everyone"/>
      <w:sdt>
        <w:sdtPr>
          <w:alias w:val="Düzenleme Tarihi"/>
          <w:tag w:val="Düzenleme Tarihi"/>
          <w:id w:val="41288"/>
        </w:sdtPr>
        <w:sdtContent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DATE \@ "dd.MM.yyyy"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>05.10.2026</w:t>
          </w:r>
          <w:r>
            <w:rPr>
              <w:sz w:val="20"/>
              <w:szCs w:val="20"/>
            </w:rPr>
            <w:fldChar w:fldCharType="end"/>
          </w:r>
        </w:sdtContent>
      </w:sdt>
      <w:permEnd w:id="289"/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Öğrenci Adı Soyadı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290" w:edGrp="everyone"/>
            <w:sdt>
              <w:sdtPr>
                <w:alias w:val="Öğrenci Adı Soyadı"/>
                <w:tag w:val="Öğrenci Adı Soyadı"/>
                <w:id w:val="4128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90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Öğrenci No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291" w:edGrp="everyone"/>
            <w:sdt>
              <w:sdtPr>
                <w:alias w:val="Öğrenci No"/>
                <w:tag w:val="Öğrenci No"/>
                <w:id w:val="4129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91"/>
          </w:p>
        </w:tc>
      </w:tr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Danışmanı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292" w:edGrp="everyone"/>
            <w:sdt>
              <w:sdtPr>
                <w:alias w:val="Danışman"/>
                <w:tag w:val="Danışman"/>
                <w:id w:val="4129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92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Bölüm / Program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293" w:edGrp="everyone"/>
            <w:sdt>
              <w:sdtPr>
                <w:alias w:val="Bölüm / Program"/>
                <w:tag w:val="Bölüm / Program"/>
                <w:id w:val="4129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93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"/>
        <w:gridCol w:w="1360"/>
        <w:gridCol w:w="4195"/>
        <w:gridCol w:w="1474"/>
        <w:gridCol w:w="793"/>
        <w:gridCol w:w="1247"/>
      </w:tblGrid>
      <w:tr>
        <w:trPr>
          <w:trHeight w:val="340" w:hRule="atLeast"/>
          <w:cantSplit/>
        </w:trPr>
        <w:tc>
          <w:tcPr>
            <w:tcW w:type="dxa" w:w="56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Sıra</w:t>
            </w:r>
          </w:p>
        </w:tc>
        <w:tc>
          <w:tcPr>
            <w:tcW w:type="dxa" w:w="1361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Ders Kodu</w:t>
            </w:r>
          </w:p>
        </w:tc>
        <w:tc>
          <w:tcPr>
            <w:tcW w:type="dxa" w:w="419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Ders Adı</w:t>
            </w:r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T-U-L : Kredi</w:t>
            </w:r>
          </w:p>
        </w:tc>
        <w:tc>
          <w:tcPr>
            <w:tcW w:type="dxa" w:w="79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Şube</w:t>
            </w:r>
          </w:p>
        </w:tc>
        <w:tc>
          <w:tcPr>
            <w:tcW w:type="dxa" w:w="124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Z / S</w:t>
            </w:r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294" w:edGrp="everyone"/>
            <w:sdt>
              <w:sdtPr>
                <w:alias w:val="Ders kodu 1"/>
                <w:tag w:val="Ders kodu 1"/>
                <w:id w:val="4129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94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295" w:edGrp="everyone"/>
            <w:sdt>
              <w:sdtPr>
                <w:alias w:val="Ders adı 1"/>
                <w:tag w:val="Ders adı 1"/>
                <w:id w:val="4129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295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296" w:edGrp="everyone"/>
            <w:sdt>
              <w:sdtPr>
                <w:alias w:val="Kredi 1"/>
                <w:tag w:val="Kredi 1"/>
                <w:id w:val="4129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296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left"/>
            </w:pPr>
            <w:permStart w:id="297" w:edGrp="everyone"/>
            <w:sdt>
              <w:sdtPr>
                <w:alias w:val="Şube 1"/>
                <w:tag w:val="Şube 1"/>
                <w:id w:val="4129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97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298" w:edGrp="everyone"/>
            <w:sdt>
              <w:sdtPr>
                <w:alias w:val="Z/S 1"/>
                <w:tag w:val="Z/S 1"/>
                <w:id w:val="41297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298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299" w:edGrp="everyone"/>
            <w:sdt>
              <w:sdtPr>
                <w:alias w:val="Ders kodu 2"/>
                <w:tag w:val="Ders kodu 2"/>
                <w:id w:val="4129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99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300" w:edGrp="everyone"/>
            <w:sdt>
              <w:sdtPr>
                <w:alias w:val="Ders adı 2"/>
                <w:tag w:val="Ders adı 2"/>
                <w:id w:val="4129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300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301" w:edGrp="everyone"/>
            <w:sdt>
              <w:sdtPr>
                <w:alias w:val="Kredi 2"/>
                <w:tag w:val="Kredi 2"/>
                <w:id w:val="4130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01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left"/>
            </w:pPr>
            <w:permStart w:id="302" w:edGrp="everyone"/>
            <w:sdt>
              <w:sdtPr>
                <w:alias w:val="Şube 2"/>
                <w:tag w:val="Şube 2"/>
                <w:id w:val="4130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302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303" w:edGrp="everyone"/>
            <w:sdt>
              <w:sdtPr>
                <w:alias w:val="Z/S 2"/>
                <w:tag w:val="Z/S 2"/>
                <w:id w:val="41302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03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304" w:edGrp="everyone"/>
            <w:sdt>
              <w:sdtPr>
                <w:alias w:val="Ders kodu 3"/>
                <w:tag w:val="Ders kodu 3"/>
                <w:id w:val="4130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304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305" w:edGrp="everyone"/>
            <w:sdt>
              <w:sdtPr>
                <w:alias w:val="Ders adı 3"/>
                <w:tag w:val="Ders adı 3"/>
                <w:id w:val="4130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305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306" w:edGrp="everyone"/>
            <w:sdt>
              <w:sdtPr>
                <w:alias w:val="Kredi 3"/>
                <w:tag w:val="Kredi 3"/>
                <w:id w:val="4130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06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left"/>
            </w:pPr>
            <w:permStart w:id="307" w:edGrp="everyone"/>
            <w:sdt>
              <w:sdtPr>
                <w:alias w:val="Şube 3"/>
                <w:tag w:val="Şube 3"/>
                <w:id w:val="4130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307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308" w:edGrp="everyone"/>
            <w:sdt>
              <w:sdtPr>
                <w:alias w:val="Z/S 3"/>
                <w:tag w:val="Z/S 3"/>
                <w:id w:val="41307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08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4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309" w:edGrp="everyone"/>
            <w:sdt>
              <w:sdtPr>
                <w:alias w:val="Ders kodu 4"/>
                <w:tag w:val="Ders kodu 4"/>
                <w:id w:val="4130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309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310" w:edGrp="everyone"/>
            <w:sdt>
              <w:sdtPr>
                <w:alias w:val="Ders adı 4"/>
                <w:tag w:val="Ders adı 4"/>
                <w:id w:val="4130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310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311" w:edGrp="everyone"/>
            <w:sdt>
              <w:sdtPr>
                <w:alias w:val="Kredi 4"/>
                <w:tag w:val="Kredi 4"/>
                <w:id w:val="4131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11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left"/>
            </w:pPr>
            <w:permStart w:id="312" w:edGrp="everyone"/>
            <w:sdt>
              <w:sdtPr>
                <w:alias w:val="Şube 4"/>
                <w:tag w:val="Şube 4"/>
                <w:id w:val="4131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312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313" w:edGrp="everyone"/>
            <w:sdt>
              <w:sdtPr>
                <w:alias w:val="Z/S 4"/>
                <w:tag w:val="Z/S 4"/>
                <w:id w:val="41312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13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5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314" w:edGrp="everyone"/>
            <w:sdt>
              <w:sdtPr>
                <w:alias w:val="Ders kodu 5"/>
                <w:tag w:val="Ders kodu 5"/>
                <w:id w:val="4131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314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315" w:edGrp="everyone"/>
            <w:sdt>
              <w:sdtPr>
                <w:alias w:val="Ders adı 5"/>
                <w:tag w:val="Ders adı 5"/>
                <w:id w:val="4131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315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316" w:edGrp="everyone"/>
            <w:sdt>
              <w:sdtPr>
                <w:alias w:val="Kredi 5"/>
                <w:tag w:val="Kredi 5"/>
                <w:id w:val="4131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16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left"/>
            </w:pPr>
            <w:permStart w:id="317" w:edGrp="everyone"/>
            <w:sdt>
              <w:sdtPr>
                <w:alias w:val="Şube 5"/>
                <w:tag w:val="Şube 5"/>
                <w:id w:val="4131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317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318" w:edGrp="everyone"/>
            <w:sdt>
              <w:sdtPr>
                <w:alias w:val="Z/S 5"/>
                <w:tag w:val="Z/S 5"/>
                <w:id w:val="41317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18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6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319" w:edGrp="everyone"/>
            <w:sdt>
              <w:sdtPr>
                <w:alias w:val="Ders kodu 6"/>
                <w:tag w:val="Ders kodu 6"/>
                <w:id w:val="4131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319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320" w:edGrp="everyone"/>
            <w:sdt>
              <w:sdtPr>
                <w:alias w:val="Ders adı 6"/>
                <w:tag w:val="Ders adı 6"/>
                <w:id w:val="4131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320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321" w:edGrp="everyone"/>
            <w:sdt>
              <w:sdtPr>
                <w:alias w:val="Kredi 6"/>
                <w:tag w:val="Kredi 6"/>
                <w:id w:val="4132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21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left"/>
            </w:pPr>
            <w:permStart w:id="322" w:edGrp="everyone"/>
            <w:sdt>
              <w:sdtPr>
                <w:alias w:val="Şube 6"/>
                <w:tag w:val="Şube 6"/>
                <w:id w:val="4132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322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323" w:edGrp="everyone"/>
            <w:sdt>
              <w:sdtPr>
                <w:alias w:val="Z/S 6"/>
                <w:tag w:val="Z/S 6"/>
                <w:id w:val="41322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23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7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324" w:edGrp="everyone"/>
            <w:sdt>
              <w:sdtPr>
                <w:alias w:val="Ders kodu 7"/>
                <w:tag w:val="Ders kodu 7"/>
                <w:id w:val="4132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324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325" w:edGrp="everyone"/>
            <w:sdt>
              <w:sdtPr>
                <w:alias w:val="Ders adı 7"/>
                <w:tag w:val="Ders adı 7"/>
                <w:id w:val="4132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325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326" w:edGrp="everyone"/>
            <w:sdt>
              <w:sdtPr>
                <w:alias w:val="Kredi 7"/>
                <w:tag w:val="Kredi 7"/>
                <w:id w:val="4132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26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left"/>
            </w:pPr>
            <w:permStart w:id="327" w:edGrp="everyone"/>
            <w:sdt>
              <w:sdtPr>
                <w:alias w:val="Şube 7"/>
                <w:tag w:val="Şube 7"/>
                <w:id w:val="4132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327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328" w:edGrp="everyone"/>
            <w:sdt>
              <w:sdtPr>
                <w:alias w:val="Z/S 7"/>
                <w:tag w:val="Z/S 7"/>
                <w:id w:val="41327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28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8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329" w:edGrp="everyone"/>
            <w:sdt>
              <w:sdtPr>
                <w:alias w:val="Ders kodu 8"/>
                <w:tag w:val="Ders kodu 8"/>
                <w:id w:val="4132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329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330" w:edGrp="everyone"/>
            <w:sdt>
              <w:sdtPr>
                <w:alias w:val="Ders adı 8"/>
                <w:tag w:val="Ders adı 8"/>
                <w:id w:val="4132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330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331" w:edGrp="everyone"/>
            <w:sdt>
              <w:sdtPr>
                <w:alias w:val="Kredi 8"/>
                <w:tag w:val="Kredi 8"/>
                <w:id w:val="4133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31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left"/>
            </w:pPr>
            <w:permStart w:id="332" w:edGrp="everyone"/>
            <w:sdt>
              <w:sdtPr>
                <w:alias w:val="Şube 8"/>
                <w:tag w:val="Şube 8"/>
                <w:id w:val="4133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332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333" w:edGrp="everyone"/>
            <w:sdt>
              <w:sdtPr>
                <w:alias w:val="Z/S 8"/>
                <w:tag w:val="Z/S 8"/>
                <w:id w:val="41332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33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9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334" w:edGrp="everyone"/>
            <w:sdt>
              <w:sdtPr>
                <w:alias w:val="Ders kodu 9"/>
                <w:tag w:val="Ders kodu 9"/>
                <w:id w:val="4133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334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335" w:edGrp="everyone"/>
            <w:sdt>
              <w:sdtPr>
                <w:alias w:val="Ders adı 9"/>
                <w:tag w:val="Ders adı 9"/>
                <w:id w:val="4133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335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336" w:edGrp="everyone"/>
            <w:sdt>
              <w:sdtPr>
                <w:alias w:val="Kredi 9"/>
                <w:tag w:val="Kredi 9"/>
                <w:id w:val="4133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36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left"/>
            </w:pPr>
            <w:permStart w:id="337" w:edGrp="everyone"/>
            <w:sdt>
              <w:sdtPr>
                <w:alias w:val="Şube 9"/>
                <w:tag w:val="Şube 9"/>
                <w:id w:val="4133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337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338" w:edGrp="everyone"/>
            <w:sdt>
              <w:sdtPr>
                <w:alias w:val="Z/S 9"/>
                <w:tag w:val="Z/S 9"/>
                <w:id w:val="41337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38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10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339" w:edGrp="everyone"/>
            <w:sdt>
              <w:sdtPr>
                <w:alias w:val="Ders kodu 10"/>
                <w:tag w:val="Ders kodu 10"/>
                <w:id w:val="4133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339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340" w:edGrp="everyone"/>
            <w:sdt>
              <w:sdtPr>
                <w:alias w:val="Ders adı 10"/>
                <w:tag w:val="Ders adı 10"/>
                <w:id w:val="4133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340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341" w:edGrp="everyone"/>
            <w:sdt>
              <w:sdtPr>
                <w:alias w:val="Kredi 10"/>
                <w:tag w:val="Kredi 10"/>
                <w:id w:val="4134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41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left"/>
            </w:pPr>
            <w:permStart w:id="342" w:edGrp="everyone"/>
            <w:sdt>
              <w:sdtPr>
                <w:alias w:val="Şube 10"/>
                <w:tag w:val="Şube 10"/>
                <w:id w:val="4134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342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343" w:edGrp="everyone"/>
            <w:sdt>
              <w:sdtPr>
                <w:alias w:val="Z/S 10"/>
                <w:tag w:val="Z/S 10"/>
                <w:id w:val="41342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43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11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344" w:edGrp="everyone"/>
            <w:sdt>
              <w:sdtPr>
                <w:alias w:val="Ders kodu 11"/>
                <w:tag w:val="Ders kodu 11"/>
                <w:id w:val="4134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344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345" w:edGrp="everyone"/>
            <w:sdt>
              <w:sdtPr>
                <w:alias w:val="Ders adı 11"/>
                <w:tag w:val="Ders adı 11"/>
                <w:id w:val="4134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345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346" w:edGrp="everyone"/>
            <w:sdt>
              <w:sdtPr>
                <w:alias w:val="Kredi 11"/>
                <w:tag w:val="Kredi 11"/>
                <w:id w:val="4134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46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left"/>
            </w:pPr>
            <w:permStart w:id="347" w:edGrp="everyone"/>
            <w:sdt>
              <w:sdtPr>
                <w:alias w:val="Şube 11"/>
                <w:tag w:val="Şube 11"/>
                <w:id w:val="4134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347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348" w:edGrp="everyone"/>
            <w:sdt>
              <w:sdtPr>
                <w:alias w:val="Z/S 11"/>
                <w:tag w:val="Z/S 11"/>
                <w:id w:val="41347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48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12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349" w:edGrp="everyone"/>
            <w:sdt>
              <w:sdtPr>
                <w:alias w:val="Ders kodu 12"/>
                <w:tag w:val="Ders kodu 12"/>
                <w:id w:val="4134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349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350" w:edGrp="everyone"/>
            <w:sdt>
              <w:sdtPr>
                <w:alias w:val="Ders adı 12"/>
                <w:tag w:val="Ders adı 12"/>
                <w:id w:val="4134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350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351" w:edGrp="everyone"/>
            <w:sdt>
              <w:sdtPr>
                <w:alias w:val="Kredi 12"/>
                <w:tag w:val="Kredi 12"/>
                <w:id w:val="4135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51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left"/>
            </w:pPr>
            <w:permStart w:id="352" w:edGrp="everyone"/>
            <w:sdt>
              <w:sdtPr>
                <w:alias w:val="Şube 12"/>
                <w:tag w:val="Şube 12"/>
                <w:id w:val="4135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352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353" w:edGrp="everyone"/>
            <w:sdt>
              <w:sdtPr>
                <w:alias w:val="Z/S 12"/>
                <w:tag w:val="Z/S 12"/>
                <w:id w:val="41352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53"/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6"/>
          <w:szCs w:val="16"/>
        </w:rPr>
        <w:t xml:space="preserve">12 dersten fazlası için devam sayfasını (sayfa 2) doldurunuz.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2381"/>
        <w:gridCol w:w="2040"/>
        <w:gridCol w:w="1927"/>
        <w:gridCol w:w="1474"/>
        <w:gridCol w:w="1814"/>
      </w:tblGrid>
      <w:tr>
        <w:trPr>
          <w:trHeight w:val="351" w:hRule="atLeast"/>
          <w:cantSplit/>
        </w:trPr>
        <w:tc>
          <w:tcPr>
            <w:tcW w:type="dxa" w:w="238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Ders Kayıt Durumu</w:t>
            </w:r>
          </w:p>
        </w:tc>
        <w:tc>
          <w:tcPr>
            <w:tcW w:type="dxa" w:w="2041"/>
            <w:vAlign w:val="center"/>
          </w:tcPr>
          <w:p>
            <w:pPr>
              <w:spacing w:before="0" w:after="0" w:line="240" w:lineRule="auto"/>
              <w:jc w:val="left"/>
            </w:pPr>
            <w:permStart w:id="354" w:edGrp="everyone"/>
            <w:sdt>
              <w:sdtPr>
                <w:alias w:val="Kayıt yeniledi"/>
                <w:tag w:val="Kayıt yeniledi"/>
                <w:id w:val="41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354"/>
            <w:r>
              <w:rPr>
                <w:sz w:val="18"/>
                <w:szCs w:val="18"/>
              </w:rPr>
              <w:t xml:space="preserve"> Kayıt yeniledi   </w:t>
            </w:r>
          </w:p>
        </w:tc>
        <w:tc>
          <w:tcPr>
            <w:tcW w:type="dxa" w:w="192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Sınıfı / Yarıyılı</w:t>
            </w:r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355" w:edGrp="everyone"/>
            <w:sdt>
              <w:sdtPr>
                <w:alias w:val="Sınıf / Yarıyıl"/>
                <w:tag w:val="Sınıf / Yarıyıl"/>
                <w:id w:val="4135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</w:t>
                </w:r>
              </w:sdtContent>
            </w:sdt>
            <w:permEnd w:id="355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356" w:edGrp="everyone"/>
            <w:sdt>
              <w:sdtPr>
                <w:alias w:val="GNO"/>
                <w:tag w:val="GNO"/>
                <w:id w:val="4135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</w:t>
                </w:r>
              </w:sdtContent>
            </w:sdt>
            <w:permEnd w:id="356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2267"/>
        <w:gridCol w:w="2267"/>
        <w:gridCol w:w="2267"/>
        <w:gridCol w:w="2834"/>
      </w:tblGrid>
      <w:tr>
        <w:trPr>
          <w:cantSplit/>
        </w:trPr>
        <w:tc>
          <w:tcPr>
            <w:tcW w:type="dxa" w:w="226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Öğrenci İşleri</w:t>
            </w:r>
          </w:p>
        </w:tc>
        <w:tc>
          <w:tcPr>
            <w:tcW w:type="dxa" w:w="226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Danışman</w:t>
            </w:r>
          </w:p>
        </w:tc>
        <w:tc>
          <w:tcPr>
            <w:tcW w:type="dxa" w:w="226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Öğrenci</w:t>
            </w:r>
          </w:p>
        </w:tc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Son İki Dönem DNO'su</w:t>
            </w:r>
          </w:p>
        </w:tc>
      </w:tr>
      <w:tr>
        <w:trPr>
          <w:trHeight w:val="850" w:hRule="atLeast"/>
          <w:cantSplit/>
        </w:trPr>
        <w:tc>
          <w:tcPr>
            <w:tcW w:type="dxa" w:w="2268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2268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2268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1. Dönem: </w:t>
            </w:r>
            <w:permStart w:id="357" w:edGrp="everyone"/>
            <w:sdt>
              <w:sdtPr>
                <w:alias w:val="1. dönem DNO"/>
                <w:tag w:val="1. dönem DNO"/>
                <w:id w:val="4135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</w:t>
                </w:r>
              </w:sdtContent>
            </w:sdt>
            <w:permEnd w:id="357"/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2. Dönem: </w:t>
            </w:r>
            <w:permStart w:id="358" w:edGrp="everyone"/>
            <w:sdt>
              <w:sdtPr>
                <w:alias w:val="2. dönem DNO"/>
                <w:tag w:val="2. dönem DNO"/>
                <w:id w:val="4135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</w:t>
                </w:r>
              </w:sdtContent>
            </w:sdt>
            <w:permEnd w:id="358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cantSplit/>
        </w:trPr>
        <w:tc>
          <w:tcPr>
            <w:tcW w:type="dxa" w:w="9638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Bölüm Başkanı</w:t>
            </w:r>
          </w:p>
        </w:tc>
      </w:tr>
      <w:tr>
        <w:trPr>
          <w:cantSplit/>
        </w:trPr>
        <w:tc>
          <w:tcPr>
            <w:tcW w:type="dxa" w:w="9638"/>
            <w:vAlign w:val="center"/>
          </w:tcPr>
          <w:p>
            <w:pPr>
              <w:spacing w:before="0" w:after="0" w:line="240" w:lineRule="auto"/>
              <w:jc w:val="center"/>
            </w:pPr>
            <w:permStart w:id="359" w:edGrp="everyone"/>
            <w:sdt>
              <w:sdtPr>
                <w:alias w:val="Bölüm Başkanı Adı Soyadı"/>
                <w:tag w:val="Bölüm Başkanı Adı Soyadı"/>
                <w:id w:val="41358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359"/>
          </w:p>
        </w:tc>
      </w:tr>
      <w:tr>
        <w:trPr>
          <w:trHeight w:val="850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6"/>
          <w:szCs w:val="16"/>
        </w:rPr>
        <w:t xml:space="preserve">Z / S sütunu dersin Zorunlu (Z) veya Seçmeli (S) olduğunu belirtir. İmzası eksik olan formlar geçersizdir.</w:t>
      </w:r>
    </w:p>
    <w:p>
      <w:pPr>
        <w:pageBreakBefore/>
        <w:spacing w:before="0" w:after="120" w:line="240" w:lineRule="auto"/>
        <w:jc w:val="center"/>
      </w:pPr>
      <w:r>
        <w:rPr>
          <w:b/>
          <w:bCs/>
          <w:sz w:val="24"/>
          <w:szCs w:val="24"/>
        </w:rPr>
        <w:t xml:space="preserve">MAZERETLI DERS KAYIT FORMU (DEVAM SAYFASI)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4818"/>
        <w:gridCol w:w="4818"/>
      </w:tblGrid>
      <w:tr>
        <w:trPr>
          <w:trHeight w:val="351" w:hRule="atLeast"/>
          <w:cantSplit/>
        </w:trPr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Öğrenci: </w:t>
            </w:r>
            <w:permStart w:id="360" w:edGrp="everyone"/>
            <w:sdt>
              <w:sdtPr>
                <w:alias w:val="Devam öğrenci"/>
                <w:tag w:val="Devam öğrenci"/>
                <w:id w:val="41359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             </w:t>
                </w:r>
              </w:sdtContent>
            </w:sdt>
            <w:permEnd w:id="360"/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Tarih: </w:t>
            </w:r>
            <w:permStart w:id="361" w:edGrp="everyone"/>
            <w:sdt>
              <w:sdtPr>
                <w:alias w:val="Devam tarihi"/>
                <w:tag w:val="Devam tarihi"/>
                <w:id w:val="41360"/>
              </w:sdtPr>
              <w:sdtContent>
                <w:r>
                  <w:rPr>
                    <w:sz w:val="19"/>
                    <w:szCs w:val="19"/>
                  </w:rPr>
                  <w:fldChar w:fldCharType="begin"/>
                </w:r>
                <w:r>
                  <w:rPr>
                    <w:sz w:val="19"/>
                    <w:szCs w:val="19"/>
                  </w:rPr>
                  <w:instrText xml:space="preserve"> DATE \@ "dd.MM.yyyy" </w:instrText>
                </w:r>
                <w:r>
                  <w:rPr>
                    <w:sz w:val="19"/>
                    <w:szCs w:val="19"/>
                  </w:rPr>
                  <w:fldChar w:fldCharType="separate"/>
                </w:r>
                <w:r>
                  <w:rPr>
                    <w:sz w:val="19"/>
                    <w:szCs w:val="19"/>
                  </w:rPr>
                  <w:t>05.10.2026</w:t>
                </w:r>
                <w:r>
                  <w:rPr>
                    <w:sz w:val="19"/>
                    <w:szCs w:val="19"/>
                  </w:rPr>
                  <w:fldChar w:fldCharType="end"/>
                </w:r>
              </w:sdtContent>
            </w:sdt>
            <w:permEnd w:id="361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"/>
        <w:gridCol w:w="1360"/>
        <w:gridCol w:w="4195"/>
        <w:gridCol w:w="1474"/>
        <w:gridCol w:w="793"/>
        <w:gridCol w:w="1247"/>
      </w:tblGrid>
      <w:tr>
        <w:trPr>
          <w:trHeight w:val="340" w:hRule="atLeast"/>
          <w:cantSplit/>
        </w:trPr>
        <w:tc>
          <w:tcPr>
            <w:tcW w:type="dxa" w:w="56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Sıra</w:t>
            </w:r>
          </w:p>
        </w:tc>
        <w:tc>
          <w:tcPr>
            <w:tcW w:type="dxa" w:w="1361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Ders Kodu</w:t>
            </w:r>
          </w:p>
        </w:tc>
        <w:tc>
          <w:tcPr>
            <w:tcW w:type="dxa" w:w="419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Ders Adı</w:t>
            </w:r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T-U-L : Kredi</w:t>
            </w:r>
          </w:p>
        </w:tc>
        <w:tc>
          <w:tcPr>
            <w:tcW w:type="dxa" w:w="79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Şube</w:t>
            </w:r>
          </w:p>
        </w:tc>
        <w:tc>
          <w:tcPr>
            <w:tcW w:type="dxa" w:w="124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Z / S</w:t>
            </w:r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13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362" w:edGrp="everyone"/>
            <w:sdt>
              <w:sdtPr>
                <w:alias w:val="Ders kodu 13"/>
                <w:tag w:val="Ders kodu 13"/>
                <w:id w:val="4136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362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363" w:edGrp="everyone"/>
            <w:sdt>
              <w:sdtPr>
                <w:alias w:val="Ders adı 13"/>
                <w:tag w:val="Ders adı 13"/>
                <w:id w:val="4136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363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364" w:edGrp="everyone"/>
            <w:sdt>
              <w:sdtPr>
                <w:alias w:val="Kredi 13"/>
                <w:tag w:val="Kredi 13"/>
                <w:id w:val="4136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64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left"/>
            </w:pPr>
            <w:permStart w:id="365" w:edGrp="everyone"/>
            <w:sdt>
              <w:sdtPr>
                <w:alias w:val="Şube 13"/>
                <w:tag w:val="Şube 13"/>
                <w:id w:val="4136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365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366" w:edGrp="everyone"/>
            <w:sdt>
              <w:sdtPr>
                <w:alias w:val="Z/S 13"/>
                <w:tag w:val="Z/S 13"/>
                <w:id w:val="41365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66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14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367" w:edGrp="everyone"/>
            <w:sdt>
              <w:sdtPr>
                <w:alias w:val="Ders kodu 14"/>
                <w:tag w:val="Ders kodu 14"/>
                <w:id w:val="4136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367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368" w:edGrp="everyone"/>
            <w:sdt>
              <w:sdtPr>
                <w:alias w:val="Ders adı 14"/>
                <w:tag w:val="Ders adı 14"/>
                <w:id w:val="4136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368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369" w:edGrp="everyone"/>
            <w:sdt>
              <w:sdtPr>
                <w:alias w:val="Kredi 14"/>
                <w:tag w:val="Kredi 14"/>
                <w:id w:val="4136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69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left"/>
            </w:pPr>
            <w:permStart w:id="370" w:edGrp="everyone"/>
            <w:sdt>
              <w:sdtPr>
                <w:alias w:val="Şube 14"/>
                <w:tag w:val="Şube 14"/>
                <w:id w:val="4136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370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371" w:edGrp="everyone"/>
            <w:sdt>
              <w:sdtPr>
                <w:alias w:val="Z/S 14"/>
                <w:tag w:val="Z/S 14"/>
                <w:id w:val="41370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71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15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372" w:edGrp="everyone"/>
            <w:sdt>
              <w:sdtPr>
                <w:alias w:val="Ders kodu 15"/>
                <w:tag w:val="Ders kodu 15"/>
                <w:id w:val="4137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372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373" w:edGrp="everyone"/>
            <w:sdt>
              <w:sdtPr>
                <w:alias w:val="Ders adı 15"/>
                <w:tag w:val="Ders adı 15"/>
                <w:id w:val="4137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373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374" w:edGrp="everyone"/>
            <w:sdt>
              <w:sdtPr>
                <w:alias w:val="Kredi 15"/>
                <w:tag w:val="Kredi 15"/>
                <w:id w:val="4137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74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left"/>
            </w:pPr>
            <w:permStart w:id="375" w:edGrp="everyone"/>
            <w:sdt>
              <w:sdtPr>
                <w:alias w:val="Şube 15"/>
                <w:tag w:val="Şube 15"/>
                <w:id w:val="4137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375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376" w:edGrp="everyone"/>
            <w:sdt>
              <w:sdtPr>
                <w:alias w:val="Z/S 15"/>
                <w:tag w:val="Z/S 15"/>
                <w:id w:val="41375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76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16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377" w:edGrp="everyone"/>
            <w:sdt>
              <w:sdtPr>
                <w:alias w:val="Ders kodu 16"/>
                <w:tag w:val="Ders kodu 16"/>
                <w:id w:val="4137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377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378" w:edGrp="everyone"/>
            <w:sdt>
              <w:sdtPr>
                <w:alias w:val="Ders adı 16"/>
                <w:tag w:val="Ders adı 16"/>
                <w:id w:val="4137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378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379" w:edGrp="everyone"/>
            <w:sdt>
              <w:sdtPr>
                <w:alias w:val="Kredi 16"/>
                <w:tag w:val="Kredi 16"/>
                <w:id w:val="4137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79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left"/>
            </w:pPr>
            <w:permStart w:id="380" w:edGrp="everyone"/>
            <w:sdt>
              <w:sdtPr>
                <w:alias w:val="Şube 16"/>
                <w:tag w:val="Şube 16"/>
                <w:id w:val="4137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380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381" w:edGrp="everyone"/>
            <w:sdt>
              <w:sdtPr>
                <w:alias w:val="Z/S 16"/>
                <w:tag w:val="Z/S 16"/>
                <w:id w:val="41380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81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17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382" w:edGrp="everyone"/>
            <w:sdt>
              <w:sdtPr>
                <w:alias w:val="Ders kodu 17"/>
                <w:tag w:val="Ders kodu 17"/>
                <w:id w:val="4138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382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383" w:edGrp="everyone"/>
            <w:sdt>
              <w:sdtPr>
                <w:alias w:val="Ders adı 17"/>
                <w:tag w:val="Ders adı 17"/>
                <w:id w:val="4138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383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384" w:edGrp="everyone"/>
            <w:sdt>
              <w:sdtPr>
                <w:alias w:val="Kredi 17"/>
                <w:tag w:val="Kredi 17"/>
                <w:id w:val="4138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84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left"/>
            </w:pPr>
            <w:permStart w:id="385" w:edGrp="everyone"/>
            <w:sdt>
              <w:sdtPr>
                <w:alias w:val="Şube 17"/>
                <w:tag w:val="Şube 17"/>
                <w:id w:val="4138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385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386" w:edGrp="everyone"/>
            <w:sdt>
              <w:sdtPr>
                <w:alias w:val="Z/S 17"/>
                <w:tag w:val="Z/S 17"/>
                <w:id w:val="41385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86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18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387" w:edGrp="everyone"/>
            <w:sdt>
              <w:sdtPr>
                <w:alias w:val="Ders kodu 18"/>
                <w:tag w:val="Ders kodu 18"/>
                <w:id w:val="4138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387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388" w:edGrp="everyone"/>
            <w:sdt>
              <w:sdtPr>
                <w:alias w:val="Ders adı 18"/>
                <w:tag w:val="Ders adı 18"/>
                <w:id w:val="4138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388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389" w:edGrp="everyone"/>
            <w:sdt>
              <w:sdtPr>
                <w:alias w:val="Kredi 18"/>
                <w:tag w:val="Kredi 18"/>
                <w:id w:val="4138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89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left"/>
            </w:pPr>
            <w:permStart w:id="390" w:edGrp="everyone"/>
            <w:sdt>
              <w:sdtPr>
                <w:alias w:val="Şube 18"/>
                <w:tag w:val="Şube 18"/>
                <w:id w:val="4138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390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391" w:edGrp="everyone"/>
            <w:sdt>
              <w:sdtPr>
                <w:alias w:val="Z/S 18"/>
                <w:tag w:val="Z/S 18"/>
                <w:id w:val="41390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91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19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392" w:edGrp="everyone"/>
            <w:sdt>
              <w:sdtPr>
                <w:alias w:val="Ders kodu 19"/>
                <w:tag w:val="Ders kodu 19"/>
                <w:id w:val="4139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392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393" w:edGrp="everyone"/>
            <w:sdt>
              <w:sdtPr>
                <w:alias w:val="Ders adı 19"/>
                <w:tag w:val="Ders adı 19"/>
                <w:id w:val="4139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393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394" w:edGrp="everyone"/>
            <w:sdt>
              <w:sdtPr>
                <w:alias w:val="Kredi 19"/>
                <w:tag w:val="Kredi 19"/>
                <w:id w:val="4139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94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left"/>
            </w:pPr>
            <w:permStart w:id="395" w:edGrp="everyone"/>
            <w:sdt>
              <w:sdtPr>
                <w:alias w:val="Şube 19"/>
                <w:tag w:val="Şube 19"/>
                <w:id w:val="4139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395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396" w:edGrp="everyone"/>
            <w:sdt>
              <w:sdtPr>
                <w:alias w:val="Z/S 19"/>
                <w:tag w:val="Z/S 19"/>
                <w:id w:val="41395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96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20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397" w:edGrp="everyone"/>
            <w:sdt>
              <w:sdtPr>
                <w:alias w:val="Ders kodu 20"/>
                <w:tag w:val="Ders kodu 20"/>
                <w:id w:val="4139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397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398" w:edGrp="everyone"/>
            <w:sdt>
              <w:sdtPr>
                <w:alias w:val="Ders adı 20"/>
                <w:tag w:val="Ders adı 20"/>
                <w:id w:val="4139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398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399" w:edGrp="everyone"/>
            <w:sdt>
              <w:sdtPr>
                <w:alias w:val="Kredi 20"/>
                <w:tag w:val="Kredi 20"/>
                <w:id w:val="4139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99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left"/>
            </w:pPr>
            <w:permStart w:id="400" w:edGrp="everyone"/>
            <w:sdt>
              <w:sdtPr>
                <w:alias w:val="Şube 20"/>
                <w:tag w:val="Şube 20"/>
                <w:id w:val="4139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00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401" w:edGrp="everyone"/>
            <w:sdt>
              <w:sdtPr>
                <w:alias w:val="Z/S 20"/>
                <w:tag w:val="Z/S 20"/>
                <w:id w:val="41400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01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21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02" w:edGrp="everyone"/>
            <w:sdt>
              <w:sdtPr>
                <w:alias w:val="Ders kodu 21"/>
                <w:tag w:val="Ders kodu 21"/>
                <w:id w:val="4140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02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403" w:edGrp="everyone"/>
            <w:sdt>
              <w:sdtPr>
                <w:alias w:val="Ders adı 21"/>
                <w:tag w:val="Ders adı 21"/>
                <w:id w:val="4140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403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404" w:edGrp="everyone"/>
            <w:sdt>
              <w:sdtPr>
                <w:alias w:val="Kredi 21"/>
                <w:tag w:val="Kredi 21"/>
                <w:id w:val="4140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04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left"/>
            </w:pPr>
            <w:permStart w:id="405" w:edGrp="everyone"/>
            <w:sdt>
              <w:sdtPr>
                <w:alias w:val="Şube 21"/>
                <w:tag w:val="Şube 21"/>
                <w:id w:val="4140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05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406" w:edGrp="everyone"/>
            <w:sdt>
              <w:sdtPr>
                <w:alias w:val="Z/S 21"/>
                <w:tag w:val="Z/S 21"/>
                <w:id w:val="41405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06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22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07" w:edGrp="everyone"/>
            <w:sdt>
              <w:sdtPr>
                <w:alias w:val="Ders kodu 22"/>
                <w:tag w:val="Ders kodu 22"/>
                <w:id w:val="4140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07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408" w:edGrp="everyone"/>
            <w:sdt>
              <w:sdtPr>
                <w:alias w:val="Ders adı 22"/>
                <w:tag w:val="Ders adı 22"/>
                <w:id w:val="4140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408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409" w:edGrp="everyone"/>
            <w:sdt>
              <w:sdtPr>
                <w:alias w:val="Kredi 22"/>
                <w:tag w:val="Kredi 22"/>
                <w:id w:val="4140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09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left"/>
            </w:pPr>
            <w:permStart w:id="410" w:edGrp="everyone"/>
            <w:sdt>
              <w:sdtPr>
                <w:alias w:val="Şube 22"/>
                <w:tag w:val="Şube 22"/>
                <w:id w:val="4140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10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411" w:edGrp="everyone"/>
            <w:sdt>
              <w:sdtPr>
                <w:alias w:val="Z/S 22"/>
                <w:tag w:val="Z/S 22"/>
                <w:id w:val="41410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11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23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12" w:edGrp="everyone"/>
            <w:sdt>
              <w:sdtPr>
                <w:alias w:val="Ders kodu 23"/>
                <w:tag w:val="Ders kodu 23"/>
                <w:id w:val="4141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12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413" w:edGrp="everyone"/>
            <w:sdt>
              <w:sdtPr>
                <w:alias w:val="Ders adı 23"/>
                <w:tag w:val="Ders adı 23"/>
                <w:id w:val="4141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413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414" w:edGrp="everyone"/>
            <w:sdt>
              <w:sdtPr>
                <w:alias w:val="Kredi 23"/>
                <w:tag w:val="Kredi 23"/>
                <w:id w:val="4141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14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left"/>
            </w:pPr>
            <w:permStart w:id="415" w:edGrp="everyone"/>
            <w:sdt>
              <w:sdtPr>
                <w:alias w:val="Şube 23"/>
                <w:tag w:val="Şube 23"/>
                <w:id w:val="4141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15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416" w:edGrp="everyone"/>
            <w:sdt>
              <w:sdtPr>
                <w:alias w:val="Z/S 23"/>
                <w:tag w:val="Z/S 23"/>
                <w:id w:val="41415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16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24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17" w:edGrp="everyone"/>
            <w:sdt>
              <w:sdtPr>
                <w:alias w:val="Ders kodu 24"/>
                <w:tag w:val="Ders kodu 24"/>
                <w:id w:val="4141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17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418" w:edGrp="everyone"/>
            <w:sdt>
              <w:sdtPr>
                <w:alias w:val="Ders adı 24"/>
                <w:tag w:val="Ders adı 24"/>
                <w:id w:val="4141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418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419" w:edGrp="everyone"/>
            <w:sdt>
              <w:sdtPr>
                <w:alias w:val="Kredi 24"/>
                <w:tag w:val="Kredi 24"/>
                <w:id w:val="4141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19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left"/>
            </w:pPr>
            <w:permStart w:id="420" w:edGrp="everyone"/>
            <w:sdt>
              <w:sdtPr>
                <w:alias w:val="Şube 24"/>
                <w:tag w:val="Şube 24"/>
                <w:id w:val="4141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20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421" w:edGrp="everyone"/>
            <w:sdt>
              <w:sdtPr>
                <w:alias w:val="Z/S 24"/>
                <w:tag w:val="Z/S 24"/>
                <w:id w:val="41420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21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25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22" w:edGrp="everyone"/>
            <w:sdt>
              <w:sdtPr>
                <w:alias w:val="Ders kodu 25"/>
                <w:tag w:val="Ders kodu 25"/>
                <w:id w:val="4142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22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423" w:edGrp="everyone"/>
            <w:sdt>
              <w:sdtPr>
                <w:alias w:val="Ders adı 25"/>
                <w:tag w:val="Ders adı 25"/>
                <w:id w:val="4142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423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424" w:edGrp="everyone"/>
            <w:sdt>
              <w:sdtPr>
                <w:alias w:val="Kredi 25"/>
                <w:tag w:val="Kredi 25"/>
                <w:id w:val="4142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24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left"/>
            </w:pPr>
            <w:permStart w:id="425" w:edGrp="everyone"/>
            <w:sdt>
              <w:sdtPr>
                <w:alias w:val="Şube 25"/>
                <w:tag w:val="Şube 25"/>
                <w:id w:val="4142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25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426" w:edGrp="everyone"/>
            <w:sdt>
              <w:sdtPr>
                <w:alias w:val="Z/S 25"/>
                <w:tag w:val="Z/S 25"/>
                <w:id w:val="41425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26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26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27" w:edGrp="everyone"/>
            <w:sdt>
              <w:sdtPr>
                <w:alias w:val="Ders kodu 26"/>
                <w:tag w:val="Ders kodu 26"/>
                <w:id w:val="4142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27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428" w:edGrp="everyone"/>
            <w:sdt>
              <w:sdtPr>
                <w:alias w:val="Ders adı 26"/>
                <w:tag w:val="Ders adı 26"/>
                <w:id w:val="4142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428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429" w:edGrp="everyone"/>
            <w:sdt>
              <w:sdtPr>
                <w:alias w:val="Kredi 26"/>
                <w:tag w:val="Kredi 26"/>
                <w:id w:val="4142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29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left"/>
            </w:pPr>
            <w:permStart w:id="430" w:edGrp="everyone"/>
            <w:sdt>
              <w:sdtPr>
                <w:alias w:val="Şube 26"/>
                <w:tag w:val="Şube 26"/>
                <w:id w:val="4142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30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431" w:edGrp="everyone"/>
            <w:sdt>
              <w:sdtPr>
                <w:alias w:val="Z/S 26"/>
                <w:tag w:val="Z/S 26"/>
                <w:id w:val="41430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31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27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32" w:edGrp="everyone"/>
            <w:sdt>
              <w:sdtPr>
                <w:alias w:val="Ders kodu 27"/>
                <w:tag w:val="Ders kodu 27"/>
                <w:id w:val="4143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32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433" w:edGrp="everyone"/>
            <w:sdt>
              <w:sdtPr>
                <w:alias w:val="Ders adı 27"/>
                <w:tag w:val="Ders adı 27"/>
                <w:id w:val="4143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433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434" w:edGrp="everyone"/>
            <w:sdt>
              <w:sdtPr>
                <w:alias w:val="Kredi 27"/>
                <w:tag w:val="Kredi 27"/>
                <w:id w:val="4143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34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left"/>
            </w:pPr>
            <w:permStart w:id="435" w:edGrp="everyone"/>
            <w:sdt>
              <w:sdtPr>
                <w:alias w:val="Şube 27"/>
                <w:tag w:val="Şube 27"/>
                <w:id w:val="4143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35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436" w:edGrp="everyone"/>
            <w:sdt>
              <w:sdtPr>
                <w:alias w:val="Z/S 27"/>
                <w:tag w:val="Z/S 27"/>
                <w:id w:val="41435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36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28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37" w:edGrp="everyone"/>
            <w:sdt>
              <w:sdtPr>
                <w:alias w:val="Ders kodu 28"/>
                <w:tag w:val="Ders kodu 28"/>
                <w:id w:val="4143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37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438" w:edGrp="everyone"/>
            <w:sdt>
              <w:sdtPr>
                <w:alias w:val="Ders adı 28"/>
                <w:tag w:val="Ders adı 28"/>
                <w:id w:val="4143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438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439" w:edGrp="everyone"/>
            <w:sdt>
              <w:sdtPr>
                <w:alias w:val="Kredi 28"/>
                <w:tag w:val="Kredi 28"/>
                <w:id w:val="4143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39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left"/>
            </w:pPr>
            <w:permStart w:id="440" w:edGrp="everyone"/>
            <w:sdt>
              <w:sdtPr>
                <w:alias w:val="Şube 28"/>
                <w:tag w:val="Şube 28"/>
                <w:id w:val="4143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40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441" w:edGrp="everyone"/>
            <w:sdt>
              <w:sdtPr>
                <w:alias w:val="Z/S 28"/>
                <w:tag w:val="Z/S 28"/>
                <w:id w:val="41440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41"/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6"/>
          <w:szCs w:val="16"/>
        </w:rPr>
        <w:t xml:space="preserve">Ana sayfadaki satırlar yetmediğinde bu devam sayfası doldurulur ve form tek set olarak teslim edilir; 16 satır da yetmezse sayfa fotokopi ile çoğaltılabilir.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4818"/>
        <w:gridCol w:w="4818"/>
      </w:tblGrid>
      <w:tr>
        <w:trPr>
          <w:cantSplit/>
        </w:trPr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Öğrenci</w:t>
            </w:r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Danışman</w:t>
            </w:r>
          </w:p>
        </w:tc>
      </w:tr>
      <w:tr>
        <w:trPr>
          <w:cantSplit/>
        </w:trPr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permStart w:id="442" w:edGrp="everyone"/>
            <w:sdt>
              <w:sdtPr>
                <w:alias w:val="Öğrenci Adı Soyadı"/>
                <w:tag w:val="Öğrenci Adı Soyadı"/>
                <w:id w:val="41441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442"/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permStart w:id="443" w:edGrp="everyone"/>
            <w:sdt>
              <w:sdtPr>
                <w:alias w:val="Danışman Adı Soyadı"/>
                <w:tag w:val="Danışman Adı Soyadı"/>
                <w:id w:val="41442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443"/>
          </w:p>
        </w:tc>
      </w:tr>
      <w:tr>
        <w:trPr>
          <w:trHeight w:val="850" w:hRule="atLeast"/>
          <w:cantSplit/>
        </w:trPr>
        <w:tc>
          <w:tcPr>
            <w:tcW w:type="dxa" w:w="481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481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HTMYO-OFRM-107  |  Mazeretli Ders Kayıt Formu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HTMYO-OFRM-107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05.10.2026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Mazeretli Ders Kayıt Formu</dc:title>
  <dc:subject>HTMYO-OFRM-107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