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EKLE SIL HAFTASI DERS KAYIT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Düzenleme Tarihi: </w:t>
      </w:r>
      <w:permStart w:id="444" w:edGrp="everyone"/>
      <w:sdt>
        <w:sdtPr>
          <w:alias w:val="Düzenleme Tarihi"/>
          <w:tag w:val="Düzenleme Tarihi"/>
          <w:id w:val="4144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444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Adı Soyadı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5" w:edGrp="everyone"/>
            <w:sdt>
              <w:sdtPr>
                <w:alias w:val="Öğrenci Adı Soyadı"/>
                <w:tag w:val="Öğrenci Adı Soyadı"/>
                <w:id w:val="4144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6" w:edGrp="everyone"/>
            <w:sdt>
              <w:sdtPr>
                <w:alias w:val="Öğrenci No"/>
                <w:tag w:val="Öğrenci No"/>
                <w:id w:val="4144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6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Danışmanı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7" w:edGrp="everyone"/>
            <w:sdt>
              <w:sdtPr>
                <w:alias w:val="Danışman"/>
                <w:tag w:val="Danışman"/>
                <w:id w:val="4144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8" w:edGrp="everyone"/>
            <w:sdt>
              <w:sdtPr>
                <w:alias w:val="Bölüm / Program"/>
                <w:tag w:val="Bölüm / Program"/>
                <w:id w:val="4144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1247"/>
        <w:gridCol w:w="3514"/>
        <w:gridCol w:w="1360"/>
        <w:gridCol w:w="680"/>
        <w:gridCol w:w="1360"/>
        <w:gridCol w:w="907"/>
      </w:tblGrid>
      <w:tr>
        <w:trPr>
          <w:trHeight w:val="340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Kodu</w:t>
            </w:r>
          </w:p>
        </w:tc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Adı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T-U-L : Kredi</w:t>
            </w:r>
          </w:p>
        </w:tc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Şube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İşlem</w:t>
            </w:r>
          </w:p>
        </w:tc>
        <w:tc>
          <w:tcPr>
            <w:tcW w:type="dxa" w:w="90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 / S</w:t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49" w:edGrp="everyone"/>
            <w:sdt>
              <w:sdtPr>
                <w:alias w:val="Ders kodu 1"/>
                <w:tag w:val="Ders kodu 1"/>
                <w:id w:val="414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49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50" w:edGrp="everyone"/>
            <w:sdt>
              <w:sdtPr>
                <w:alias w:val="Ders adı 1"/>
                <w:tag w:val="Ders adı 1"/>
                <w:id w:val="414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5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51" w:edGrp="everyone"/>
            <w:sdt>
              <w:sdtPr>
                <w:alias w:val="Kredi 1"/>
                <w:tag w:val="Kredi 1"/>
                <w:id w:val="414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1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52" w:edGrp="everyone"/>
            <w:sdt>
              <w:sdtPr>
                <w:alias w:val="Şube 1"/>
                <w:tag w:val="Şube 1"/>
                <w:id w:val="414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5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53" w:edGrp="everyone"/>
            <w:sdt>
              <w:sdtPr>
                <w:alias w:val="İşlem 1"/>
                <w:tag w:val="İşlem 1"/>
                <w:id w:val="41452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3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54" w:edGrp="everyone"/>
            <w:sdt>
              <w:sdtPr>
                <w:alias w:val="Z/S 1"/>
                <w:tag w:val="Z/S 1"/>
                <w:id w:val="41453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4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55" w:edGrp="everyone"/>
            <w:sdt>
              <w:sdtPr>
                <w:alias w:val="Ders kodu 2"/>
                <w:tag w:val="Ders kodu 2"/>
                <w:id w:val="414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55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56" w:edGrp="everyone"/>
            <w:sdt>
              <w:sdtPr>
                <w:alias w:val="Ders adı 2"/>
                <w:tag w:val="Ders adı 2"/>
                <w:id w:val="414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5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57" w:edGrp="everyone"/>
            <w:sdt>
              <w:sdtPr>
                <w:alias w:val="Kredi 2"/>
                <w:tag w:val="Kredi 2"/>
                <w:id w:val="414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7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58" w:edGrp="everyone"/>
            <w:sdt>
              <w:sdtPr>
                <w:alias w:val="Şube 2"/>
                <w:tag w:val="Şube 2"/>
                <w:id w:val="414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5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59" w:edGrp="everyone"/>
            <w:sdt>
              <w:sdtPr>
                <w:alias w:val="İşlem 2"/>
                <w:tag w:val="İşlem 2"/>
                <w:id w:val="41458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9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60" w:edGrp="everyone"/>
            <w:sdt>
              <w:sdtPr>
                <w:alias w:val="Z/S 2"/>
                <w:tag w:val="Z/S 2"/>
                <w:id w:val="41459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0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61" w:edGrp="everyone"/>
            <w:sdt>
              <w:sdtPr>
                <w:alias w:val="Ders kodu 3"/>
                <w:tag w:val="Ders kodu 3"/>
                <w:id w:val="414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1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62" w:edGrp="everyone"/>
            <w:sdt>
              <w:sdtPr>
                <w:alias w:val="Ders adı 3"/>
                <w:tag w:val="Ders adı 3"/>
                <w:id w:val="414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6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63" w:edGrp="everyone"/>
            <w:sdt>
              <w:sdtPr>
                <w:alias w:val="Kredi 3"/>
                <w:tag w:val="Kredi 3"/>
                <w:id w:val="414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3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64" w:edGrp="everyone"/>
            <w:sdt>
              <w:sdtPr>
                <w:alias w:val="Şube 3"/>
                <w:tag w:val="Şube 3"/>
                <w:id w:val="414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65" w:edGrp="everyone"/>
            <w:sdt>
              <w:sdtPr>
                <w:alias w:val="İşlem 3"/>
                <w:tag w:val="İşlem 3"/>
                <w:id w:val="41464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5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66" w:edGrp="everyone"/>
            <w:sdt>
              <w:sdtPr>
                <w:alias w:val="Z/S 3"/>
                <w:tag w:val="Z/S 3"/>
                <w:id w:val="4146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67" w:edGrp="everyone"/>
            <w:sdt>
              <w:sdtPr>
                <w:alias w:val="Ders kodu 4"/>
                <w:tag w:val="Ders kodu 4"/>
                <w:id w:val="414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7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68" w:edGrp="everyone"/>
            <w:sdt>
              <w:sdtPr>
                <w:alias w:val="Ders adı 4"/>
                <w:tag w:val="Ders adı 4"/>
                <w:id w:val="414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6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69" w:edGrp="everyone"/>
            <w:sdt>
              <w:sdtPr>
                <w:alias w:val="Kredi 4"/>
                <w:tag w:val="Kredi 4"/>
                <w:id w:val="414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9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70" w:edGrp="everyone"/>
            <w:sdt>
              <w:sdtPr>
                <w:alias w:val="Şube 4"/>
                <w:tag w:val="Şube 4"/>
                <w:id w:val="414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71" w:edGrp="everyone"/>
            <w:sdt>
              <w:sdtPr>
                <w:alias w:val="İşlem 4"/>
                <w:tag w:val="İşlem 4"/>
                <w:id w:val="41470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1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72" w:edGrp="everyone"/>
            <w:sdt>
              <w:sdtPr>
                <w:alias w:val="Z/S 4"/>
                <w:tag w:val="Z/S 4"/>
                <w:id w:val="41471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2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73" w:edGrp="everyone"/>
            <w:sdt>
              <w:sdtPr>
                <w:alias w:val="Ders kodu 5"/>
                <w:tag w:val="Ders kodu 5"/>
                <w:id w:val="414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3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74" w:edGrp="everyone"/>
            <w:sdt>
              <w:sdtPr>
                <w:alias w:val="Ders adı 5"/>
                <w:tag w:val="Ders adı 5"/>
                <w:id w:val="414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7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75" w:edGrp="everyone"/>
            <w:sdt>
              <w:sdtPr>
                <w:alias w:val="Kredi 5"/>
                <w:tag w:val="Kredi 5"/>
                <w:id w:val="414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5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76" w:edGrp="everyone"/>
            <w:sdt>
              <w:sdtPr>
                <w:alias w:val="Şube 5"/>
                <w:tag w:val="Şube 5"/>
                <w:id w:val="414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77" w:edGrp="everyone"/>
            <w:sdt>
              <w:sdtPr>
                <w:alias w:val="İşlem 5"/>
                <w:tag w:val="İşlem 5"/>
                <w:id w:val="41476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7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78" w:edGrp="everyone"/>
            <w:sdt>
              <w:sdtPr>
                <w:alias w:val="Z/S 5"/>
                <w:tag w:val="Z/S 5"/>
                <w:id w:val="4147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79" w:edGrp="everyone"/>
            <w:sdt>
              <w:sdtPr>
                <w:alias w:val="Ders kodu 6"/>
                <w:tag w:val="Ders kodu 6"/>
                <w:id w:val="414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9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80" w:edGrp="everyone"/>
            <w:sdt>
              <w:sdtPr>
                <w:alias w:val="Ders adı 6"/>
                <w:tag w:val="Ders adı 6"/>
                <w:id w:val="414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8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81" w:edGrp="everyone"/>
            <w:sdt>
              <w:sdtPr>
                <w:alias w:val="Kredi 6"/>
                <w:tag w:val="Kredi 6"/>
                <w:id w:val="414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1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82" w:edGrp="everyone"/>
            <w:sdt>
              <w:sdtPr>
                <w:alias w:val="Şube 6"/>
                <w:tag w:val="Şube 6"/>
                <w:id w:val="414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83" w:edGrp="everyone"/>
            <w:sdt>
              <w:sdtPr>
                <w:alias w:val="İşlem 6"/>
                <w:tag w:val="İşlem 6"/>
                <w:id w:val="41482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3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84" w:edGrp="everyone"/>
            <w:sdt>
              <w:sdtPr>
                <w:alias w:val="Z/S 6"/>
                <w:tag w:val="Z/S 6"/>
                <w:id w:val="41483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4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85" w:edGrp="everyone"/>
            <w:sdt>
              <w:sdtPr>
                <w:alias w:val="Ders kodu 7"/>
                <w:tag w:val="Ders kodu 7"/>
                <w:id w:val="414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5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86" w:edGrp="everyone"/>
            <w:sdt>
              <w:sdtPr>
                <w:alias w:val="Ders adı 7"/>
                <w:tag w:val="Ders adı 7"/>
                <w:id w:val="414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8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87" w:edGrp="everyone"/>
            <w:sdt>
              <w:sdtPr>
                <w:alias w:val="Kredi 7"/>
                <w:tag w:val="Kredi 7"/>
                <w:id w:val="414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7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88" w:edGrp="everyone"/>
            <w:sdt>
              <w:sdtPr>
                <w:alias w:val="Şube 7"/>
                <w:tag w:val="Şube 7"/>
                <w:id w:val="414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89" w:edGrp="everyone"/>
            <w:sdt>
              <w:sdtPr>
                <w:alias w:val="İşlem 7"/>
                <w:tag w:val="İşlem 7"/>
                <w:id w:val="41488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9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90" w:edGrp="everyone"/>
            <w:sdt>
              <w:sdtPr>
                <w:alias w:val="Z/S 7"/>
                <w:tag w:val="Z/S 7"/>
                <w:id w:val="41489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0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91" w:edGrp="everyone"/>
            <w:sdt>
              <w:sdtPr>
                <w:alias w:val="Ders kodu 8"/>
                <w:tag w:val="Ders kodu 8"/>
                <w:id w:val="414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91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92" w:edGrp="everyone"/>
            <w:sdt>
              <w:sdtPr>
                <w:alias w:val="Ders adı 8"/>
                <w:tag w:val="Ders adı 8"/>
                <w:id w:val="414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9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93" w:edGrp="everyone"/>
            <w:sdt>
              <w:sdtPr>
                <w:alias w:val="Kredi 8"/>
                <w:tag w:val="Kredi 8"/>
                <w:id w:val="414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3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94" w:edGrp="everyone"/>
            <w:sdt>
              <w:sdtPr>
                <w:alias w:val="Şube 8"/>
                <w:tag w:val="Şube 8"/>
                <w:id w:val="414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9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95" w:edGrp="everyone"/>
            <w:sdt>
              <w:sdtPr>
                <w:alias w:val="İşlem 8"/>
                <w:tag w:val="İşlem 8"/>
                <w:id w:val="41494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5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96" w:edGrp="everyone"/>
            <w:sdt>
              <w:sdtPr>
                <w:alias w:val="Z/S 8"/>
                <w:tag w:val="Z/S 8"/>
                <w:id w:val="4149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6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8 dersten fazlası için devam sayfasını (sayfa 2) doldurunuz.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133"/>
        <w:gridCol w:w="2267"/>
        <w:gridCol w:w="1133"/>
        <w:gridCol w:w="2267"/>
        <w:gridCol w:w="1133"/>
        <w:gridCol w:w="1700"/>
      </w:tblGrid>
      <w:tr>
        <w:trPr>
          <w:trHeight w:val="351" w:hRule="atLeast"/>
          <w:cantSplit/>
        </w:trPr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Sınıfı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497" w:edGrp="everyone"/>
            <w:sdt>
              <w:sdtPr>
                <w:alias w:val="Sınıfı"/>
                <w:tag w:val="Sınıfı"/>
                <w:id w:val="414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497"/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Yarıyılı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498" w:edGrp="everyone"/>
            <w:sdt>
              <w:sdtPr>
                <w:alias w:val="Yarıyılı"/>
                <w:tag w:val="Yarıyılı"/>
                <w:id w:val="4149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498"/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AGNO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499" w:edGrp="everyone"/>
            <w:sdt>
              <w:sdtPr>
                <w:alias w:val="AGNO"/>
                <w:tag w:val="AGNO"/>
                <w:id w:val="4149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49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Danışman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0" w:edGrp="everyone"/>
            <w:sdt>
              <w:sdtPr>
                <w:alias w:val="Öğrenci Adı Soyadı"/>
                <w:tag w:val="Öğrenci Adı Soyadı"/>
                <w:id w:val="4149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00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1" w:edGrp="everyone"/>
            <w:sdt>
              <w:sdtPr>
                <w:alias w:val="Danışman Adı Soyadı"/>
                <w:tag w:val="Danışman Adı Soyadı"/>
                <w:id w:val="4150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01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2" w:edGrp="everyone"/>
            <w:sdt>
              <w:sdtPr>
                <w:alias w:val="Bölüm Başkanı Adı Soyadı"/>
                <w:tag w:val="Bölüm Başkanı Adı Soyadı"/>
                <w:id w:val="4150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02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80" w:line="240" w:lineRule="auto"/>
        <w:jc w:val="left"/>
      </w:pPr>
      <w:r>
        <w:rPr>
          <w:sz w:val="18"/>
          <w:szCs w:val="18"/>
        </w:rPr>
        <w:t xml:space="preserve">Sorumlu Memur: </w:t>
      </w:r>
      <w:permStart w:id="503" w:edGrp="everyone"/>
      <w:sdt>
        <w:sdtPr>
          <w:alias w:val="Sorumlu Memur"/>
          <w:tag w:val="Sorumlu Memur"/>
          <w:id w:val="41502"/>
          <w:showingPlcHdr/>
          <w:text/>
        </w:sdtPr>
        <w:sdtContent>
          <w:r>
            <w:rPr>
              <w:rStyle w:val="PlaceholderText"/>
              <w:sz w:val="18"/>
              <w:szCs w:val="18"/>
            </w:rPr>
            <w:t xml:space="preserve">          </w:t>
          </w:r>
        </w:sdtContent>
      </w:sdt>
      <w:permEnd w:id="503"/>
      <w:r>
        <w:rPr>
          <w:sz w:val="18"/>
          <w:szCs w:val="18"/>
        </w:rPr>
        <w:t xml:space="preserve">     İmza: ________________</w:t>
      </w: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Z / S sütunu dersin Zorunlu (Z) veya Seçmeli (S) olduğunu belirtir. İşlem sütunu ekle-sil haftasında Eklenen veya Bırakılan dersi gösterir. İmzası eksik olan formlar geçersizdir.</w:t>
      </w:r>
    </w:p>
    <w:p>
      <w:pPr>
        <w:pageBreakBefore/>
        <w:spacing w:before="0" w:after="120" w:line="240" w:lineRule="auto"/>
        <w:jc w:val="center"/>
      </w:pPr>
      <w:r>
        <w:rPr>
          <w:b/>
          <w:bCs/>
          <w:sz w:val="24"/>
          <w:szCs w:val="24"/>
        </w:rPr>
        <w:t xml:space="preserve">EKLE SIL HAFTASI DERS KAYIT FORMU (DEVAM SAYFASI)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trHeight w:val="351" w:hRule="atLeast"/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Öğrenci: </w:t>
            </w:r>
            <w:permStart w:id="504" w:edGrp="everyone"/>
            <w:sdt>
              <w:sdtPr>
                <w:alias w:val="Devam öğrenci"/>
                <w:tag w:val="Devam öğrenci"/>
                <w:id w:val="4150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   </w:t>
                </w:r>
              </w:sdtContent>
            </w:sdt>
            <w:permEnd w:id="504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Tarih: </w:t>
            </w:r>
            <w:permStart w:id="505" w:edGrp="everyone"/>
            <w:sdt>
              <w:sdtPr>
                <w:alias w:val="Devam tarihi"/>
                <w:tag w:val="Devam tarihi"/>
                <w:id w:val="41504"/>
              </w:sdtPr>
              <w:sdtContent>
                <w:r>
                  <w:rPr>
                    <w:sz w:val="19"/>
                    <w:szCs w:val="19"/>
                  </w:rPr>
                  <w:fldChar w:fldCharType="begin"/>
                </w:r>
                <w:r>
                  <w:rPr>
                    <w:sz w:val="19"/>
                    <w:szCs w:val="19"/>
                  </w:rPr>
                  <w:instrText xml:space="preserve"> DATE \@ "dd.MM.yyyy" </w:instrText>
                </w:r>
                <w:r>
                  <w:rPr>
                    <w:sz w:val="19"/>
                    <w:szCs w:val="19"/>
                  </w:rPr>
                  <w:fldChar w:fldCharType="separate"/>
                </w:r>
                <w:r>
                  <w:rPr>
                    <w:sz w:val="19"/>
                    <w:szCs w:val="19"/>
                  </w:rPr>
                  <w:t>05.10.2026</w:t>
                </w:r>
                <w:r>
                  <w:rPr>
                    <w:sz w:val="19"/>
                    <w:szCs w:val="19"/>
                  </w:rPr>
                  <w:fldChar w:fldCharType="end"/>
                </w:r>
              </w:sdtContent>
            </w:sdt>
            <w:permEnd w:id="50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1247"/>
        <w:gridCol w:w="3514"/>
        <w:gridCol w:w="1360"/>
        <w:gridCol w:w="680"/>
        <w:gridCol w:w="1360"/>
        <w:gridCol w:w="907"/>
      </w:tblGrid>
      <w:tr>
        <w:trPr>
          <w:trHeight w:val="340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Kodu</w:t>
            </w:r>
          </w:p>
        </w:tc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Adı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T-U-L : Kredi</w:t>
            </w:r>
          </w:p>
        </w:tc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Şube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İşlem</w:t>
            </w:r>
          </w:p>
        </w:tc>
        <w:tc>
          <w:tcPr>
            <w:tcW w:type="dxa" w:w="90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 / S</w:t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06" w:edGrp="everyone"/>
            <w:sdt>
              <w:sdtPr>
                <w:alias w:val="Ders kodu 9"/>
                <w:tag w:val="Ders kodu 9"/>
                <w:id w:val="4150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06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07" w:edGrp="everyone"/>
            <w:sdt>
              <w:sdtPr>
                <w:alias w:val="Ders adı 9"/>
                <w:tag w:val="Ders adı 9"/>
                <w:id w:val="4150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0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08" w:edGrp="everyone"/>
            <w:sdt>
              <w:sdtPr>
                <w:alias w:val="Kredi 9"/>
                <w:tag w:val="Kredi 9"/>
                <w:id w:val="4150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08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09" w:edGrp="everyone"/>
            <w:sdt>
              <w:sdtPr>
                <w:alias w:val="Şube 9"/>
                <w:tag w:val="Şube 9"/>
                <w:id w:val="4150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0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10" w:edGrp="everyone"/>
            <w:sdt>
              <w:sdtPr>
                <w:alias w:val="İşlem 9"/>
                <w:tag w:val="İşlem 9"/>
                <w:id w:val="41509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10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11" w:edGrp="everyone"/>
            <w:sdt>
              <w:sdtPr>
                <w:alias w:val="Z/S 9"/>
                <w:tag w:val="Z/S 9"/>
                <w:id w:val="4151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1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12" w:edGrp="everyone"/>
            <w:sdt>
              <w:sdtPr>
                <w:alias w:val="Ders kodu 10"/>
                <w:tag w:val="Ders kodu 10"/>
                <w:id w:val="4151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12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13" w:edGrp="everyone"/>
            <w:sdt>
              <w:sdtPr>
                <w:alias w:val="Ders adı 10"/>
                <w:tag w:val="Ders adı 10"/>
                <w:id w:val="415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1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14" w:edGrp="everyone"/>
            <w:sdt>
              <w:sdtPr>
                <w:alias w:val="Kredi 10"/>
                <w:tag w:val="Kredi 10"/>
                <w:id w:val="415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14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15" w:edGrp="everyone"/>
            <w:sdt>
              <w:sdtPr>
                <w:alias w:val="Şube 10"/>
                <w:tag w:val="Şube 10"/>
                <w:id w:val="415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1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16" w:edGrp="everyone"/>
            <w:sdt>
              <w:sdtPr>
                <w:alias w:val="İşlem 10"/>
                <w:tag w:val="İşlem 10"/>
                <w:id w:val="41515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16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17" w:edGrp="everyone"/>
            <w:sdt>
              <w:sdtPr>
                <w:alias w:val="Z/S 10"/>
                <w:tag w:val="Z/S 10"/>
                <w:id w:val="41516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17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18" w:edGrp="everyone"/>
            <w:sdt>
              <w:sdtPr>
                <w:alias w:val="Ders kodu 11"/>
                <w:tag w:val="Ders kodu 11"/>
                <w:id w:val="415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18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19" w:edGrp="everyone"/>
            <w:sdt>
              <w:sdtPr>
                <w:alias w:val="Ders adı 11"/>
                <w:tag w:val="Ders adı 11"/>
                <w:id w:val="415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1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20" w:edGrp="everyone"/>
            <w:sdt>
              <w:sdtPr>
                <w:alias w:val="Kredi 11"/>
                <w:tag w:val="Kredi 11"/>
                <w:id w:val="415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0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21" w:edGrp="everyone"/>
            <w:sdt>
              <w:sdtPr>
                <w:alias w:val="Şube 11"/>
                <w:tag w:val="Şube 11"/>
                <w:id w:val="415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2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22" w:edGrp="everyone"/>
            <w:sdt>
              <w:sdtPr>
                <w:alias w:val="İşlem 11"/>
                <w:tag w:val="İşlem 11"/>
                <w:id w:val="41521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2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23" w:edGrp="everyone"/>
            <w:sdt>
              <w:sdtPr>
                <w:alias w:val="Z/S 11"/>
                <w:tag w:val="Z/S 11"/>
                <w:id w:val="4152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3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24" w:edGrp="everyone"/>
            <w:sdt>
              <w:sdtPr>
                <w:alias w:val="Ders kodu 12"/>
                <w:tag w:val="Ders kodu 12"/>
                <w:id w:val="415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24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25" w:edGrp="everyone"/>
            <w:sdt>
              <w:sdtPr>
                <w:alias w:val="Ders adı 12"/>
                <w:tag w:val="Ders adı 12"/>
                <w:id w:val="415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2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26" w:edGrp="everyone"/>
            <w:sdt>
              <w:sdtPr>
                <w:alias w:val="Kredi 12"/>
                <w:tag w:val="Kredi 12"/>
                <w:id w:val="415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6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27" w:edGrp="everyone"/>
            <w:sdt>
              <w:sdtPr>
                <w:alias w:val="Şube 12"/>
                <w:tag w:val="Şube 12"/>
                <w:id w:val="415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2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28" w:edGrp="everyone"/>
            <w:sdt>
              <w:sdtPr>
                <w:alias w:val="İşlem 12"/>
                <w:tag w:val="İşlem 12"/>
                <w:id w:val="41527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8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29" w:edGrp="everyone"/>
            <w:sdt>
              <w:sdtPr>
                <w:alias w:val="Z/S 12"/>
                <w:tag w:val="Z/S 12"/>
                <w:id w:val="41528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29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30" w:edGrp="everyone"/>
            <w:sdt>
              <w:sdtPr>
                <w:alias w:val="Ders kodu 13"/>
                <w:tag w:val="Ders kodu 13"/>
                <w:id w:val="415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30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31" w:edGrp="everyone"/>
            <w:sdt>
              <w:sdtPr>
                <w:alias w:val="Ders adı 13"/>
                <w:tag w:val="Ders adı 13"/>
                <w:id w:val="415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3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32" w:edGrp="everyone"/>
            <w:sdt>
              <w:sdtPr>
                <w:alias w:val="Kredi 13"/>
                <w:tag w:val="Kredi 13"/>
                <w:id w:val="415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32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33" w:edGrp="everyone"/>
            <w:sdt>
              <w:sdtPr>
                <w:alias w:val="Şube 13"/>
                <w:tag w:val="Şube 13"/>
                <w:id w:val="415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3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34" w:edGrp="everyone"/>
            <w:sdt>
              <w:sdtPr>
                <w:alias w:val="İşlem 13"/>
                <w:tag w:val="İşlem 13"/>
                <w:id w:val="41533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34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35" w:edGrp="everyone"/>
            <w:sdt>
              <w:sdtPr>
                <w:alias w:val="Z/S 13"/>
                <w:tag w:val="Z/S 13"/>
                <w:id w:val="41534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35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14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36" w:edGrp="everyone"/>
            <w:sdt>
              <w:sdtPr>
                <w:alias w:val="Ders kodu 14"/>
                <w:tag w:val="Ders kodu 14"/>
                <w:id w:val="415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36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37" w:edGrp="everyone"/>
            <w:sdt>
              <w:sdtPr>
                <w:alias w:val="Ders adı 14"/>
                <w:tag w:val="Ders adı 14"/>
                <w:id w:val="415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3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38" w:edGrp="everyone"/>
            <w:sdt>
              <w:sdtPr>
                <w:alias w:val="Kredi 14"/>
                <w:tag w:val="Kredi 14"/>
                <w:id w:val="415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38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39" w:edGrp="everyone"/>
            <w:sdt>
              <w:sdtPr>
                <w:alias w:val="Şube 14"/>
                <w:tag w:val="Şube 14"/>
                <w:id w:val="415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3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40" w:edGrp="everyone"/>
            <w:sdt>
              <w:sdtPr>
                <w:alias w:val="İşlem 14"/>
                <w:tag w:val="İşlem 14"/>
                <w:id w:val="41539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40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41" w:edGrp="everyone"/>
            <w:sdt>
              <w:sdtPr>
                <w:alias w:val="Z/S 14"/>
                <w:tag w:val="Z/S 14"/>
                <w:id w:val="4154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4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15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42" w:edGrp="everyone"/>
            <w:sdt>
              <w:sdtPr>
                <w:alias w:val="Ders kodu 15"/>
                <w:tag w:val="Ders kodu 15"/>
                <w:id w:val="415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42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43" w:edGrp="everyone"/>
            <w:sdt>
              <w:sdtPr>
                <w:alias w:val="Ders adı 15"/>
                <w:tag w:val="Ders adı 15"/>
                <w:id w:val="415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4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44" w:edGrp="everyone"/>
            <w:sdt>
              <w:sdtPr>
                <w:alias w:val="Kredi 15"/>
                <w:tag w:val="Kredi 15"/>
                <w:id w:val="415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44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45" w:edGrp="everyone"/>
            <w:sdt>
              <w:sdtPr>
                <w:alias w:val="Şube 15"/>
                <w:tag w:val="Şube 15"/>
                <w:id w:val="415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4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46" w:edGrp="everyone"/>
            <w:sdt>
              <w:sdtPr>
                <w:alias w:val="İşlem 15"/>
                <w:tag w:val="İşlem 15"/>
                <w:id w:val="41545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46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47" w:edGrp="everyone"/>
            <w:sdt>
              <w:sdtPr>
                <w:alias w:val="Z/S 15"/>
                <w:tag w:val="Z/S 15"/>
                <w:id w:val="41546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47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16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48" w:edGrp="everyone"/>
            <w:sdt>
              <w:sdtPr>
                <w:alias w:val="Ders kodu 16"/>
                <w:tag w:val="Ders kodu 16"/>
                <w:id w:val="415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48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49" w:edGrp="everyone"/>
            <w:sdt>
              <w:sdtPr>
                <w:alias w:val="Ders adı 16"/>
                <w:tag w:val="Ders adı 16"/>
                <w:id w:val="415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4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50" w:edGrp="everyone"/>
            <w:sdt>
              <w:sdtPr>
                <w:alias w:val="Kredi 16"/>
                <w:tag w:val="Kredi 16"/>
                <w:id w:val="415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50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51" w:edGrp="everyone"/>
            <w:sdt>
              <w:sdtPr>
                <w:alias w:val="Şube 16"/>
                <w:tag w:val="Şube 16"/>
                <w:id w:val="415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5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52" w:edGrp="everyone"/>
            <w:sdt>
              <w:sdtPr>
                <w:alias w:val="İşlem 16"/>
                <w:tag w:val="İşlem 16"/>
                <w:id w:val="41551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52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53" w:edGrp="everyone"/>
            <w:sdt>
              <w:sdtPr>
                <w:alias w:val="Z/S 16"/>
                <w:tag w:val="Z/S 16"/>
                <w:id w:val="4155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53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17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54" w:edGrp="everyone"/>
            <w:sdt>
              <w:sdtPr>
                <w:alias w:val="Ders kodu 17"/>
                <w:tag w:val="Ders kodu 17"/>
                <w:id w:val="4155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54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55" w:edGrp="everyone"/>
            <w:sdt>
              <w:sdtPr>
                <w:alias w:val="Ders adı 17"/>
                <w:tag w:val="Ders adı 17"/>
                <w:id w:val="415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5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56" w:edGrp="everyone"/>
            <w:sdt>
              <w:sdtPr>
                <w:alias w:val="Kredi 17"/>
                <w:tag w:val="Kredi 17"/>
                <w:id w:val="415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56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57" w:edGrp="everyone"/>
            <w:sdt>
              <w:sdtPr>
                <w:alias w:val="Şube 17"/>
                <w:tag w:val="Şube 17"/>
                <w:id w:val="415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5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58" w:edGrp="everyone"/>
            <w:sdt>
              <w:sdtPr>
                <w:alias w:val="İşlem 17"/>
                <w:tag w:val="İşlem 17"/>
                <w:id w:val="41557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58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59" w:edGrp="everyone"/>
            <w:sdt>
              <w:sdtPr>
                <w:alias w:val="Z/S 17"/>
                <w:tag w:val="Z/S 17"/>
                <w:id w:val="41558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59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18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60" w:edGrp="everyone"/>
            <w:sdt>
              <w:sdtPr>
                <w:alias w:val="Ders kodu 18"/>
                <w:tag w:val="Ders kodu 18"/>
                <w:id w:val="4155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60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61" w:edGrp="everyone"/>
            <w:sdt>
              <w:sdtPr>
                <w:alias w:val="Ders adı 18"/>
                <w:tag w:val="Ders adı 18"/>
                <w:id w:val="415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6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62" w:edGrp="everyone"/>
            <w:sdt>
              <w:sdtPr>
                <w:alias w:val="Kredi 18"/>
                <w:tag w:val="Kredi 18"/>
                <w:id w:val="415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62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63" w:edGrp="everyone"/>
            <w:sdt>
              <w:sdtPr>
                <w:alias w:val="Şube 18"/>
                <w:tag w:val="Şube 18"/>
                <w:id w:val="415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6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64" w:edGrp="everyone"/>
            <w:sdt>
              <w:sdtPr>
                <w:alias w:val="İşlem 18"/>
                <w:tag w:val="İşlem 18"/>
                <w:id w:val="41563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64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65" w:edGrp="everyone"/>
            <w:sdt>
              <w:sdtPr>
                <w:alias w:val="Z/S 18"/>
                <w:tag w:val="Z/S 18"/>
                <w:id w:val="41564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65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19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66" w:edGrp="everyone"/>
            <w:sdt>
              <w:sdtPr>
                <w:alias w:val="Ders kodu 19"/>
                <w:tag w:val="Ders kodu 19"/>
                <w:id w:val="4156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66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67" w:edGrp="everyone"/>
            <w:sdt>
              <w:sdtPr>
                <w:alias w:val="Ders adı 19"/>
                <w:tag w:val="Ders adı 19"/>
                <w:id w:val="415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6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68" w:edGrp="everyone"/>
            <w:sdt>
              <w:sdtPr>
                <w:alias w:val="Kredi 19"/>
                <w:tag w:val="Kredi 19"/>
                <w:id w:val="415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68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69" w:edGrp="everyone"/>
            <w:sdt>
              <w:sdtPr>
                <w:alias w:val="Şube 19"/>
                <w:tag w:val="Şube 19"/>
                <w:id w:val="415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6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70" w:edGrp="everyone"/>
            <w:sdt>
              <w:sdtPr>
                <w:alias w:val="İşlem 19"/>
                <w:tag w:val="İşlem 19"/>
                <w:id w:val="41569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70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71" w:edGrp="everyone"/>
            <w:sdt>
              <w:sdtPr>
                <w:alias w:val="Z/S 19"/>
                <w:tag w:val="Z/S 19"/>
                <w:id w:val="4157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71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72" w:edGrp="everyone"/>
            <w:sdt>
              <w:sdtPr>
                <w:alias w:val="Ders kodu 20"/>
                <w:tag w:val="Ders kodu 20"/>
                <w:id w:val="4157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72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73" w:edGrp="everyone"/>
            <w:sdt>
              <w:sdtPr>
                <w:alias w:val="Ders adı 20"/>
                <w:tag w:val="Ders adı 20"/>
                <w:id w:val="415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7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74" w:edGrp="everyone"/>
            <w:sdt>
              <w:sdtPr>
                <w:alias w:val="Kredi 20"/>
                <w:tag w:val="Kredi 20"/>
                <w:id w:val="415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74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75" w:edGrp="everyone"/>
            <w:sdt>
              <w:sdtPr>
                <w:alias w:val="Şube 20"/>
                <w:tag w:val="Şube 20"/>
                <w:id w:val="415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7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76" w:edGrp="everyone"/>
            <w:sdt>
              <w:sdtPr>
                <w:alias w:val="İşlem 20"/>
                <w:tag w:val="İşlem 20"/>
                <w:id w:val="41575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76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77" w:edGrp="everyone"/>
            <w:sdt>
              <w:sdtPr>
                <w:alias w:val="Z/S 20"/>
                <w:tag w:val="Z/S 20"/>
                <w:id w:val="41576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77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78" w:edGrp="everyone"/>
            <w:sdt>
              <w:sdtPr>
                <w:alias w:val="Ders kodu 21"/>
                <w:tag w:val="Ders kodu 21"/>
                <w:id w:val="4157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78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79" w:edGrp="everyone"/>
            <w:sdt>
              <w:sdtPr>
                <w:alias w:val="Ders adı 21"/>
                <w:tag w:val="Ders adı 21"/>
                <w:id w:val="415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7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80" w:edGrp="everyone"/>
            <w:sdt>
              <w:sdtPr>
                <w:alias w:val="Kredi 21"/>
                <w:tag w:val="Kredi 21"/>
                <w:id w:val="415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80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81" w:edGrp="everyone"/>
            <w:sdt>
              <w:sdtPr>
                <w:alias w:val="Şube 21"/>
                <w:tag w:val="Şube 21"/>
                <w:id w:val="415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8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82" w:edGrp="everyone"/>
            <w:sdt>
              <w:sdtPr>
                <w:alias w:val="İşlem 21"/>
                <w:tag w:val="İşlem 21"/>
                <w:id w:val="41581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82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83" w:edGrp="everyone"/>
            <w:sdt>
              <w:sdtPr>
                <w:alias w:val="Z/S 21"/>
                <w:tag w:val="Z/S 21"/>
                <w:id w:val="41582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83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84" w:edGrp="everyone"/>
            <w:sdt>
              <w:sdtPr>
                <w:alias w:val="Ders kodu 22"/>
                <w:tag w:val="Ders kodu 22"/>
                <w:id w:val="4158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84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85" w:edGrp="everyone"/>
            <w:sdt>
              <w:sdtPr>
                <w:alias w:val="Ders adı 22"/>
                <w:tag w:val="Ders adı 22"/>
                <w:id w:val="415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85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86" w:edGrp="everyone"/>
            <w:sdt>
              <w:sdtPr>
                <w:alias w:val="Kredi 22"/>
                <w:tag w:val="Kredi 22"/>
                <w:id w:val="415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86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87" w:edGrp="everyone"/>
            <w:sdt>
              <w:sdtPr>
                <w:alias w:val="Şube 22"/>
                <w:tag w:val="Şube 22"/>
                <w:id w:val="415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8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88" w:edGrp="everyone"/>
            <w:sdt>
              <w:sdtPr>
                <w:alias w:val="İşlem 22"/>
                <w:tag w:val="İşlem 22"/>
                <w:id w:val="41587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88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89" w:edGrp="everyone"/>
            <w:sdt>
              <w:sdtPr>
                <w:alias w:val="Z/S 22"/>
                <w:tag w:val="Z/S 22"/>
                <w:id w:val="41588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89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90" w:edGrp="everyone"/>
            <w:sdt>
              <w:sdtPr>
                <w:alias w:val="Ders kodu 23"/>
                <w:tag w:val="Ders kodu 23"/>
                <w:id w:val="4158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90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91" w:edGrp="everyone"/>
            <w:sdt>
              <w:sdtPr>
                <w:alias w:val="Ders adı 23"/>
                <w:tag w:val="Ders adı 23"/>
                <w:id w:val="415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91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92" w:edGrp="everyone"/>
            <w:sdt>
              <w:sdtPr>
                <w:alias w:val="Kredi 23"/>
                <w:tag w:val="Kredi 23"/>
                <w:id w:val="415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92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93" w:edGrp="everyone"/>
            <w:sdt>
              <w:sdtPr>
                <w:alias w:val="Şube 23"/>
                <w:tag w:val="Şube 23"/>
                <w:id w:val="415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93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94" w:edGrp="everyone"/>
            <w:sdt>
              <w:sdtPr>
                <w:alias w:val="İşlem 23"/>
                <w:tag w:val="İşlem 23"/>
                <w:id w:val="41593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94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595" w:edGrp="everyone"/>
            <w:sdt>
              <w:sdtPr>
                <w:alias w:val="Z/S 23"/>
                <w:tag w:val="Z/S 23"/>
                <w:id w:val="41594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95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24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596" w:edGrp="everyone"/>
            <w:sdt>
              <w:sdtPr>
                <w:alias w:val="Ders kodu 24"/>
                <w:tag w:val="Ders kodu 24"/>
                <w:id w:val="4159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96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597" w:edGrp="everyone"/>
            <w:sdt>
              <w:sdtPr>
                <w:alias w:val="Ders adı 24"/>
                <w:tag w:val="Ders adı 24"/>
                <w:id w:val="4159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597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598" w:edGrp="everyone"/>
            <w:sdt>
              <w:sdtPr>
                <w:alias w:val="Kredi 24"/>
                <w:tag w:val="Kredi 24"/>
                <w:id w:val="4159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598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599" w:edGrp="everyone"/>
            <w:sdt>
              <w:sdtPr>
                <w:alias w:val="Şube 24"/>
                <w:tag w:val="Şube 24"/>
                <w:id w:val="4159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599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600" w:edGrp="everyone"/>
            <w:sdt>
              <w:sdtPr>
                <w:alias w:val="İşlem 24"/>
                <w:tag w:val="İşlem 24"/>
                <w:id w:val="41599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00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601" w:edGrp="everyone"/>
            <w:sdt>
              <w:sdtPr>
                <w:alias w:val="Z/S 24"/>
                <w:tag w:val="Z/S 24"/>
                <w:id w:val="41600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601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Ana sayfadaki satırlar yetmediğinde bu devam sayfası doldurulur ve form tek set olarak teslim edilir; 16 satır da yetmezse sayfa fotokopi ile çoğaltılabilir.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Danışman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602" w:edGrp="everyone"/>
            <w:sdt>
              <w:sdtPr>
                <w:alias w:val="Öğrenci Adı Soyadı"/>
                <w:tag w:val="Öğrenci Adı Soyadı"/>
                <w:id w:val="4160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602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603" w:edGrp="everyone"/>
            <w:sdt>
              <w:sdtPr>
                <w:alias w:val="Danışman Adı Soyadı"/>
                <w:tag w:val="Danışman Adı Soyadı"/>
                <w:id w:val="4160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603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604" w:edGrp="everyone"/>
            <w:sdt>
              <w:sdtPr>
                <w:alias w:val="Bölüm Başkanı Adı Soyadı"/>
                <w:tag w:val="Bölüm Başkanı Adı Soyadı"/>
                <w:id w:val="4160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604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HTMYO-OFRM-108  |  Ekle Sil Haftası Ders Kayıt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HTMYO-OFRM-108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Ekle Sil Haftası Ders Kayıt Formu</dc:title>
  <dc:subject>HTMYO-OFRM-108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