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80" w:after="160" w:line="240" w:lineRule="auto"/>
        <w:jc w:val="center"/>
      </w:pPr>
      <w:r>
        <w:rPr>
          <w:b/>
          <w:bCs/>
          <w:sz w:val="28"/>
          <w:szCs w:val="28"/>
        </w:rPr>
        <w:t xml:space="preserve">DERS MUAFIYET DILEKÇESI</w:t>
      </w:r>
    </w:p>
    <w:p>
      <w:pPr>
        <w:spacing w:before="0" w:after="120" w:line="240" w:lineRule="auto"/>
        <w:jc w:val="right"/>
      </w:pPr>
      <w:r>
        <w:rPr>
          <w:b/>
          <w:bCs/>
          <w:sz w:val="20"/>
          <w:szCs w:val="20"/>
        </w:rPr>
        <w:t xml:space="preserve">Tarih: </w:t>
      </w:r>
      <w:permStart w:id="1" w:edGrp="everyone"/>
      <w:sdt>
        <w:sdtPr>
          <w:alias w:val="Tarih"/>
          <w:tag w:val="Tarih"/>
          <w:id w:val="41000"/>
        </w:sdtPr>
        <w:sdtContent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 xml:space="preserve"> DATE \@ "dd.MM.yyyy" </w:instrText>
          </w:r>
          <w:r>
            <w:rPr>
              <w:sz w:val="20"/>
              <w:szCs w:val="20"/>
            </w:rPr>
            <w:fldChar w:fldCharType="separate"/>
          </w:r>
          <w:r>
            <w:rPr>
              <w:sz w:val="20"/>
              <w:szCs w:val="20"/>
            </w:rPr>
            <w:t>05.10.2026</w:t>
          </w:r>
          <w:r>
            <w:rPr>
              <w:sz w:val="20"/>
              <w:szCs w:val="20"/>
            </w:rPr>
            <w:fldChar w:fldCharType="end"/>
          </w:r>
        </w:sdtContent>
      </w:sdt>
      <w:permEnd w:id="1"/>
    </w:p>
    <w:p>
      <w:pPr>
        <w:spacing w:before="0" w:after="160" w:line="240" w:lineRule="auto"/>
        <w:jc w:val="center"/>
      </w:pPr>
      <w:r>
        <w:rPr>
          <w:b/>
          <w:bCs/>
          <w:sz w:val="20"/>
          <w:szCs w:val="20"/>
        </w:rPr>
        <w:t xml:space="preserve">BUCAK HİKMET TOLUNAY ULAŞTIRMA VE LOJİSTİK MESLEK YÜKSEKOKULU MÜDÜRLÜĞÜNE</w:t>
      </w:r>
    </w:p>
    <w:p>
      <w:pPr>
        <w:keepNext/>
        <w:spacing w:before="0" w:after="40" w:line="240" w:lineRule="auto"/>
        <w:jc w:val="left"/>
      </w:pPr>
      <w:r>
        <w:rPr>
          <w:b/>
          <w:bCs/>
          <w:sz w:val="19"/>
          <w:szCs w:val="19"/>
        </w:rPr>
        <w:t xml:space="preserve">ÖĞRENCİ BİLGİLERİ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474"/>
        <w:gridCol w:w="3344"/>
        <w:gridCol w:w="1474"/>
        <w:gridCol w:w="3344"/>
      </w:tblGrid>
      <w:tr>
        <w:trPr>
          <w:trHeight w:val="35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Adı Soyadı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2" w:edGrp="everyone"/>
            <w:sdt>
              <w:sdtPr>
                <w:alias w:val="Adı Soyadı"/>
                <w:tag w:val="Adı Soyadı"/>
                <w:id w:val="41001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"/>
          </w:p>
        </w:tc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Öğrenci No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3" w:edGrp="everyone"/>
            <w:sdt>
              <w:sdtPr>
                <w:alias w:val="Öğrenci No"/>
                <w:tag w:val="Öğrenci No"/>
                <w:id w:val="41002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3"/>
          </w:p>
        </w:tc>
      </w:tr>
      <w:tr>
        <w:trPr>
          <w:trHeight w:val="35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Bölüm / Program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4" w:edGrp="everyone"/>
            <w:sdt>
              <w:sdtPr>
                <w:alias w:val="Bölüm / Program"/>
                <w:tag w:val="Bölüm / Program"/>
                <w:id w:val="41003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4"/>
          </w:p>
        </w:tc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Sınıf / Şube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5" w:edGrp="everyone"/>
            <w:sdt>
              <w:sdtPr>
                <w:alias w:val="Sınıf"/>
                <w:tag w:val="Sınıf"/>
                <w:id w:val="41004"/>
                <w:showingPlcHdr/>
                <w:dropDownList>
                  <w:listItem w:displayText="1. Sınıf" w:value="1. Sınıf"/>
                  <w:listItem w:displayText="2. Sınıf" w:value="2. Sınıf"/>
                </w:dropDownList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</w:t>
                </w:r>
              </w:sdtContent>
            </w:sdt>
            <w:permEnd w:id="5"/>
            <w:r>
              <w:rPr>
                <w:sz w:val="18"/>
                <w:szCs w:val="18"/>
              </w:rPr>
              <w:t xml:space="preserve">  </w:t>
            </w:r>
            <w:permStart w:id="6" w:edGrp="everyone"/>
            <w:sdt>
              <w:sdtPr>
                <w:alias w:val="Şube"/>
                <w:tag w:val="Şube"/>
                <w:id w:val="41005"/>
                <w:showingPlcHdr/>
                <w:dropDownList>
                  <w:listItem w:displayText="A" w:value="A"/>
                  <w:listItem w:displayText="B" w:value="B"/>
                </w:dropDownList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</w:t>
                </w:r>
              </w:sdtContent>
            </w:sdt>
            <w:permEnd w:id="6"/>
          </w:p>
        </w:tc>
      </w:tr>
      <w:tr>
        <w:trPr>
          <w:trHeight w:val="35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Telefon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7" w:edGrp="everyone"/>
            <w:sdt>
              <w:sdtPr>
                <w:alias w:val="Telefon"/>
                <w:tag w:val="Telefon"/>
                <w:id w:val="41006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7"/>
          </w:p>
        </w:tc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E-posta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8" w:edGrp="everyone"/>
            <w:sdt>
              <w:sdtPr>
                <w:alias w:val="E-posta"/>
                <w:tag w:val="E-posta"/>
                <w:id w:val="41007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8"/>
          </w:p>
        </w:tc>
      </w:tr>
      <w:tr>
        <w:trPr>
          <w:trHeight w:val="35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Adres</w:t>
            </w:r>
          </w:p>
        </w:tc>
        <w:tc>
          <w:tcPr>
            <w:tcW w:type="dxa" w:w="8164"/>
            <w:gridSpan w:val="3"/>
            <w:vAlign w:val="center"/>
          </w:tcPr>
          <w:p>
            <w:pPr>
              <w:spacing w:before="0" w:after="0" w:line="240" w:lineRule="auto"/>
              <w:jc w:val="left"/>
            </w:pPr>
            <w:permStart w:id="9" w:edGrp="everyone"/>
            <w:sdt>
              <w:sdtPr>
                <w:alias w:val="Adres"/>
                <w:tag w:val="Adres"/>
                <w:id w:val="41008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9"/>
          </w:p>
        </w:tc>
      </w:tr>
    </w:tbl>
    <w:p>
      <w:pPr>
        <w:spacing w:before="0" w:after="0" w:line="80" w:lineRule="exact"/>
        <w:jc w:val="left"/>
      </w:pPr>
    </w:p>
    <w:p>
      <w:pPr>
        <w:spacing w:before="0" w:after="120" w:line="276" w:lineRule="auto"/>
        <w:ind w:firstLine="567"/>
        <w:jc w:val="both"/>
      </w:pPr>
      <w:r>
        <w:rPr>
          <w:sz w:val="21"/>
          <w:szCs w:val="21"/>
        </w:rPr>
        <w:t xml:space="preserve">Daha önce almış olduğum aşağıdaki derslerden muaf tutulmak istiyorum.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680"/>
        <w:gridCol w:w="4478"/>
        <w:gridCol w:w="4478"/>
      </w:tblGrid>
      <w:tr>
        <w:trPr>
          <w:trHeight w:val="351" w:hRule="atLeast"/>
          <w:cantSplit/>
        </w:trPr>
        <w:tc>
          <w:tcPr>
            <w:tcW w:type="dxa" w:w="680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Sıra</w:t>
            </w:r>
          </w:p>
        </w:tc>
        <w:tc>
          <w:tcPr>
            <w:tcW w:type="dxa" w:w="4479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Muaf Olmak İstediği Dersin Tam Adı</w:t>
            </w:r>
          </w:p>
        </w:tc>
        <w:tc>
          <w:tcPr>
            <w:tcW w:type="dxa" w:w="4479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Daha Önce Alınan Ders (Ders Adı / Kurum)</w:t>
            </w:r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type="dxa" w:w="4479"/>
            <w:vAlign w:val="center"/>
          </w:tcPr>
          <w:p>
            <w:pPr>
              <w:spacing w:before="0" w:after="0" w:line="240" w:lineRule="auto"/>
              <w:jc w:val="left"/>
            </w:pPr>
            <w:permStart w:id="10" w:edGrp="everyone"/>
            <w:sdt>
              <w:sdtPr>
                <w:alias w:val="Muaf ders 1"/>
                <w:tag w:val="Muaf ders 1"/>
                <w:id w:val="41009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0"/>
          </w:p>
        </w:tc>
        <w:tc>
          <w:tcPr>
            <w:tcW w:type="dxa" w:w="4479"/>
            <w:vAlign w:val="center"/>
          </w:tcPr>
          <w:p>
            <w:pPr>
              <w:spacing w:before="0" w:after="0" w:line="240" w:lineRule="auto"/>
              <w:jc w:val="left"/>
            </w:pPr>
            <w:permStart w:id="11" w:edGrp="everyone"/>
            <w:sdt>
              <w:sdtPr>
                <w:alias w:val="Daha önce alınan ders 1"/>
                <w:tag w:val="Daha önce alınan ders 1"/>
                <w:id w:val="41010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1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type="dxa" w:w="4479"/>
            <w:vAlign w:val="center"/>
          </w:tcPr>
          <w:p>
            <w:pPr>
              <w:spacing w:before="0" w:after="0" w:line="240" w:lineRule="auto"/>
              <w:jc w:val="left"/>
            </w:pPr>
            <w:permStart w:id="12" w:edGrp="everyone"/>
            <w:sdt>
              <w:sdtPr>
                <w:alias w:val="Muaf ders 2"/>
                <w:tag w:val="Muaf ders 2"/>
                <w:id w:val="41011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2"/>
          </w:p>
        </w:tc>
        <w:tc>
          <w:tcPr>
            <w:tcW w:type="dxa" w:w="4479"/>
            <w:vAlign w:val="center"/>
          </w:tcPr>
          <w:p>
            <w:pPr>
              <w:spacing w:before="0" w:after="0" w:line="240" w:lineRule="auto"/>
              <w:jc w:val="left"/>
            </w:pPr>
            <w:permStart w:id="13" w:edGrp="everyone"/>
            <w:sdt>
              <w:sdtPr>
                <w:alias w:val="Daha önce alınan ders 2"/>
                <w:tag w:val="Daha önce alınan ders 2"/>
                <w:id w:val="41012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3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type="dxa" w:w="4479"/>
            <w:vAlign w:val="center"/>
          </w:tcPr>
          <w:p>
            <w:pPr>
              <w:spacing w:before="0" w:after="0" w:line="240" w:lineRule="auto"/>
              <w:jc w:val="left"/>
            </w:pPr>
            <w:permStart w:id="14" w:edGrp="everyone"/>
            <w:sdt>
              <w:sdtPr>
                <w:alias w:val="Muaf ders 3"/>
                <w:tag w:val="Muaf ders 3"/>
                <w:id w:val="41013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4"/>
          </w:p>
        </w:tc>
        <w:tc>
          <w:tcPr>
            <w:tcW w:type="dxa" w:w="4479"/>
            <w:vAlign w:val="center"/>
          </w:tcPr>
          <w:p>
            <w:pPr>
              <w:spacing w:before="0" w:after="0" w:line="240" w:lineRule="auto"/>
              <w:jc w:val="left"/>
            </w:pPr>
            <w:permStart w:id="15" w:edGrp="everyone"/>
            <w:sdt>
              <w:sdtPr>
                <w:alias w:val="Daha önce alınan ders 3"/>
                <w:tag w:val="Daha önce alınan ders 3"/>
                <w:id w:val="41014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5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4</w:t>
            </w:r>
          </w:p>
        </w:tc>
        <w:tc>
          <w:tcPr>
            <w:tcW w:type="dxa" w:w="4479"/>
            <w:vAlign w:val="center"/>
          </w:tcPr>
          <w:p>
            <w:pPr>
              <w:spacing w:before="0" w:after="0" w:line="240" w:lineRule="auto"/>
              <w:jc w:val="left"/>
            </w:pPr>
            <w:permStart w:id="16" w:edGrp="everyone"/>
            <w:sdt>
              <w:sdtPr>
                <w:alias w:val="Muaf ders 4"/>
                <w:tag w:val="Muaf ders 4"/>
                <w:id w:val="41015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6"/>
          </w:p>
        </w:tc>
        <w:tc>
          <w:tcPr>
            <w:tcW w:type="dxa" w:w="4479"/>
            <w:vAlign w:val="center"/>
          </w:tcPr>
          <w:p>
            <w:pPr>
              <w:spacing w:before="0" w:after="0" w:line="240" w:lineRule="auto"/>
              <w:jc w:val="left"/>
            </w:pPr>
            <w:permStart w:id="17" w:edGrp="everyone"/>
            <w:sdt>
              <w:sdtPr>
                <w:alias w:val="Daha önce alınan ders 4"/>
                <w:tag w:val="Daha önce alınan ders 4"/>
                <w:id w:val="41016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7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5</w:t>
            </w:r>
          </w:p>
        </w:tc>
        <w:tc>
          <w:tcPr>
            <w:tcW w:type="dxa" w:w="4479"/>
            <w:vAlign w:val="center"/>
          </w:tcPr>
          <w:p>
            <w:pPr>
              <w:spacing w:before="0" w:after="0" w:line="240" w:lineRule="auto"/>
              <w:jc w:val="left"/>
            </w:pPr>
            <w:permStart w:id="18" w:edGrp="everyone"/>
            <w:sdt>
              <w:sdtPr>
                <w:alias w:val="Muaf ders 5"/>
                <w:tag w:val="Muaf ders 5"/>
                <w:id w:val="41017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8"/>
          </w:p>
        </w:tc>
        <w:tc>
          <w:tcPr>
            <w:tcW w:type="dxa" w:w="4479"/>
            <w:vAlign w:val="center"/>
          </w:tcPr>
          <w:p>
            <w:pPr>
              <w:spacing w:before="0" w:after="0" w:line="240" w:lineRule="auto"/>
              <w:jc w:val="left"/>
            </w:pPr>
            <w:permStart w:id="19" w:edGrp="everyone"/>
            <w:sdt>
              <w:sdtPr>
                <w:alias w:val="Daha önce alınan ders 5"/>
                <w:tag w:val="Daha önce alınan ders 5"/>
                <w:id w:val="41018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9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6</w:t>
            </w:r>
          </w:p>
        </w:tc>
        <w:tc>
          <w:tcPr>
            <w:tcW w:type="dxa" w:w="4479"/>
            <w:vAlign w:val="center"/>
          </w:tcPr>
          <w:p>
            <w:pPr>
              <w:spacing w:before="0" w:after="0" w:line="240" w:lineRule="auto"/>
              <w:jc w:val="left"/>
            </w:pPr>
            <w:permStart w:id="20" w:edGrp="everyone"/>
            <w:sdt>
              <w:sdtPr>
                <w:alias w:val="Muaf ders 6"/>
                <w:tag w:val="Muaf ders 6"/>
                <w:id w:val="41019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0"/>
          </w:p>
        </w:tc>
        <w:tc>
          <w:tcPr>
            <w:tcW w:type="dxa" w:w="4479"/>
            <w:vAlign w:val="center"/>
          </w:tcPr>
          <w:p>
            <w:pPr>
              <w:spacing w:before="0" w:after="0" w:line="240" w:lineRule="auto"/>
              <w:jc w:val="left"/>
            </w:pPr>
            <w:permStart w:id="21" w:edGrp="everyone"/>
            <w:sdt>
              <w:sdtPr>
                <w:alias w:val="Daha önce alınan ders 6"/>
                <w:tag w:val="Daha önce alınan ders 6"/>
                <w:id w:val="41020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1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7</w:t>
            </w:r>
          </w:p>
        </w:tc>
        <w:tc>
          <w:tcPr>
            <w:tcW w:type="dxa" w:w="4479"/>
            <w:vAlign w:val="center"/>
          </w:tcPr>
          <w:p>
            <w:pPr>
              <w:spacing w:before="0" w:after="0" w:line="240" w:lineRule="auto"/>
              <w:jc w:val="left"/>
            </w:pPr>
            <w:permStart w:id="22" w:edGrp="everyone"/>
            <w:sdt>
              <w:sdtPr>
                <w:alias w:val="Muaf ders 7"/>
                <w:tag w:val="Muaf ders 7"/>
                <w:id w:val="41021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2"/>
          </w:p>
        </w:tc>
        <w:tc>
          <w:tcPr>
            <w:tcW w:type="dxa" w:w="4479"/>
            <w:vAlign w:val="center"/>
          </w:tcPr>
          <w:p>
            <w:pPr>
              <w:spacing w:before="0" w:after="0" w:line="240" w:lineRule="auto"/>
              <w:jc w:val="left"/>
            </w:pPr>
            <w:permStart w:id="23" w:edGrp="everyone"/>
            <w:sdt>
              <w:sdtPr>
                <w:alias w:val="Daha önce alınan ders 7"/>
                <w:tag w:val="Daha önce alınan ders 7"/>
                <w:id w:val="41022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3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8</w:t>
            </w:r>
          </w:p>
        </w:tc>
        <w:tc>
          <w:tcPr>
            <w:tcW w:type="dxa" w:w="4479"/>
            <w:vAlign w:val="center"/>
          </w:tcPr>
          <w:p>
            <w:pPr>
              <w:spacing w:before="0" w:after="0" w:line="240" w:lineRule="auto"/>
              <w:jc w:val="left"/>
            </w:pPr>
            <w:permStart w:id="24" w:edGrp="everyone"/>
            <w:sdt>
              <w:sdtPr>
                <w:alias w:val="Muaf ders 8"/>
                <w:tag w:val="Muaf ders 8"/>
                <w:id w:val="41023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4"/>
          </w:p>
        </w:tc>
        <w:tc>
          <w:tcPr>
            <w:tcW w:type="dxa" w:w="4479"/>
            <w:vAlign w:val="center"/>
          </w:tcPr>
          <w:p>
            <w:pPr>
              <w:spacing w:before="0" w:after="0" w:line="240" w:lineRule="auto"/>
              <w:jc w:val="left"/>
            </w:pPr>
            <w:permStart w:id="25" w:edGrp="everyone"/>
            <w:sdt>
              <w:sdtPr>
                <w:alias w:val="Daha önce alınan ders 8"/>
                <w:tag w:val="Daha önce alınan ders 8"/>
                <w:id w:val="41024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5"/>
          </w:p>
        </w:tc>
      </w:tr>
    </w:tbl>
    <w:p>
      <w:pPr>
        <w:spacing w:before="0" w:after="0" w:line="80" w:lineRule="exact"/>
        <w:jc w:val="left"/>
      </w:pPr>
    </w:p>
    <w:p>
      <w:pPr>
        <w:spacing w:before="0" w:after="40" w:line="240" w:lineRule="auto"/>
        <w:jc w:val="both"/>
      </w:pPr>
      <w:r>
        <w:rPr>
          <w:i/>
          <w:iCs/>
          <w:color w:val="595959"/>
          <w:sz w:val="16"/>
          <w:szCs w:val="16"/>
        </w:rPr>
        <w:t xml:space="preserve">8 dersten fazlası için devam sayfasını (sayfa 2) doldurunuz.</w:t>
      </w:r>
    </w:p>
    <w:p>
      <w:pPr>
        <w:spacing w:before="40" w:after="160" w:line="240" w:lineRule="auto"/>
        <w:ind w:firstLine="567"/>
        <w:jc w:val="left"/>
      </w:pPr>
      <w:r>
        <w:rPr>
          <w:sz w:val="21"/>
          <w:szCs w:val="21"/>
        </w:rPr>
        <w:t xml:space="preserve">Gereğini bilgilerinize arz ederim.</w:t>
      </w: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5669"/>
        <w:gridCol w:w="3968"/>
      </w:tblGrid>
      <w:tr>
        <w:trPr>
          <w:cantSplit/>
        </w:trPr>
        <w:tc>
          <w:tcPr>
            <w:tcW w:type="dxa" w:w="5669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Öğrenci</w:t>
            </w:r>
          </w:p>
        </w:tc>
      </w:tr>
      <w:tr>
        <w:trPr>
          <w:cantSplit/>
        </w:trPr>
        <w:tc>
          <w:tcPr>
            <w:tcW w:type="dxa" w:w="5669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center"/>
            </w:pPr>
            <w:permStart w:id="26" w:edGrp="everyone"/>
            <w:sdt>
              <w:sdtPr>
                <w:alias w:val="Öğrenci Adı Soyadı"/>
                <w:tag w:val="Öğrenci Adı Soyadı"/>
                <w:id w:val="41025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26"/>
          </w:p>
        </w:tc>
      </w:tr>
      <w:tr>
        <w:trPr>
          <w:trHeight w:val="907" w:hRule="atLeast"/>
          <w:cantSplit/>
        </w:trPr>
        <w:tc>
          <w:tcPr>
            <w:tcW w:type="dxa" w:w="5669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396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</w:tr>
    </w:tbl>
    <w:p>
      <w:pPr>
        <w:spacing w:before="0" w:after="0" w:line="80" w:lineRule="exact"/>
        <w:jc w:val="left"/>
      </w:pPr>
    </w:p>
    <w:p>
      <w:pPr>
        <w:keepNext/>
        <w:spacing w:before="40" w:after="40" w:line="240" w:lineRule="auto"/>
        <w:jc w:val="left"/>
      </w:pPr>
      <w:r>
        <w:rPr>
          <w:b/>
          <w:bCs/>
          <w:sz w:val="19"/>
          <w:szCs w:val="19"/>
        </w:rPr>
        <w:t xml:space="preserve">EKLER</w:t>
      </w:r>
    </w:p>
    <w:p>
      <w:pPr>
        <w:spacing w:before="0" w:after="20" w:line="240" w:lineRule="auto"/>
        <w:jc w:val="left"/>
      </w:pPr>
      <w:permStart w:id="27" w:edGrp="everyone"/>
      <w:sdt>
        <w:sdtPr>
          <w:alias w:val="Onaylı transkript"/>
          <w:tag w:val="Onaylı transkript"/>
          <w:id w:val="410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19"/>
              <w:szCs w:val="19"/>
            </w:rPr>
            <w:t>☐</w:t>
          </w:r>
        </w:sdtContent>
      </w:sdt>
      <w:permEnd w:id="27"/>
      <w:r>
        <w:rPr>
          <w:sz w:val="19"/>
          <w:szCs w:val="19"/>
        </w:rPr>
        <w:t xml:space="preserve"> Onaylı transkript   </w:t>
      </w:r>
    </w:p>
    <w:p>
      <w:pPr>
        <w:spacing w:before="0" w:after="20" w:line="240" w:lineRule="auto"/>
        <w:jc w:val="left"/>
      </w:pPr>
      <w:permStart w:id="28" w:edGrp="everyone"/>
      <w:sdt>
        <w:sdtPr>
          <w:alias w:val="Onaylı ders içerikleri"/>
          <w:tag w:val="Onaylı ders içerikleri"/>
          <w:id w:val="410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19"/>
              <w:szCs w:val="19"/>
            </w:rPr>
            <w:t>☐</w:t>
          </w:r>
        </w:sdtContent>
      </w:sdt>
      <w:permEnd w:id="28"/>
      <w:r>
        <w:rPr>
          <w:sz w:val="19"/>
          <w:szCs w:val="19"/>
        </w:rPr>
        <w:t xml:space="preserve"> Onaylı ders içerikleri   </w:t>
      </w:r>
    </w:p>
    <w:p>
      <w:pPr>
        <w:pageBreakBefore/>
        <w:spacing w:before="0" w:after="120" w:line="240" w:lineRule="auto"/>
        <w:jc w:val="center"/>
      </w:pPr>
      <w:r>
        <w:rPr>
          <w:b/>
          <w:bCs/>
          <w:sz w:val="24"/>
          <w:szCs w:val="24"/>
        </w:rPr>
        <w:t xml:space="preserve">DERS MUAFIYET DILEKÇESI (DEVAM SAYFASI)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4818"/>
        <w:gridCol w:w="4818"/>
      </w:tblGrid>
      <w:tr>
        <w:trPr>
          <w:trHeight w:val="351" w:hRule="atLeast"/>
          <w:cantSplit/>
        </w:trPr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Öğrenci: </w:t>
            </w:r>
            <w:permStart w:id="29" w:edGrp="everyone"/>
            <w:sdt>
              <w:sdtPr>
                <w:alias w:val="Devam öğrenci"/>
                <w:tag w:val="Devam öğrenci"/>
                <w:id w:val="41028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             </w:t>
                </w:r>
              </w:sdtContent>
            </w:sdt>
            <w:permEnd w:id="29"/>
          </w:p>
        </w:tc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Tarih: </w:t>
            </w:r>
            <w:permStart w:id="30" w:edGrp="everyone"/>
            <w:sdt>
              <w:sdtPr>
                <w:alias w:val="Devam tarihi"/>
                <w:tag w:val="Devam tarihi"/>
                <w:id w:val="41029"/>
              </w:sdtPr>
              <w:sdtContent>
                <w:r>
                  <w:rPr>
                    <w:sz w:val="19"/>
                    <w:szCs w:val="19"/>
                  </w:rPr>
                  <w:fldChar w:fldCharType="begin"/>
                </w:r>
                <w:r>
                  <w:rPr>
                    <w:sz w:val="19"/>
                    <w:szCs w:val="19"/>
                  </w:rPr>
                  <w:instrText xml:space="preserve"> DATE \@ "dd.MM.yyyy" </w:instrText>
                </w:r>
                <w:r>
                  <w:rPr>
                    <w:sz w:val="19"/>
                    <w:szCs w:val="19"/>
                  </w:rPr>
                  <w:fldChar w:fldCharType="separate"/>
                </w:r>
                <w:r>
                  <w:rPr>
                    <w:sz w:val="19"/>
                    <w:szCs w:val="19"/>
                  </w:rPr>
                  <w:t>05.10.2026</w:t>
                </w:r>
                <w:r>
                  <w:rPr>
                    <w:sz w:val="19"/>
                    <w:szCs w:val="19"/>
                  </w:rPr>
                  <w:fldChar w:fldCharType="end"/>
                </w:r>
              </w:sdtContent>
            </w:sdt>
            <w:permEnd w:id="30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680"/>
        <w:gridCol w:w="4478"/>
        <w:gridCol w:w="4478"/>
      </w:tblGrid>
      <w:tr>
        <w:trPr>
          <w:trHeight w:val="351" w:hRule="atLeast"/>
          <w:cantSplit/>
        </w:trPr>
        <w:tc>
          <w:tcPr>
            <w:tcW w:type="dxa" w:w="680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Sıra</w:t>
            </w:r>
          </w:p>
        </w:tc>
        <w:tc>
          <w:tcPr>
            <w:tcW w:type="dxa" w:w="4479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Muaf Olmak İstediği Dersin Tam Adı</w:t>
            </w:r>
          </w:p>
        </w:tc>
        <w:tc>
          <w:tcPr>
            <w:tcW w:type="dxa" w:w="4479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Daha Önce Alınan Ders (Ders Adı / Kurum)</w:t>
            </w:r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9</w:t>
            </w:r>
          </w:p>
        </w:tc>
        <w:tc>
          <w:tcPr>
            <w:tcW w:type="dxa" w:w="4479"/>
            <w:vAlign w:val="center"/>
          </w:tcPr>
          <w:p>
            <w:pPr>
              <w:spacing w:before="0" w:after="0" w:line="240" w:lineRule="auto"/>
              <w:jc w:val="left"/>
            </w:pPr>
            <w:permStart w:id="31" w:edGrp="everyone"/>
            <w:sdt>
              <w:sdtPr>
                <w:alias w:val="Muaf ders 9"/>
                <w:tag w:val="Muaf ders 9"/>
                <w:id w:val="41030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31"/>
          </w:p>
        </w:tc>
        <w:tc>
          <w:tcPr>
            <w:tcW w:type="dxa" w:w="4479"/>
            <w:vAlign w:val="center"/>
          </w:tcPr>
          <w:p>
            <w:pPr>
              <w:spacing w:before="0" w:after="0" w:line="240" w:lineRule="auto"/>
              <w:jc w:val="left"/>
            </w:pPr>
            <w:permStart w:id="32" w:edGrp="everyone"/>
            <w:sdt>
              <w:sdtPr>
                <w:alias w:val="Daha önce alınan ders 9"/>
                <w:tag w:val="Daha önce alınan ders 9"/>
                <w:id w:val="41031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32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10</w:t>
            </w:r>
          </w:p>
        </w:tc>
        <w:tc>
          <w:tcPr>
            <w:tcW w:type="dxa" w:w="4479"/>
            <w:vAlign w:val="center"/>
          </w:tcPr>
          <w:p>
            <w:pPr>
              <w:spacing w:before="0" w:after="0" w:line="240" w:lineRule="auto"/>
              <w:jc w:val="left"/>
            </w:pPr>
            <w:permStart w:id="33" w:edGrp="everyone"/>
            <w:sdt>
              <w:sdtPr>
                <w:alias w:val="Muaf ders 10"/>
                <w:tag w:val="Muaf ders 10"/>
                <w:id w:val="41032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33"/>
          </w:p>
        </w:tc>
        <w:tc>
          <w:tcPr>
            <w:tcW w:type="dxa" w:w="4479"/>
            <w:vAlign w:val="center"/>
          </w:tcPr>
          <w:p>
            <w:pPr>
              <w:spacing w:before="0" w:after="0" w:line="240" w:lineRule="auto"/>
              <w:jc w:val="left"/>
            </w:pPr>
            <w:permStart w:id="34" w:edGrp="everyone"/>
            <w:sdt>
              <w:sdtPr>
                <w:alias w:val="Daha önce alınan ders 10"/>
                <w:tag w:val="Daha önce alınan ders 10"/>
                <w:id w:val="41033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34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11</w:t>
            </w:r>
          </w:p>
        </w:tc>
        <w:tc>
          <w:tcPr>
            <w:tcW w:type="dxa" w:w="4479"/>
            <w:vAlign w:val="center"/>
          </w:tcPr>
          <w:p>
            <w:pPr>
              <w:spacing w:before="0" w:after="0" w:line="240" w:lineRule="auto"/>
              <w:jc w:val="left"/>
            </w:pPr>
            <w:permStart w:id="35" w:edGrp="everyone"/>
            <w:sdt>
              <w:sdtPr>
                <w:alias w:val="Muaf ders 11"/>
                <w:tag w:val="Muaf ders 11"/>
                <w:id w:val="41034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35"/>
          </w:p>
        </w:tc>
        <w:tc>
          <w:tcPr>
            <w:tcW w:type="dxa" w:w="4479"/>
            <w:vAlign w:val="center"/>
          </w:tcPr>
          <w:p>
            <w:pPr>
              <w:spacing w:before="0" w:after="0" w:line="240" w:lineRule="auto"/>
              <w:jc w:val="left"/>
            </w:pPr>
            <w:permStart w:id="36" w:edGrp="everyone"/>
            <w:sdt>
              <w:sdtPr>
                <w:alias w:val="Daha önce alınan ders 11"/>
                <w:tag w:val="Daha önce alınan ders 11"/>
                <w:id w:val="41035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36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12</w:t>
            </w:r>
          </w:p>
        </w:tc>
        <w:tc>
          <w:tcPr>
            <w:tcW w:type="dxa" w:w="4479"/>
            <w:vAlign w:val="center"/>
          </w:tcPr>
          <w:p>
            <w:pPr>
              <w:spacing w:before="0" w:after="0" w:line="240" w:lineRule="auto"/>
              <w:jc w:val="left"/>
            </w:pPr>
            <w:permStart w:id="37" w:edGrp="everyone"/>
            <w:sdt>
              <w:sdtPr>
                <w:alias w:val="Muaf ders 12"/>
                <w:tag w:val="Muaf ders 12"/>
                <w:id w:val="41036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37"/>
          </w:p>
        </w:tc>
        <w:tc>
          <w:tcPr>
            <w:tcW w:type="dxa" w:w="4479"/>
            <w:vAlign w:val="center"/>
          </w:tcPr>
          <w:p>
            <w:pPr>
              <w:spacing w:before="0" w:after="0" w:line="240" w:lineRule="auto"/>
              <w:jc w:val="left"/>
            </w:pPr>
            <w:permStart w:id="38" w:edGrp="everyone"/>
            <w:sdt>
              <w:sdtPr>
                <w:alias w:val="Daha önce alınan ders 12"/>
                <w:tag w:val="Daha önce alınan ders 12"/>
                <w:id w:val="41037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38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13</w:t>
            </w:r>
          </w:p>
        </w:tc>
        <w:tc>
          <w:tcPr>
            <w:tcW w:type="dxa" w:w="4479"/>
            <w:vAlign w:val="center"/>
          </w:tcPr>
          <w:p>
            <w:pPr>
              <w:spacing w:before="0" w:after="0" w:line="240" w:lineRule="auto"/>
              <w:jc w:val="left"/>
            </w:pPr>
            <w:permStart w:id="39" w:edGrp="everyone"/>
            <w:sdt>
              <w:sdtPr>
                <w:alias w:val="Muaf ders 13"/>
                <w:tag w:val="Muaf ders 13"/>
                <w:id w:val="41038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39"/>
          </w:p>
        </w:tc>
        <w:tc>
          <w:tcPr>
            <w:tcW w:type="dxa" w:w="4479"/>
            <w:vAlign w:val="center"/>
          </w:tcPr>
          <w:p>
            <w:pPr>
              <w:spacing w:before="0" w:after="0" w:line="240" w:lineRule="auto"/>
              <w:jc w:val="left"/>
            </w:pPr>
            <w:permStart w:id="40" w:edGrp="everyone"/>
            <w:sdt>
              <w:sdtPr>
                <w:alias w:val="Daha önce alınan ders 13"/>
                <w:tag w:val="Daha önce alınan ders 13"/>
                <w:id w:val="41039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40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14</w:t>
            </w:r>
          </w:p>
        </w:tc>
        <w:tc>
          <w:tcPr>
            <w:tcW w:type="dxa" w:w="4479"/>
            <w:vAlign w:val="center"/>
          </w:tcPr>
          <w:p>
            <w:pPr>
              <w:spacing w:before="0" w:after="0" w:line="240" w:lineRule="auto"/>
              <w:jc w:val="left"/>
            </w:pPr>
            <w:permStart w:id="41" w:edGrp="everyone"/>
            <w:sdt>
              <w:sdtPr>
                <w:alias w:val="Muaf ders 14"/>
                <w:tag w:val="Muaf ders 14"/>
                <w:id w:val="41040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41"/>
          </w:p>
        </w:tc>
        <w:tc>
          <w:tcPr>
            <w:tcW w:type="dxa" w:w="4479"/>
            <w:vAlign w:val="center"/>
          </w:tcPr>
          <w:p>
            <w:pPr>
              <w:spacing w:before="0" w:after="0" w:line="240" w:lineRule="auto"/>
              <w:jc w:val="left"/>
            </w:pPr>
            <w:permStart w:id="42" w:edGrp="everyone"/>
            <w:sdt>
              <w:sdtPr>
                <w:alias w:val="Daha önce alınan ders 14"/>
                <w:tag w:val="Daha önce alınan ders 14"/>
                <w:id w:val="41041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42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15</w:t>
            </w:r>
          </w:p>
        </w:tc>
        <w:tc>
          <w:tcPr>
            <w:tcW w:type="dxa" w:w="4479"/>
            <w:vAlign w:val="center"/>
          </w:tcPr>
          <w:p>
            <w:pPr>
              <w:spacing w:before="0" w:after="0" w:line="240" w:lineRule="auto"/>
              <w:jc w:val="left"/>
            </w:pPr>
            <w:permStart w:id="43" w:edGrp="everyone"/>
            <w:sdt>
              <w:sdtPr>
                <w:alias w:val="Muaf ders 15"/>
                <w:tag w:val="Muaf ders 15"/>
                <w:id w:val="41042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43"/>
          </w:p>
        </w:tc>
        <w:tc>
          <w:tcPr>
            <w:tcW w:type="dxa" w:w="4479"/>
            <w:vAlign w:val="center"/>
          </w:tcPr>
          <w:p>
            <w:pPr>
              <w:spacing w:before="0" w:after="0" w:line="240" w:lineRule="auto"/>
              <w:jc w:val="left"/>
            </w:pPr>
            <w:permStart w:id="44" w:edGrp="everyone"/>
            <w:sdt>
              <w:sdtPr>
                <w:alias w:val="Daha önce alınan ders 15"/>
                <w:tag w:val="Daha önce alınan ders 15"/>
                <w:id w:val="41043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44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16</w:t>
            </w:r>
          </w:p>
        </w:tc>
        <w:tc>
          <w:tcPr>
            <w:tcW w:type="dxa" w:w="4479"/>
            <w:vAlign w:val="center"/>
          </w:tcPr>
          <w:p>
            <w:pPr>
              <w:spacing w:before="0" w:after="0" w:line="240" w:lineRule="auto"/>
              <w:jc w:val="left"/>
            </w:pPr>
            <w:permStart w:id="45" w:edGrp="everyone"/>
            <w:sdt>
              <w:sdtPr>
                <w:alias w:val="Muaf ders 16"/>
                <w:tag w:val="Muaf ders 16"/>
                <w:id w:val="41044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45"/>
          </w:p>
        </w:tc>
        <w:tc>
          <w:tcPr>
            <w:tcW w:type="dxa" w:w="4479"/>
            <w:vAlign w:val="center"/>
          </w:tcPr>
          <w:p>
            <w:pPr>
              <w:spacing w:before="0" w:after="0" w:line="240" w:lineRule="auto"/>
              <w:jc w:val="left"/>
            </w:pPr>
            <w:permStart w:id="46" w:edGrp="everyone"/>
            <w:sdt>
              <w:sdtPr>
                <w:alias w:val="Daha önce alınan ders 16"/>
                <w:tag w:val="Daha önce alınan ders 16"/>
                <w:id w:val="41045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46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17</w:t>
            </w:r>
          </w:p>
        </w:tc>
        <w:tc>
          <w:tcPr>
            <w:tcW w:type="dxa" w:w="4479"/>
            <w:vAlign w:val="center"/>
          </w:tcPr>
          <w:p>
            <w:pPr>
              <w:spacing w:before="0" w:after="0" w:line="240" w:lineRule="auto"/>
              <w:jc w:val="left"/>
            </w:pPr>
            <w:permStart w:id="47" w:edGrp="everyone"/>
            <w:sdt>
              <w:sdtPr>
                <w:alias w:val="Muaf ders 17"/>
                <w:tag w:val="Muaf ders 17"/>
                <w:id w:val="41046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47"/>
          </w:p>
        </w:tc>
        <w:tc>
          <w:tcPr>
            <w:tcW w:type="dxa" w:w="4479"/>
            <w:vAlign w:val="center"/>
          </w:tcPr>
          <w:p>
            <w:pPr>
              <w:spacing w:before="0" w:after="0" w:line="240" w:lineRule="auto"/>
              <w:jc w:val="left"/>
            </w:pPr>
            <w:permStart w:id="48" w:edGrp="everyone"/>
            <w:sdt>
              <w:sdtPr>
                <w:alias w:val="Daha önce alınan ders 17"/>
                <w:tag w:val="Daha önce alınan ders 17"/>
                <w:id w:val="41047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48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18</w:t>
            </w:r>
          </w:p>
        </w:tc>
        <w:tc>
          <w:tcPr>
            <w:tcW w:type="dxa" w:w="4479"/>
            <w:vAlign w:val="center"/>
          </w:tcPr>
          <w:p>
            <w:pPr>
              <w:spacing w:before="0" w:after="0" w:line="240" w:lineRule="auto"/>
              <w:jc w:val="left"/>
            </w:pPr>
            <w:permStart w:id="49" w:edGrp="everyone"/>
            <w:sdt>
              <w:sdtPr>
                <w:alias w:val="Muaf ders 18"/>
                <w:tag w:val="Muaf ders 18"/>
                <w:id w:val="41048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49"/>
          </w:p>
        </w:tc>
        <w:tc>
          <w:tcPr>
            <w:tcW w:type="dxa" w:w="4479"/>
            <w:vAlign w:val="center"/>
          </w:tcPr>
          <w:p>
            <w:pPr>
              <w:spacing w:before="0" w:after="0" w:line="240" w:lineRule="auto"/>
              <w:jc w:val="left"/>
            </w:pPr>
            <w:permStart w:id="50" w:edGrp="everyone"/>
            <w:sdt>
              <w:sdtPr>
                <w:alias w:val="Daha önce alınan ders 18"/>
                <w:tag w:val="Daha önce alınan ders 18"/>
                <w:id w:val="41049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50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19</w:t>
            </w:r>
          </w:p>
        </w:tc>
        <w:tc>
          <w:tcPr>
            <w:tcW w:type="dxa" w:w="4479"/>
            <w:vAlign w:val="center"/>
          </w:tcPr>
          <w:p>
            <w:pPr>
              <w:spacing w:before="0" w:after="0" w:line="240" w:lineRule="auto"/>
              <w:jc w:val="left"/>
            </w:pPr>
            <w:permStart w:id="51" w:edGrp="everyone"/>
            <w:sdt>
              <w:sdtPr>
                <w:alias w:val="Muaf ders 19"/>
                <w:tag w:val="Muaf ders 19"/>
                <w:id w:val="41050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51"/>
          </w:p>
        </w:tc>
        <w:tc>
          <w:tcPr>
            <w:tcW w:type="dxa" w:w="4479"/>
            <w:vAlign w:val="center"/>
          </w:tcPr>
          <w:p>
            <w:pPr>
              <w:spacing w:before="0" w:after="0" w:line="240" w:lineRule="auto"/>
              <w:jc w:val="left"/>
            </w:pPr>
            <w:permStart w:id="52" w:edGrp="everyone"/>
            <w:sdt>
              <w:sdtPr>
                <w:alias w:val="Daha önce alınan ders 19"/>
                <w:tag w:val="Daha önce alınan ders 19"/>
                <w:id w:val="41051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52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20</w:t>
            </w:r>
          </w:p>
        </w:tc>
        <w:tc>
          <w:tcPr>
            <w:tcW w:type="dxa" w:w="4479"/>
            <w:vAlign w:val="center"/>
          </w:tcPr>
          <w:p>
            <w:pPr>
              <w:spacing w:before="0" w:after="0" w:line="240" w:lineRule="auto"/>
              <w:jc w:val="left"/>
            </w:pPr>
            <w:permStart w:id="53" w:edGrp="everyone"/>
            <w:sdt>
              <w:sdtPr>
                <w:alias w:val="Muaf ders 20"/>
                <w:tag w:val="Muaf ders 20"/>
                <w:id w:val="41052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53"/>
          </w:p>
        </w:tc>
        <w:tc>
          <w:tcPr>
            <w:tcW w:type="dxa" w:w="4479"/>
            <w:vAlign w:val="center"/>
          </w:tcPr>
          <w:p>
            <w:pPr>
              <w:spacing w:before="0" w:after="0" w:line="240" w:lineRule="auto"/>
              <w:jc w:val="left"/>
            </w:pPr>
            <w:permStart w:id="54" w:edGrp="everyone"/>
            <w:sdt>
              <w:sdtPr>
                <w:alias w:val="Daha önce alınan ders 20"/>
                <w:tag w:val="Daha önce alınan ders 20"/>
                <w:id w:val="41053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54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21</w:t>
            </w:r>
          </w:p>
        </w:tc>
        <w:tc>
          <w:tcPr>
            <w:tcW w:type="dxa" w:w="4479"/>
            <w:vAlign w:val="center"/>
          </w:tcPr>
          <w:p>
            <w:pPr>
              <w:spacing w:before="0" w:after="0" w:line="240" w:lineRule="auto"/>
              <w:jc w:val="left"/>
            </w:pPr>
            <w:permStart w:id="55" w:edGrp="everyone"/>
            <w:sdt>
              <w:sdtPr>
                <w:alias w:val="Muaf ders 21"/>
                <w:tag w:val="Muaf ders 21"/>
                <w:id w:val="41054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55"/>
          </w:p>
        </w:tc>
        <w:tc>
          <w:tcPr>
            <w:tcW w:type="dxa" w:w="4479"/>
            <w:vAlign w:val="center"/>
          </w:tcPr>
          <w:p>
            <w:pPr>
              <w:spacing w:before="0" w:after="0" w:line="240" w:lineRule="auto"/>
              <w:jc w:val="left"/>
            </w:pPr>
            <w:permStart w:id="56" w:edGrp="everyone"/>
            <w:sdt>
              <w:sdtPr>
                <w:alias w:val="Daha önce alınan ders 21"/>
                <w:tag w:val="Daha önce alınan ders 21"/>
                <w:id w:val="41055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56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22</w:t>
            </w:r>
          </w:p>
        </w:tc>
        <w:tc>
          <w:tcPr>
            <w:tcW w:type="dxa" w:w="4479"/>
            <w:vAlign w:val="center"/>
          </w:tcPr>
          <w:p>
            <w:pPr>
              <w:spacing w:before="0" w:after="0" w:line="240" w:lineRule="auto"/>
              <w:jc w:val="left"/>
            </w:pPr>
            <w:permStart w:id="57" w:edGrp="everyone"/>
            <w:sdt>
              <w:sdtPr>
                <w:alias w:val="Muaf ders 22"/>
                <w:tag w:val="Muaf ders 22"/>
                <w:id w:val="41056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57"/>
          </w:p>
        </w:tc>
        <w:tc>
          <w:tcPr>
            <w:tcW w:type="dxa" w:w="4479"/>
            <w:vAlign w:val="center"/>
          </w:tcPr>
          <w:p>
            <w:pPr>
              <w:spacing w:before="0" w:after="0" w:line="240" w:lineRule="auto"/>
              <w:jc w:val="left"/>
            </w:pPr>
            <w:permStart w:id="58" w:edGrp="everyone"/>
            <w:sdt>
              <w:sdtPr>
                <w:alias w:val="Daha önce alınan ders 22"/>
                <w:tag w:val="Daha önce alınan ders 22"/>
                <w:id w:val="41057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58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23</w:t>
            </w:r>
          </w:p>
        </w:tc>
        <w:tc>
          <w:tcPr>
            <w:tcW w:type="dxa" w:w="4479"/>
            <w:vAlign w:val="center"/>
          </w:tcPr>
          <w:p>
            <w:pPr>
              <w:spacing w:before="0" w:after="0" w:line="240" w:lineRule="auto"/>
              <w:jc w:val="left"/>
            </w:pPr>
            <w:permStart w:id="59" w:edGrp="everyone"/>
            <w:sdt>
              <w:sdtPr>
                <w:alias w:val="Muaf ders 23"/>
                <w:tag w:val="Muaf ders 23"/>
                <w:id w:val="41058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59"/>
          </w:p>
        </w:tc>
        <w:tc>
          <w:tcPr>
            <w:tcW w:type="dxa" w:w="4479"/>
            <w:vAlign w:val="center"/>
          </w:tcPr>
          <w:p>
            <w:pPr>
              <w:spacing w:before="0" w:after="0" w:line="240" w:lineRule="auto"/>
              <w:jc w:val="left"/>
            </w:pPr>
            <w:permStart w:id="60" w:edGrp="everyone"/>
            <w:sdt>
              <w:sdtPr>
                <w:alias w:val="Daha önce alınan ders 23"/>
                <w:tag w:val="Daha önce alınan ders 23"/>
                <w:id w:val="41059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60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24</w:t>
            </w:r>
          </w:p>
        </w:tc>
        <w:tc>
          <w:tcPr>
            <w:tcW w:type="dxa" w:w="4479"/>
            <w:vAlign w:val="center"/>
          </w:tcPr>
          <w:p>
            <w:pPr>
              <w:spacing w:before="0" w:after="0" w:line="240" w:lineRule="auto"/>
              <w:jc w:val="left"/>
            </w:pPr>
            <w:permStart w:id="61" w:edGrp="everyone"/>
            <w:sdt>
              <w:sdtPr>
                <w:alias w:val="Muaf ders 24"/>
                <w:tag w:val="Muaf ders 24"/>
                <w:id w:val="41060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61"/>
          </w:p>
        </w:tc>
        <w:tc>
          <w:tcPr>
            <w:tcW w:type="dxa" w:w="4479"/>
            <w:vAlign w:val="center"/>
          </w:tcPr>
          <w:p>
            <w:pPr>
              <w:spacing w:before="0" w:after="0" w:line="240" w:lineRule="auto"/>
              <w:jc w:val="left"/>
            </w:pPr>
            <w:permStart w:id="62" w:edGrp="everyone"/>
            <w:sdt>
              <w:sdtPr>
                <w:alias w:val="Daha önce alınan ders 24"/>
                <w:tag w:val="Daha önce alınan ders 24"/>
                <w:id w:val="41061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62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25</w:t>
            </w:r>
          </w:p>
        </w:tc>
        <w:tc>
          <w:tcPr>
            <w:tcW w:type="dxa" w:w="4479"/>
            <w:vAlign w:val="center"/>
          </w:tcPr>
          <w:p>
            <w:pPr>
              <w:spacing w:before="0" w:after="0" w:line="240" w:lineRule="auto"/>
              <w:jc w:val="left"/>
            </w:pPr>
            <w:permStart w:id="63" w:edGrp="everyone"/>
            <w:sdt>
              <w:sdtPr>
                <w:alias w:val="Muaf ders 25"/>
                <w:tag w:val="Muaf ders 25"/>
                <w:id w:val="41062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63"/>
          </w:p>
        </w:tc>
        <w:tc>
          <w:tcPr>
            <w:tcW w:type="dxa" w:w="4479"/>
            <w:vAlign w:val="center"/>
          </w:tcPr>
          <w:p>
            <w:pPr>
              <w:spacing w:before="0" w:after="0" w:line="240" w:lineRule="auto"/>
              <w:jc w:val="left"/>
            </w:pPr>
            <w:permStart w:id="64" w:edGrp="everyone"/>
            <w:sdt>
              <w:sdtPr>
                <w:alias w:val="Daha önce alınan ders 25"/>
                <w:tag w:val="Daha önce alınan ders 25"/>
                <w:id w:val="41063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64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26</w:t>
            </w:r>
          </w:p>
        </w:tc>
        <w:tc>
          <w:tcPr>
            <w:tcW w:type="dxa" w:w="4479"/>
            <w:vAlign w:val="center"/>
          </w:tcPr>
          <w:p>
            <w:pPr>
              <w:spacing w:before="0" w:after="0" w:line="240" w:lineRule="auto"/>
              <w:jc w:val="left"/>
            </w:pPr>
            <w:permStart w:id="65" w:edGrp="everyone"/>
            <w:sdt>
              <w:sdtPr>
                <w:alias w:val="Muaf ders 26"/>
                <w:tag w:val="Muaf ders 26"/>
                <w:id w:val="41064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65"/>
          </w:p>
        </w:tc>
        <w:tc>
          <w:tcPr>
            <w:tcW w:type="dxa" w:w="4479"/>
            <w:vAlign w:val="center"/>
          </w:tcPr>
          <w:p>
            <w:pPr>
              <w:spacing w:before="0" w:after="0" w:line="240" w:lineRule="auto"/>
              <w:jc w:val="left"/>
            </w:pPr>
            <w:permStart w:id="66" w:edGrp="everyone"/>
            <w:sdt>
              <w:sdtPr>
                <w:alias w:val="Daha önce alınan ders 26"/>
                <w:tag w:val="Daha önce alınan ders 26"/>
                <w:id w:val="41065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66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27</w:t>
            </w:r>
          </w:p>
        </w:tc>
        <w:tc>
          <w:tcPr>
            <w:tcW w:type="dxa" w:w="4479"/>
            <w:vAlign w:val="center"/>
          </w:tcPr>
          <w:p>
            <w:pPr>
              <w:spacing w:before="0" w:after="0" w:line="240" w:lineRule="auto"/>
              <w:jc w:val="left"/>
            </w:pPr>
            <w:permStart w:id="67" w:edGrp="everyone"/>
            <w:sdt>
              <w:sdtPr>
                <w:alias w:val="Muaf ders 27"/>
                <w:tag w:val="Muaf ders 27"/>
                <w:id w:val="41066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67"/>
          </w:p>
        </w:tc>
        <w:tc>
          <w:tcPr>
            <w:tcW w:type="dxa" w:w="4479"/>
            <w:vAlign w:val="center"/>
          </w:tcPr>
          <w:p>
            <w:pPr>
              <w:spacing w:before="0" w:after="0" w:line="240" w:lineRule="auto"/>
              <w:jc w:val="left"/>
            </w:pPr>
            <w:permStart w:id="68" w:edGrp="everyone"/>
            <w:sdt>
              <w:sdtPr>
                <w:alias w:val="Daha önce alınan ders 27"/>
                <w:tag w:val="Daha önce alınan ders 27"/>
                <w:id w:val="41067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68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28</w:t>
            </w:r>
          </w:p>
        </w:tc>
        <w:tc>
          <w:tcPr>
            <w:tcW w:type="dxa" w:w="4479"/>
            <w:vAlign w:val="center"/>
          </w:tcPr>
          <w:p>
            <w:pPr>
              <w:spacing w:before="0" w:after="0" w:line="240" w:lineRule="auto"/>
              <w:jc w:val="left"/>
            </w:pPr>
            <w:permStart w:id="69" w:edGrp="everyone"/>
            <w:sdt>
              <w:sdtPr>
                <w:alias w:val="Muaf ders 28"/>
                <w:tag w:val="Muaf ders 28"/>
                <w:id w:val="41068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69"/>
          </w:p>
        </w:tc>
        <w:tc>
          <w:tcPr>
            <w:tcW w:type="dxa" w:w="4479"/>
            <w:vAlign w:val="center"/>
          </w:tcPr>
          <w:p>
            <w:pPr>
              <w:spacing w:before="0" w:after="0" w:line="240" w:lineRule="auto"/>
              <w:jc w:val="left"/>
            </w:pPr>
            <w:permStart w:id="70" w:edGrp="everyone"/>
            <w:sdt>
              <w:sdtPr>
                <w:alias w:val="Daha önce alınan ders 28"/>
                <w:tag w:val="Daha önce alınan ders 28"/>
                <w:id w:val="41069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70"/>
          </w:p>
        </w:tc>
      </w:tr>
    </w:tbl>
    <w:p>
      <w:pPr>
        <w:spacing w:before="0" w:after="0" w:line="80" w:lineRule="exact"/>
        <w:jc w:val="left"/>
      </w:pPr>
    </w:p>
    <w:p>
      <w:pPr>
        <w:spacing w:before="0" w:after="40" w:line="240" w:lineRule="auto"/>
        <w:jc w:val="both"/>
      </w:pPr>
      <w:r>
        <w:rPr>
          <w:i/>
          <w:iCs/>
          <w:color w:val="595959"/>
          <w:sz w:val="16"/>
          <w:szCs w:val="16"/>
        </w:rPr>
        <w:t xml:space="preserve">Ana sayfadaki satırlar yetmediğinde bu devam sayfası doldurulur ve form tek set olarak teslim edilir; 20 satır da yetmezse sayfa fotokopi ile çoğaltılabilir.</w:t>
      </w: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9637"/>
      </w:tblGrid>
      <w:tr>
        <w:trPr>
          <w:cantSplit/>
        </w:trPr>
        <w:tc>
          <w:tcPr>
            <w:tcW w:type="dxa" w:w="9638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Öğrenci</w:t>
            </w:r>
          </w:p>
        </w:tc>
      </w:tr>
      <w:tr>
        <w:trPr>
          <w:cantSplit/>
        </w:trPr>
        <w:tc>
          <w:tcPr>
            <w:tcW w:type="dxa" w:w="9638"/>
            <w:vAlign w:val="center"/>
          </w:tcPr>
          <w:p>
            <w:pPr>
              <w:spacing w:before="0" w:after="0" w:line="240" w:lineRule="auto"/>
              <w:jc w:val="center"/>
            </w:pPr>
            <w:permStart w:id="71" w:edGrp="everyone"/>
            <w:sdt>
              <w:sdtPr>
                <w:alias w:val="Öğrenci Adı Soyadı"/>
                <w:tag w:val="Öğrenci Adı Soyadı"/>
                <w:id w:val="41070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71"/>
          </w:p>
        </w:tc>
      </w:tr>
      <w:tr>
        <w:trPr>
          <w:trHeight w:val="850" w:hRule="atLeast"/>
          <w:cantSplit/>
        </w:trPr>
        <w:tc>
          <w:tcPr>
            <w:tcW w:type="dxa" w:w="9638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</w:tr>
    </w:tbl>
    <w:p>
      <w:pPr>
        <w:spacing w:before="0" w:after="0" w:line="80" w:lineRule="exact"/>
        <w:jc w:val="left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2211" w:right="1134" w:bottom="1247" w:left="1134" w:header="56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  <w:pBdr>
        <w:top w:val="single" w:sz="4" w:space="3" w:color="A6A6A6"/>
      </w:pBdr>
    </w:pPr>
    <w:r>
      <w:rPr>
        <w:color w:val="7F7F7F"/>
        <w:sz w:val="15"/>
        <w:szCs w:val="15"/>
      </w:rPr>
      <w:t xml:space="preserve">HTMYO-OFRM-101  |  Ders Muafiyet Dilekçesi  |  HTMYO Kalite Yönetim Sistemi kapsamında kontrollü olarak yayımlanmıştır.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25" w:type="dxa"/>
        <w:left w:w="70" w:type="dxa"/>
        <w:bottom w:w="25" w:type="dxa"/>
        <w:right w:w="70" w:type="dxa"/>
      </w:tblCellMar>
      <w:tblW w:w="9637" w:type="dxa"/>
    </w:tblPr>
    <w:tblGrid>
      <w:gridCol w:w="1360"/>
      <w:gridCol w:w="5442"/>
      <w:gridCol w:w="2834"/>
    </w:tblGrid>
    <w:tr>
      <w:tc>
        <w:tcPr>
          <w:tcW w:type="dxa" w:w="1361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420171" cy="77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kirpi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171" cy="77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443"/>
          <w:vAlign w:val="center"/>
        </w:tcPr>
        <w:p>
          <w:pPr>
            <w:spacing w:before="0" w:after="20" w:line="240" w:lineRule="auto"/>
            <w:jc w:val="left"/>
          </w:pPr>
          <w:r>
            <w:rPr>
              <w:sz w:val="18"/>
              <w:szCs w:val="18"/>
            </w:rPr>
            <w:t xml:space="preserve">T.C.</w:t>
          </w:r>
        </w:p>
        <w:p>
          <w:pPr>
            <w:spacing w:before="0" w:after="20" w:line="240" w:lineRule="auto"/>
            <w:jc w:val="left"/>
          </w:pPr>
          <w:r>
            <w:rPr>
              <w:b/>
              <w:bCs/>
              <w:sz w:val="22"/>
              <w:szCs w:val="22"/>
            </w:rPr>
            <w:t xml:space="preserve">BURDUR MEHMET AKİF ERSOY ÜNİVERSİTESİ</w:t>
          </w:r>
        </w:p>
        <w:p>
          <w:pPr>
            <w:spacing w:before="0" w:after="20" w:line="240" w:lineRule="auto"/>
            <w:jc w:val="left"/>
          </w:pPr>
          <w:r>
            <w:rPr>
              <w:sz w:val="19"/>
              <w:szCs w:val="19"/>
            </w:rPr>
            <w:t xml:space="preserve">Bucak Hikmet Tolunay Ulaştırma ve Lojistik Meslek Yüksekokulu</w:t>
          </w:r>
        </w:p>
      </w:tc>
      <w:tc>
        <w:tcPr>
          <w:tcW w:type="dxa" w:w="2835"/>
          <w:vAlign w:val="center"/>
        </w:tcPr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Doküman No: </w:t>
          </w:r>
          <w:r>
            <w:rPr>
              <w:b/>
              <w:bCs/>
              <w:sz w:val="16"/>
              <w:szCs w:val="16"/>
            </w:rPr>
            <w:t xml:space="preserve">HTMYO-OFRM-101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Yürürlük Tarihi: </w:t>
          </w:r>
          <w:r>
            <w:rPr>
              <w:b/>
              <w:bCs/>
              <w:sz w:val="16"/>
              <w:szCs w:val="16"/>
            </w:rPr>
            <w:t xml:space="preserve">05.10.2026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No: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Tarihi: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Sayfa: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PAGE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  <w:r>
            <w:rPr>
              <w:color w:val="595959"/>
              <w:sz w:val="16"/>
              <w:szCs w:val="16"/>
            </w:rPr>
            <w:t xml:space="preserve"> /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NUMPAGES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</w:p>
      </w:tc>
    </w:tr>
  </w:tbl>
  <w:p>
    <w:pPr>
      <w:pStyle w:val="Header"/>
      <w:spacing w:before="40" w:after="0" w:line="80" w:lineRule="exact"/>
      <w:jc w:val="left"/>
      <w:pBdr>
        <w:bottom w:val="single" w:sz="18" w:space="1" w:color="000000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documentProtection w:edit="readOnly" w:enforcement="1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  <w:lang w:val="tr-TR" w:eastAsia="tr-TR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PlaceholderText">
    <w:name w:val="Placeholder Text"/>
    <w:rPr>
      <w:color w:val="80808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Ders Muafiyet Dilekçesi</dc:title>
  <dc:subject>HTMYO-OFRM-101</dc:subject>
  <dc:creator>BMAÜ HTMYO</dc:creator>
  <cp:keywords/>
  <dc:description>Yalnızca doldurulabilir alanlar düzenlenebilir. Satır eklemek için Gözden Geçir &gt; Düzenlemeyi Kısıtla &gt; Korumayı Durdur (parola yoktur).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