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YAZ OKULU BAŞVURU DİLEKÇESİ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5" w:edGrp="everyone"/>
            <w:sdt>
              <w:sdtPr>
                <w:alias w:val="Öğrenci Adı Soyadı"/>
                <w:tag w:val="Öğrenci Adı Soyadı"/>
                <w:id w:val="414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6" w:edGrp="everyone"/>
            <w:sdt>
              <w:sdtPr>
                <w:alias w:val="Öğrenci No"/>
                <w:tag w:val="Öğrenci No"/>
                <w:id w:val="414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Danışmanı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7" w:edGrp="everyone"/>
            <w:sdt>
              <w:sdtPr>
                <w:alias w:val="Danışman"/>
                <w:tag w:val="Danışman"/>
                <w:id w:val="414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8" w:edGrp="everyone"/>
            <w:sdt>
              <w:sdtPr>
                <w:alias w:val="Bölüm / Program"/>
                <w:tag w:val="Bölüm / Program"/>
                <w:id w:val="414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8"/>
          </w:p>
        </w:tc>
      </w:tr>
    </w:tbl>
    <w:p>
      <w:pPr>
        <w:spacing w:before="0" w:after="0" w:line="80" w:lineRule="exact"/>
        <w:jc w:val="left"/>
      </w:pPr>
    </w:p>
    <w:p>
      <w:pPr>
        <w:spacing w:before="80" w:after="12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spacing w:before="0" w:after="120" w:line="240" w:lineRule="auto"/>
        <w:jc w:val="both"/>
      </w:pPr>
      <w:r>
        <w:rPr>
          <w:sz w:val="18"/>
          <w:szCs w:val="18"/>
        </w:rPr>
        <w:t xml:space="preserve">Yüksekokulunuzun yukarıda belirtilen programının öğrencisiyim. </w:t>
      </w:r>
      <w:permStart w:id="60001" w:edGrp="everyone"/>
      <w:sdt>
        <w:sdtPr>
          <w:alias w:val="Dersin alınacağı üniversite"/>
          <w:tag w:val="Dersin alınacağı üniversite"/>
          <w:id w:val="60002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                              </w:t>
          </w:r>
        </w:sdtContent>
      </w:sdt>
      <w:permEnd w:id="60001"/>
      <w:r>
        <w:rPr>
          <w:sz w:val="18"/>
          <w:szCs w:val="18"/>
        </w:rPr>
        <w:t xml:space="preserve"> Üniversitesi </w:t>
      </w:r>
      <w:permStart w:id="60003" w:edGrp="everyone"/>
      <w:sdt>
        <w:sdtPr>
          <w:alias w:val="Fakülte / Yüksekokul / MYO"/>
          <w:tag w:val="Fakülte / Yüksekokul / MYO"/>
          <w:id w:val="60004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                              </w:t>
          </w:r>
        </w:sdtContent>
      </w:sdt>
      <w:permEnd w:id="60003"/>
      <w:r>
        <w:rPr>
          <w:sz w:val="18"/>
          <w:szCs w:val="18"/>
        </w:rPr>
        <w:t xml:space="preserve"> Fakültesi / Yüksekokulu / Meslek Yüksekokulu </w:t>
      </w:r>
      <w:permStart w:id="60005" w:edGrp="everyone"/>
      <w:sdt>
        <w:sdtPr>
          <w:alias w:val="Bölüm / Program"/>
          <w:tag w:val="Bölüm / Program"/>
          <w:id w:val="60006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                              </w:t>
          </w:r>
        </w:sdtContent>
      </w:sdt>
      <w:permEnd w:id="60005"/>
      <w:r>
        <w:rPr>
          <w:sz w:val="18"/>
          <w:szCs w:val="18"/>
        </w:rPr>
        <w:t xml:space="preserve"> Bölümünün / Programının aşağıda belirtilen derslerini yaz okulunda almak istiyorum. Aşağıda beyan ettiğim bilgilerin doğruluğunu taahhüt ederim. 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7"/>
        <w:gridCol w:w="1900"/>
        <w:gridCol w:w="2300"/>
        <w:gridCol w:w="1000"/>
        <w:gridCol w:w="2300"/>
        <w:gridCol w:w="1000"/>
        <w:gridCol w:w="570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90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Dersin Alınacağı Üniversite / Birim</w:t>
            </w:r>
          </w:p>
        </w:tc>
        <w:tc>
          <w:tcPr>
            <w:tcW w:type="dxa" w:w="230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Alınacak Dersin Adı</w:t>
            </w:r>
          </w:p>
        </w:tc>
        <w:tc>
          <w:tcPr>
            <w:tcW w:type="dxa" w:w="100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 : AKTS</w:t>
            </w:r>
          </w:p>
        </w:tc>
        <w:tc>
          <w:tcPr>
            <w:tcW w:type="dxa" w:w="230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Birimimizdeki Dersin Kodu ve Adı</w:t>
            </w:r>
          </w:p>
        </w:tc>
        <w:tc>
          <w:tcPr>
            <w:tcW w:type="dxa" w:w="100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 : AKTS</w:t>
            </w:r>
          </w:p>
        </w:tc>
        <w:tc>
          <w:tcPr>
            <w:tcW w:type="dxa" w:w="57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900"/>
            <w:vAlign w:val="center"/>
          </w:tcPr>
          <w:p>
            <w:pPr>
              <w:spacing w:before="0" w:after="0" w:line="240" w:lineRule="auto"/>
              <w:jc w:val="left"/>
            </w:pPr>
            <w:permStart w:id="449" w:edGrp="everyone"/>
            <w:sdt>
              <w:sdtPr>
                <w:alias w:val="Ders kodu 1"/>
                <w:tag w:val="Ders kodu 1"/>
                <w:id w:val="414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49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50" w:edGrp="everyone"/>
            <w:sdt>
              <w:sdtPr>
                <w:alias w:val="Ders adı 1"/>
                <w:tag w:val="Ders adı 1"/>
                <w:id w:val="414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0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51" w:edGrp="everyone"/>
            <w:sdt>
              <w:sdtPr>
                <w:alias w:val="Kredi 1"/>
                <w:tag w:val="Kredi 1"/>
                <w:id w:val="414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1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52" w:edGrp="everyone"/>
            <w:sdt>
              <w:sdtPr>
                <w:alias w:val="Şube 1"/>
                <w:tag w:val="Şube 1"/>
                <w:id w:val="414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2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53" w:edGrp="everyone"/>
            <w:sdt>
              <w:sdtPr>
                <w:alias w:val="İşlem 1"/>
                <w:tag w:val="İşlem 1"/>
                <w:id w:val="4145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3"/>
          </w:p>
        </w:tc>
        <w:tc>
          <w:tcPr>
            <w:tcW w:type="dxa" w:w="570"/>
            <w:vAlign w:val="center"/>
          </w:tcPr>
          <w:p>
            <w:pPr>
              <w:spacing w:before="0" w:after="0" w:line="240" w:lineRule="auto"/>
              <w:jc w:val="left"/>
            </w:pPr>
            <w:permStart w:id="454" w:edGrp="everyone"/>
            <w:sdt>
              <w:sdtPr>
                <w:alias w:val="Z/S 1"/>
                <w:tag w:val="Z/S 1"/>
                <w:id w:val="4145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900"/>
            <w:vAlign w:val="center"/>
          </w:tcPr>
          <w:p>
            <w:pPr>
              <w:spacing w:before="0" w:after="0" w:line="240" w:lineRule="auto"/>
              <w:jc w:val="left"/>
            </w:pPr>
            <w:permStart w:id="455" w:edGrp="everyone"/>
            <w:sdt>
              <w:sdtPr>
                <w:alias w:val="Ders kodu 2"/>
                <w:tag w:val="Ders kodu 2"/>
                <w:id w:val="414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5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56" w:edGrp="everyone"/>
            <w:sdt>
              <w:sdtPr>
                <w:alias w:val="Ders adı 2"/>
                <w:tag w:val="Ders adı 2"/>
                <w:id w:val="414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6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57" w:edGrp="everyone"/>
            <w:sdt>
              <w:sdtPr>
                <w:alias w:val="Kredi 2"/>
                <w:tag w:val="Kredi 2"/>
                <w:id w:val="414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7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58" w:edGrp="everyone"/>
            <w:sdt>
              <w:sdtPr>
                <w:alias w:val="Şube 2"/>
                <w:tag w:val="Şube 2"/>
                <w:id w:val="414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8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59" w:edGrp="everyone"/>
            <w:sdt>
              <w:sdtPr>
                <w:alias w:val="İşlem 2"/>
                <w:tag w:val="İşlem 2"/>
                <w:id w:val="4145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9"/>
          </w:p>
        </w:tc>
        <w:tc>
          <w:tcPr>
            <w:tcW w:type="dxa" w:w="570"/>
            <w:vAlign w:val="center"/>
          </w:tcPr>
          <w:p>
            <w:pPr>
              <w:spacing w:before="0" w:after="0" w:line="240" w:lineRule="auto"/>
              <w:jc w:val="left"/>
            </w:pPr>
            <w:permStart w:id="460" w:edGrp="everyone"/>
            <w:sdt>
              <w:sdtPr>
                <w:alias w:val="Z/S 2"/>
                <w:tag w:val="Z/S 2"/>
                <w:id w:val="4145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900"/>
            <w:vAlign w:val="center"/>
          </w:tcPr>
          <w:p>
            <w:pPr>
              <w:spacing w:before="0" w:after="0" w:line="240" w:lineRule="auto"/>
              <w:jc w:val="left"/>
            </w:pPr>
            <w:permStart w:id="461" w:edGrp="everyone"/>
            <w:sdt>
              <w:sdtPr>
                <w:alias w:val="Ders kodu 3"/>
                <w:tag w:val="Ders kodu 3"/>
                <w:id w:val="414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1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62" w:edGrp="everyone"/>
            <w:sdt>
              <w:sdtPr>
                <w:alias w:val="Ders adı 3"/>
                <w:tag w:val="Ders adı 3"/>
                <w:id w:val="414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2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63" w:edGrp="everyone"/>
            <w:sdt>
              <w:sdtPr>
                <w:alias w:val="Kredi 3"/>
                <w:tag w:val="Kredi 3"/>
                <w:id w:val="414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3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64" w:edGrp="everyone"/>
            <w:sdt>
              <w:sdtPr>
                <w:alias w:val="Şube 3"/>
                <w:tag w:val="Şube 3"/>
                <w:id w:val="414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4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65" w:edGrp="everyone"/>
            <w:sdt>
              <w:sdtPr>
                <w:alias w:val="İşlem 3"/>
                <w:tag w:val="İşlem 3"/>
                <w:id w:val="4146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5"/>
          </w:p>
        </w:tc>
        <w:tc>
          <w:tcPr>
            <w:tcW w:type="dxa" w:w="570"/>
            <w:vAlign w:val="center"/>
          </w:tcPr>
          <w:p>
            <w:pPr>
              <w:spacing w:before="0" w:after="0" w:line="240" w:lineRule="auto"/>
              <w:jc w:val="left"/>
            </w:pPr>
            <w:permStart w:id="466" w:edGrp="everyone"/>
            <w:sdt>
              <w:sdtPr>
                <w:alias w:val="Z/S 3"/>
                <w:tag w:val="Z/S 3"/>
                <w:id w:val="4146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900"/>
            <w:vAlign w:val="center"/>
          </w:tcPr>
          <w:p>
            <w:pPr>
              <w:spacing w:before="0" w:after="0" w:line="240" w:lineRule="auto"/>
              <w:jc w:val="left"/>
            </w:pPr>
            <w:permStart w:id="467" w:edGrp="everyone"/>
            <w:sdt>
              <w:sdtPr>
                <w:alias w:val="Ders kodu 4"/>
                <w:tag w:val="Ders kodu 4"/>
                <w:id w:val="414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7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68" w:edGrp="everyone"/>
            <w:sdt>
              <w:sdtPr>
                <w:alias w:val="Ders adı 4"/>
                <w:tag w:val="Ders adı 4"/>
                <w:id w:val="414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8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69" w:edGrp="everyone"/>
            <w:sdt>
              <w:sdtPr>
                <w:alias w:val="Kredi 4"/>
                <w:tag w:val="Kredi 4"/>
                <w:id w:val="414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9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70" w:edGrp="everyone"/>
            <w:sdt>
              <w:sdtPr>
                <w:alias w:val="Şube 4"/>
                <w:tag w:val="Şube 4"/>
                <w:id w:val="414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0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71" w:edGrp="everyone"/>
            <w:sdt>
              <w:sdtPr>
                <w:alias w:val="İşlem 4"/>
                <w:tag w:val="İşlem 4"/>
                <w:id w:val="41470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1"/>
          </w:p>
        </w:tc>
        <w:tc>
          <w:tcPr>
            <w:tcW w:type="dxa" w:w="570"/>
            <w:vAlign w:val="center"/>
          </w:tcPr>
          <w:p>
            <w:pPr>
              <w:spacing w:before="0" w:after="0" w:line="240" w:lineRule="auto"/>
              <w:jc w:val="left"/>
            </w:pPr>
            <w:permStart w:id="472" w:edGrp="everyone"/>
            <w:sdt>
              <w:sdtPr>
                <w:alias w:val="Z/S 4"/>
                <w:tag w:val="Z/S 4"/>
                <w:id w:val="41471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2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900"/>
            <w:vAlign w:val="center"/>
          </w:tcPr>
          <w:p>
            <w:pPr>
              <w:spacing w:before="0" w:after="0" w:line="240" w:lineRule="auto"/>
              <w:jc w:val="left"/>
            </w:pPr>
            <w:permStart w:id="473" w:edGrp="everyone"/>
            <w:sdt>
              <w:sdtPr>
                <w:alias w:val="Ders kodu 5"/>
                <w:tag w:val="Ders kodu 5"/>
                <w:id w:val="414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3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74" w:edGrp="everyone"/>
            <w:sdt>
              <w:sdtPr>
                <w:alias w:val="Ders adı 5"/>
                <w:tag w:val="Ders adı 5"/>
                <w:id w:val="414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74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75" w:edGrp="everyone"/>
            <w:sdt>
              <w:sdtPr>
                <w:alias w:val="Kredi 5"/>
                <w:tag w:val="Kredi 5"/>
                <w:id w:val="414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5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76" w:edGrp="everyone"/>
            <w:sdt>
              <w:sdtPr>
                <w:alias w:val="Şube 5"/>
                <w:tag w:val="Şube 5"/>
                <w:id w:val="414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6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77" w:edGrp="everyone"/>
            <w:sdt>
              <w:sdtPr>
                <w:alias w:val="İşlem 5"/>
                <w:tag w:val="İşlem 5"/>
                <w:id w:val="41476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7"/>
          </w:p>
        </w:tc>
        <w:tc>
          <w:tcPr>
            <w:tcW w:type="dxa" w:w="570"/>
            <w:vAlign w:val="center"/>
          </w:tcPr>
          <w:p>
            <w:pPr>
              <w:spacing w:before="0" w:after="0" w:line="240" w:lineRule="auto"/>
              <w:jc w:val="left"/>
            </w:pPr>
            <w:permStart w:id="478" w:edGrp="everyone"/>
            <w:sdt>
              <w:sdtPr>
                <w:alias w:val="Z/S 5"/>
                <w:tag w:val="Z/S 5"/>
                <w:id w:val="4147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900"/>
            <w:vAlign w:val="center"/>
          </w:tcPr>
          <w:p>
            <w:pPr>
              <w:spacing w:before="0" w:after="0" w:line="240" w:lineRule="auto"/>
              <w:jc w:val="left"/>
            </w:pPr>
            <w:permStart w:id="479" w:edGrp="everyone"/>
            <w:sdt>
              <w:sdtPr>
                <w:alias w:val="Ders kodu 6"/>
                <w:tag w:val="Ders kodu 6"/>
                <w:id w:val="414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9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80" w:edGrp="everyone"/>
            <w:sdt>
              <w:sdtPr>
                <w:alias w:val="Ders adı 6"/>
                <w:tag w:val="Ders adı 6"/>
                <w:id w:val="414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0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81" w:edGrp="everyone"/>
            <w:sdt>
              <w:sdtPr>
                <w:alias w:val="Kredi 6"/>
                <w:tag w:val="Kredi 6"/>
                <w:id w:val="414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1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82" w:edGrp="everyone"/>
            <w:sdt>
              <w:sdtPr>
                <w:alias w:val="Şube 6"/>
                <w:tag w:val="Şube 6"/>
                <w:id w:val="414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2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83" w:edGrp="everyone"/>
            <w:sdt>
              <w:sdtPr>
                <w:alias w:val="İşlem 6"/>
                <w:tag w:val="İşlem 6"/>
                <w:id w:val="4148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3"/>
          </w:p>
        </w:tc>
        <w:tc>
          <w:tcPr>
            <w:tcW w:type="dxa" w:w="570"/>
            <w:vAlign w:val="center"/>
          </w:tcPr>
          <w:p>
            <w:pPr>
              <w:spacing w:before="0" w:after="0" w:line="240" w:lineRule="auto"/>
              <w:jc w:val="left"/>
            </w:pPr>
            <w:permStart w:id="484" w:edGrp="everyone"/>
            <w:sdt>
              <w:sdtPr>
                <w:alias w:val="Z/S 6"/>
                <w:tag w:val="Z/S 6"/>
                <w:id w:val="4148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900"/>
            <w:vAlign w:val="center"/>
          </w:tcPr>
          <w:p>
            <w:pPr>
              <w:spacing w:before="0" w:after="0" w:line="240" w:lineRule="auto"/>
              <w:jc w:val="left"/>
            </w:pPr>
            <w:permStart w:id="485" w:edGrp="everyone"/>
            <w:sdt>
              <w:sdtPr>
                <w:alias w:val="Ders kodu 7"/>
                <w:tag w:val="Ders kodu 7"/>
                <w:id w:val="414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5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86" w:edGrp="everyone"/>
            <w:sdt>
              <w:sdtPr>
                <w:alias w:val="Ders adı 7"/>
                <w:tag w:val="Ders adı 7"/>
                <w:id w:val="414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6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87" w:edGrp="everyone"/>
            <w:sdt>
              <w:sdtPr>
                <w:alias w:val="Kredi 7"/>
                <w:tag w:val="Kredi 7"/>
                <w:id w:val="414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7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88" w:edGrp="everyone"/>
            <w:sdt>
              <w:sdtPr>
                <w:alias w:val="Şube 7"/>
                <w:tag w:val="Şube 7"/>
                <w:id w:val="414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8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89" w:edGrp="everyone"/>
            <w:sdt>
              <w:sdtPr>
                <w:alias w:val="İşlem 7"/>
                <w:tag w:val="İşlem 7"/>
                <w:id w:val="4148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9"/>
          </w:p>
        </w:tc>
        <w:tc>
          <w:tcPr>
            <w:tcW w:type="dxa" w:w="570"/>
            <w:vAlign w:val="center"/>
          </w:tcPr>
          <w:p>
            <w:pPr>
              <w:spacing w:before="0" w:after="0" w:line="240" w:lineRule="auto"/>
              <w:jc w:val="left"/>
            </w:pPr>
            <w:permStart w:id="490" w:edGrp="everyone"/>
            <w:sdt>
              <w:sdtPr>
                <w:alias w:val="Z/S 7"/>
                <w:tag w:val="Z/S 7"/>
                <w:id w:val="4148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900"/>
            <w:vAlign w:val="center"/>
          </w:tcPr>
          <w:p>
            <w:pPr>
              <w:spacing w:before="0" w:after="0" w:line="240" w:lineRule="auto"/>
              <w:jc w:val="left"/>
            </w:pPr>
            <w:permStart w:id="491" w:edGrp="everyone"/>
            <w:sdt>
              <w:sdtPr>
                <w:alias w:val="Ders kodu 8"/>
                <w:tag w:val="Ders kodu 8"/>
                <w:id w:val="414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1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92" w:edGrp="everyone"/>
            <w:sdt>
              <w:sdtPr>
                <w:alias w:val="Ders adı 8"/>
                <w:tag w:val="Ders adı 8"/>
                <w:id w:val="414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92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93" w:edGrp="everyone"/>
            <w:sdt>
              <w:sdtPr>
                <w:alias w:val="Kredi 8"/>
                <w:tag w:val="Kredi 8"/>
                <w:id w:val="414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3"/>
          </w:p>
        </w:tc>
        <w:tc>
          <w:tcPr>
            <w:tcW w:type="dxa" w:w="2300"/>
            <w:vAlign w:val="center"/>
          </w:tcPr>
          <w:p>
            <w:pPr>
              <w:spacing w:before="0" w:after="0" w:line="240" w:lineRule="auto"/>
              <w:jc w:val="left"/>
            </w:pPr>
            <w:permStart w:id="494" w:edGrp="everyone"/>
            <w:sdt>
              <w:sdtPr>
                <w:alias w:val="Şube 8"/>
                <w:tag w:val="Şube 8"/>
                <w:id w:val="414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4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495" w:edGrp="everyone"/>
            <w:sdt>
              <w:sdtPr>
                <w:alias w:val="İşlem 8"/>
                <w:tag w:val="İşlem 8"/>
                <w:id w:val="4149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5"/>
          </w:p>
        </w:tc>
        <w:tc>
          <w:tcPr>
            <w:tcW w:type="dxa" w:w="570"/>
            <w:vAlign w:val="center"/>
          </w:tcPr>
          <w:p>
            <w:pPr>
              <w:spacing w:before="0" w:after="0" w:line="240" w:lineRule="auto"/>
              <w:jc w:val="left"/>
            </w:pPr>
            <w:permStart w:id="496" w:edGrp="everyone"/>
            <w:sdt>
              <w:sdtPr>
                <w:alias w:val="Z/S 8"/>
                <w:tag w:val="Z/S 8"/>
                <w:id w:val="4149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6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both"/>
      </w:pPr>
      <w:r>
        <w:rPr>
          <w:b/>
          <w:bCs/>
          <w:sz w:val="18"/>
          <w:szCs w:val="18"/>
        </w:rPr>
        <w:t xml:space="preserve">IBAN (iade için): </w:t>
      </w:r>
      <w:permStart w:id="60007" w:edGrp="everyone"/>
      <w:sdt>
        <w:sdtPr>
          <w:alias w:val="IBAN"/>
          <w:tag w:val="IBAN"/>
          <w:id w:val="60008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                                  </w:t>
          </w:r>
        </w:sdtContent>
      </w:sdt>
      <w:permEnd w:id="60007"/>
      <w:r>
        <w:rPr>
          <w:b/>
          <w:bCs/>
          <w:sz w:val="18"/>
          <w:szCs w:val="18"/>
        </w:rPr>
        <w:t xml:space="preserve">     Telefon: </w:t>
      </w:r>
      <w:permStart w:id="60009" w:edGrp="everyone"/>
      <w:sdt>
        <w:sdtPr>
          <w:alias w:val="Telefon"/>
          <w:tag w:val="Telefon"/>
          <w:id w:val="60010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                </w:t>
          </w:r>
        </w:sdtContent>
      </w:sdt>
      <w:permEnd w:id="60009"/>
    </w:p>
    <w:p>
      <w:pPr>
        <w:spacing w:before="0" w:after="80" w:line="240" w:lineRule="auto"/>
        <w:jc w:val="both"/>
      </w:pPr>
      <w:r>
        <w:rPr>
          <w:sz w:val="18"/>
          <w:szCs w:val="18"/>
        </w:rPr>
        <w:t xml:space="preserve">EK: Alınacak derslerin onaylı ders içerikleri.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Kayıtlı olunan birimin yaz okulunda açılmayan ders, üniversite içinde başka bir birimden ya da başka bir üniversiteden alınabilir. Dersin denkliği içerik, kredi ve ders saati (T+U) açısından Bölüm Başkanlığı ve Yüksekokul Yönetim Kurulu tarafından kabul edilmelidir.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Ön kayıt tarihlerinden önce dersin açılacağı birime ve Yüksekokulumuza ayrı ayrı dilekçe ile başvurulur. Açılmayan derslere yapılan ödemeler iade edileceğinden IBAN bilgisinin OBİS'te güncel olması ve yukarıya yazılması gerekir.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Z / S sütunu dersin Zorunlu (Z) veya Seçmeli (S) olduğunu belirtir. İmzası eksik olan formlar geçersizdir.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33"/>
        <w:gridCol w:w="2267"/>
        <w:gridCol w:w="1133"/>
        <w:gridCol w:w="2267"/>
        <w:gridCol w:w="1133"/>
        <w:gridCol w:w="1700"/>
      </w:tblGrid>
      <w:tr>
        <w:trPr>
          <w:trHeight w:val="351" w:hRule="atLeast"/>
          <w:cantSplit/>
        </w:trPr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7" w:edGrp="everyone"/>
            <w:sdt>
              <w:sdtPr>
                <w:alias w:val="Sınıfı"/>
                <w:tag w:val="Sınıfı"/>
                <w:id w:val="414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497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Yarıyılı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8" w:edGrp="everyone"/>
            <w:sdt>
              <w:sdtPr>
                <w:alias w:val="Yarıyılı"/>
                <w:tag w:val="Yarıyılı"/>
                <w:id w:val="414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98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AGNO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9" w:edGrp="everyone"/>
            <w:sdt>
              <w:sdtPr>
                <w:alias w:val="AGNO"/>
                <w:tag w:val="AGNO"/>
                <w:id w:val="414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49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0" w:edGrp="everyone"/>
            <w:sdt>
              <w:sdtPr>
                <w:alias w:val="Öğrenci Adı Soyadı"/>
                <w:tag w:val="Öğrenci Adı Soyadı"/>
                <w:id w:val="4149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0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1" w:edGrp="everyone"/>
            <w:sdt>
              <w:sdtPr>
                <w:alias w:val="Danışman Adı Soyadı"/>
                <w:tag w:val="Danışman Adı Soyadı"/>
                <w:id w:val="4150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1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2" w:edGrp="everyone"/>
            <w:sdt>
              <w:sdtPr>
                <w:alias w:val="Bölüm Başkanı Adı Soyadı"/>
                <w:tag w:val="Bölüm Başkanı Adı Soyadı"/>
                <w:id w:val="4150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2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left"/>
      </w:pPr>
      <w:r>
        <w:rPr>
          <w:sz w:val="18"/>
          <w:szCs w:val="18"/>
        </w:rPr>
        <w:t xml:space="preserve">Sorumlu Memur: </w:t>
      </w:r>
      <w:permStart w:id="503" w:edGrp="everyone"/>
      <w:sdt>
        <w:sdtPr>
          <w:alias w:val="Sorumlu Memur"/>
          <w:tag w:val="Sorumlu Memur"/>
          <w:id w:val="41502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          </w:t>
          </w:r>
        </w:sdtContent>
      </w:sdt>
      <w:permEnd w:id="503"/>
      <w:r>
        <w:rPr>
          <w:sz w:val="18"/>
          <w:szCs w:val="18"/>
        </w:rPr>
        <w:t xml:space="preserve">     İmza: 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HTMYO-OFRM-114  |  Yaz Okulu Başvuru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07.10.2026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Yaz Okulu Başvuru Dilekçesi</dc:title>
  <dc:subject>HTMYO-OFRM-114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