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ÖĞLE YEMEĞİ BURSU BAŞVURU FORMU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A. NÜFUS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5" w:edGrp="everyone"/>
            <w:sdt>
              <w:sdtPr>
                <w:alias w:val="Adı Soyadı"/>
                <w:tag w:val="Adı Soyadı"/>
                <w:id w:val="416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T.C. Kimlik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6" w:edGrp="everyone"/>
            <w:sdt>
              <w:sdtPr>
                <w:alias w:val="T.C. Kimlik No"/>
                <w:tag w:val="T.C. Kimlik No"/>
                <w:id w:val="416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Baba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7" w:edGrp="everyone"/>
            <w:sdt>
              <w:sdtPr>
                <w:alias w:val="Baba adı"/>
                <w:tag w:val="Baba adı"/>
                <w:id w:val="416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Cinsiyet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8" w:edGrp="everyone"/>
            <w:sdt>
              <w:sdtPr>
                <w:alias w:val="Kadın"/>
                <w:tag w:val="Kadın"/>
                <w:id w:val="4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38"/>
            <w:r>
              <w:rPr>
                <w:sz w:val="18"/>
                <w:szCs w:val="18"/>
              </w:rPr>
              <w:t xml:space="preserve"> Kadın   </w:t>
            </w:r>
            <w:permStart w:id="639" w:edGrp="everyone"/>
            <w:sdt>
              <w:sdtPr>
                <w:alias w:val="Erkek"/>
                <w:tag w:val="Erkek"/>
                <w:id w:val="4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39"/>
            <w:r>
              <w:rPr>
                <w:sz w:val="18"/>
                <w:szCs w:val="18"/>
              </w:rPr>
              <w:t xml:space="preserve"> Erkek   </w:t>
            </w:r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Ana Adı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40" w:edGrp="everyone"/>
            <w:sdt>
              <w:sdtPr>
                <w:alias w:val="Ana adı"/>
                <w:tag w:val="Ana adı"/>
                <w:id w:val="416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B. ÖĞRENİM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Yüksekokul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1" w:edGrp="everyone"/>
            <w:sdt>
              <w:sdtPr>
                <w:alias w:val="Yüksekokul"/>
                <w:tag w:val="Yüksekokul"/>
                <w:id w:val="41640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Bucak Hikmet Tolunay Ulaştırma ve Lojistik MYO</w:t>
                </w:r>
              </w:sdtContent>
            </w:sdt>
            <w:permEnd w:id="64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2" w:edGrp="everyone"/>
            <w:sdt>
              <w:sdtPr>
                <w:alias w:val="Bölüm"/>
                <w:tag w:val="Bölüm"/>
                <w:id w:val="416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2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Öğrenim Şekli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3" w:edGrp="everyone"/>
            <w:sdt>
              <w:sdtPr>
                <w:alias w:val="1. Öğretim"/>
                <w:tag w:val="1. Öğretim"/>
                <w:id w:val="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3"/>
            <w:r>
              <w:rPr>
                <w:sz w:val="18"/>
                <w:szCs w:val="18"/>
              </w:rPr>
              <w:t xml:space="preserve"> 1. Öğretim   </w:t>
            </w:r>
            <w:permStart w:id="644" w:edGrp="everyone"/>
            <w:sdt>
              <w:sdtPr>
                <w:alias w:val="2. Öğretim"/>
                <w:tag w:val="2. Öğretim"/>
                <w:id w:val="4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4"/>
            <w:r>
              <w:rPr>
                <w:sz w:val="18"/>
                <w:szCs w:val="18"/>
              </w:rPr>
              <w:t xml:space="preserve"> 2. Öğretim   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5" w:edGrp="everyone"/>
            <w:sdt>
              <w:sdtPr>
                <w:alias w:val="Sınıf"/>
                <w:tag w:val="Sınıf"/>
                <w:id w:val="4164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4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C. KİŞİSEL BİLGİLER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ÖĞRENCİNİN İKAMET DURUMU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ANNE VE BABA DURUMU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Kredi Yurtlar Kurumunda kalıyor:  </w:t>
            </w:r>
            <w:permStart w:id="646" w:edGrp="everyone"/>
            <w:sdt>
              <w:sdtPr>
                <w:alias w:val="Evet"/>
                <w:tag w:val="Evet"/>
                <w:id w:val="4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6"/>
            <w:r>
              <w:rPr>
                <w:sz w:val="18"/>
                <w:szCs w:val="18"/>
              </w:rPr>
              <w:t xml:space="preserve"> Evet   </w:t>
            </w:r>
            <w:permStart w:id="647" w:edGrp="everyone"/>
            <w:sdt>
              <w:sdtPr>
                <w:alias w:val="Hayır"/>
                <w:tag w:val="Hayır"/>
                <w:id w:val="4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7"/>
            <w:r>
              <w:rPr>
                <w:sz w:val="18"/>
                <w:szCs w:val="18"/>
              </w:rPr>
              <w:t xml:space="preserve"> Hayır  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Cevabınız Hayır ise:  </w:t>
            </w:r>
            <w:permStart w:id="648" w:edGrp="everyone"/>
            <w:sdt>
              <w:sdtPr>
                <w:alias w:val="Özel yurt"/>
                <w:tag w:val="Özel yurt"/>
                <w:id w:val="4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8"/>
            <w:r>
              <w:rPr>
                <w:sz w:val="18"/>
                <w:szCs w:val="18"/>
              </w:rPr>
              <w:t xml:space="preserve"> Özel yurt   </w:t>
            </w:r>
            <w:permStart w:id="649" w:edGrp="everyone"/>
            <w:sdt>
              <w:sdtPr>
                <w:alias w:val="Pansiyon"/>
                <w:tag w:val="Pansiyon"/>
                <w:id w:val="4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9"/>
            <w:r>
              <w:rPr>
                <w:sz w:val="18"/>
                <w:szCs w:val="18"/>
              </w:rPr>
              <w:t xml:space="preserve"> Pansiyon   </w:t>
            </w:r>
            <w:permStart w:id="650" w:edGrp="everyone"/>
            <w:sdt>
              <w:sdtPr>
                <w:alias w:val="Ev"/>
                <w:tag w:val="Ev"/>
                <w:id w:val="4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0"/>
            <w:r>
              <w:rPr>
                <w:sz w:val="18"/>
                <w:szCs w:val="18"/>
              </w:rPr>
              <w:t xml:space="preserve"> Ev   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1" w:edGrp="everyone"/>
            <w:sdt>
              <w:sdtPr>
                <w:alias w:val="Sağ ve birlikte yaşıyor"/>
                <w:tag w:val="Sağ ve birlikte yaşıyor"/>
                <w:id w:val="4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1"/>
            <w:r>
              <w:rPr>
                <w:sz w:val="18"/>
                <w:szCs w:val="18"/>
              </w:rPr>
              <w:t xml:space="preserve"> Sağ ve birlikte yaşıyor   </w:t>
            </w:r>
          </w:p>
          <w:p>
            <w:pPr>
              <w:spacing w:before="0" w:after="0" w:line="240" w:lineRule="auto"/>
              <w:jc w:val="left"/>
            </w:pPr>
            <w:permStart w:id="652" w:edGrp="everyone"/>
            <w:sdt>
              <w:sdtPr>
                <w:alias w:val="Sağ ve ayrılar"/>
                <w:tag w:val="Sağ ve ayrılar"/>
                <w:id w:val="4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2"/>
            <w:r>
              <w:rPr>
                <w:sz w:val="18"/>
                <w:szCs w:val="18"/>
              </w:rPr>
              <w:t xml:space="preserve"> Sağ ve ayrılar   </w:t>
            </w:r>
          </w:p>
          <w:p>
            <w:pPr>
              <w:spacing w:before="0" w:after="0" w:line="240" w:lineRule="auto"/>
              <w:jc w:val="left"/>
            </w:pPr>
            <w:permStart w:id="653" w:edGrp="everyone"/>
            <w:sdt>
              <w:sdtPr>
                <w:alias w:val="Biri veya ikisi vefat etmiş"/>
                <w:tag w:val="Biri veya ikisi vefat etmiş"/>
                <w:id w:val="4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3"/>
            <w:r>
              <w:rPr>
                <w:sz w:val="18"/>
                <w:szCs w:val="18"/>
              </w:rPr>
              <w:t xml:space="preserve"> Biri veya ikisi vefat etmiş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 DIŞINDAKİ AİLE FERT SAYISI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AİLENİN TOPLAM AYLIK GELİRİ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4" w:edGrp="everyone"/>
            <w:sdt>
              <w:sdtPr>
                <w:alias w:val="Aile fert sayısı"/>
                <w:tag w:val="Aile fert sayısı"/>
                <w:id w:val="41653"/>
                <w:showingPlcHdr/>
                <w:dropDownList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 ve üzeri" w:value="6 ve üzeri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54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5" w:edGrp="everyone"/>
            <w:sdt>
              <w:sdtPr>
                <w:alias w:val="11.402 - 14.000 TL"/>
                <w:tag w:val="11.402 - 14.000 TL"/>
                <w:id w:val="4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5"/>
            <w:r>
              <w:rPr>
                <w:sz w:val="18"/>
                <w:szCs w:val="18"/>
              </w:rPr>
              <w:t xml:space="preserve"> 11.402 - 14.000 TL   </w:t>
            </w:r>
            <w:permStart w:id="656" w:edGrp="everyone"/>
            <w:sdt>
              <w:sdtPr>
                <w:alias w:val="14.001 - 20.000 TL"/>
                <w:tag w:val="14.001 - 20.000 TL"/>
                <w:id w:val="4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6"/>
            <w:r>
              <w:rPr>
                <w:sz w:val="18"/>
                <w:szCs w:val="18"/>
              </w:rPr>
              <w:t xml:space="preserve"> 14.001 - 20.000 TL   </w:t>
            </w:r>
          </w:p>
          <w:p>
            <w:pPr>
              <w:spacing w:before="0" w:after="0" w:line="240" w:lineRule="auto"/>
              <w:jc w:val="left"/>
            </w:pPr>
            <w:permStart w:id="657" w:edGrp="everyone"/>
            <w:sdt>
              <w:sdtPr>
                <w:alias w:val="20.001 - 32.000 TL"/>
                <w:tag w:val="20.001 - 32.000 TL"/>
                <w:id w:val="4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7"/>
            <w:r>
              <w:rPr>
                <w:sz w:val="18"/>
                <w:szCs w:val="18"/>
              </w:rPr>
              <w:t xml:space="preserve"> 20.001 - 32.000 TL   </w:t>
            </w:r>
            <w:permStart w:id="658" w:edGrp="everyone"/>
            <w:sdt>
              <w:sdtPr>
                <w:alias w:val="32.001 TL ve üstü"/>
                <w:tag w:val="32.001 TL ve üstü"/>
                <w:id w:val="4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8"/>
            <w:r>
              <w:rPr>
                <w:sz w:val="18"/>
                <w:szCs w:val="18"/>
              </w:rPr>
              <w:t xml:space="preserve"> 32.001 TL ve üstü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BABANIN MESLEĞİ / ANNENİN MESLEĞİ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 BURS DURUMU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Babanın mesleği: </w:t>
            </w:r>
            <w:permStart w:id="659" w:edGrp="everyone"/>
            <w:sdt>
              <w:sdtPr>
                <w:alias w:val="Babanın mesleği"/>
                <w:tag w:val="Babanın mesleği"/>
                <w:id w:val="416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659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Annenin mesleği: </w:t>
            </w:r>
            <w:permStart w:id="660" w:edGrp="everyone"/>
            <w:sdt>
              <w:sdtPr>
                <w:alias w:val="Annenin mesleği"/>
                <w:tag w:val="Annenin mesleği"/>
                <w:id w:val="416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66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61" w:edGrp="everyone"/>
            <w:sdt>
              <w:sdtPr>
                <w:alias w:val="Burs alıyorum"/>
                <w:tag w:val="Burs alıyorum"/>
                <w:id w:val="4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1"/>
            <w:r>
              <w:rPr>
                <w:sz w:val="18"/>
                <w:szCs w:val="18"/>
              </w:rPr>
              <w:t xml:space="preserve"> Burs alıyorum   </w:t>
            </w:r>
          </w:p>
          <w:p>
            <w:pPr>
              <w:spacing w:before="0" w:after="0" w:line="240" w:lineRule="auto"/>
              <w:jc w:val="left"/>
            </w:pPr>
            <w:permStart w:id="662" w:edGrp="everyone"/>
            <w:sdt>
              <w:sdtPr>
                <w:alias w:val="Öğrenim kredisi alıyorum"/>
                <w:tag w:val="Öğrenim kredisi alıyorum"/>
                <w:id w:val="4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2"/>
            <w:r>
              <w:rPr>
                <w:sz w:val="18"/>
                <w:szCs w:val="18"/>
              </w:rPr>
              <w:t xml:space="preserve"> Öğrenim kredisi alıyorum   </w:t>
            </w:r>
          </w:p>
          <w:p>
            <w:pPr>
              <w:spacing w:before="0" w:after="0" w:line="240" w:lineRule="auto"/>
              <w:jc w:val="left"/>
            </w:pPr>
            <w:permStart w:id="663" w:edGrp="everyone"/>
            <w:sdt>
              <w:sdtPr>
                <w:alias w:val="Burs veya öğrenim kredisi almıyorum"/>
                <w:tag w:val="Burs veya öğrenim kredisi almıyorum"/>
                <w:id w:val="4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3"/>
            <w:r>
              <w:rPr>
                <w:sz w:val="18"/>
                <w:szCs w:val="18"/>
              </w:rPr>
              <w:t xml:space="preserve"> Burs veya öğrenim kredisi almıyorum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AİLENİN İKAMET ETTİĞİ EV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İLETİŞİM BİLGİLERİ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64" w:edGrp="everyone"/>
            <w:sdt>
              <w:sdtPr>
                <w:alias w:val="Kendisinin"/>
                <w:tag w:val="Kendisinin"/>
                <w:id w:val="4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4"/>
            <w:r>
              <w:rPr>
                <w:sz w:val="18"/>
                <w:szCs w:val="18"/>
              </w:rPr>
              <w:t xml:space="preserve"> Kendisinin   </w:t>
            </w:r>
            <w:permStart w:id="665" w:edGrp="everyone"/>
            <w:sdt>
              <w:sdtPr>
                <w:alias w:val="Kira"/>
                <w:tag w:val="Kira"/>
                <w:id w:val="4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5"/>
            <w:r>
              <w:rPr>
                <w:sz w:val="18"/>
                <w:szCs w:val="18"/>
              </w:rPr>
              <w:t xml:space="preserve"> Kira   </w:t>
            </w:r>
            <w:permStart w:id="666" w:edGrp="everyone"/>
            <w:sdt>
              <w:sdtPr>
                <w:alias w:val="Diğer"/>
                <w:tag w:val="Diğer"/>
                <w:id w:val="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6"/>
            <w:r>
              <w:rPr>
                <w:sz w:val="18"/>
                <w:szCs w:val="18"/>
              </w:rPr>
              <w:t xml:space="preserve"> Diğer   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Telefon: </w:t>
            </w:r>
            <w:permStart w:id="667" w:edGrp="everyone"/>
            <w:sdt>
              <w:sdtPr>
                <w:alias w:val="Telefon"/>
                <w:tag w:val="Telefon"/>
                <w:id w:val="416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7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E-posta: </w:t>
            </w:r>
            <w:permStart w:id="668" w:edGrp="everyone"/>
            <w:sdt>
              <w:sdtPr>
                <w:alias w:val="E-posta"/>
                <w:tag w:val="E-posta"/>
                <w:id w:val="416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20" w:line="240" w:lineRule="auto"/>
        <w:jc w:val="left"/>
      </w:pPr>
      <w:r>
        <w:rPr>
          <w:b/>
          <w:bCs/>
          <w:sz w:val="18"/>
          <w:szCs w:val="18"/>
        </w:rPr>
        <w:t xml:space="preserve">AÇIKLAMALAR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C bölümünde yalnızca ilgili kutucuğu işaretleyiniz.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Bu form öğrenci tarafından bizzat ve eksiksiz doldurulacaktır.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Gerçeğe aykırı bilgi verenler yemek bursu alsalar dahi bu haklarından mahrum edilecek ve haklarında Öğrenci Disiplin Yönetmeliği hükümleri uygulanacaktır.</w:t>
      </w:r>
    </w:p>
    <w:p>
      <w:pPr>
        <w:spacing w:before="80" w:after="120" w:line="240" w:lineRule="auto"/>
        <w:jc w:val="left"/>
      </w:pPr>
      <w:r>
        <w:rPr>
          <w:b/>
          <w:bCs/>
          <w:sz w:val="19"/>
          <w:szCs w:val="19"/>
        </w:rPr>
        <w:t xml:space="preserve">Formda belirttiğim tüm bilgilerin doğru olduğunu kabul ve taahhüt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669" w:edGrp="everyone"/>
            <w:sdt>
              <w:sdtPr>
                <w:alias w:val="Tarih"/>
                <w:tag w:val="Tarih"/>
                <w:id w:val="41668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669"/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70" w:edGrp="everyone"/>
            <w:sdt>
              <w:sdtPr>
                <w:alias w:val="Öğrenci Adı Soyadı"/>
                <w:tag w:val="Öğrenci Adı Soyadı"/>
                <w:id w:val="4166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70"/>
          </w:p>
        </w:tc>
      </w:tr>
      <w:tr>
        <w:trPr>
          <w:trHeight w:val="73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HTMYO-OFRM-111  |  Öğle Yemeği Bursu Başvuru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Öğle Yemeği Bursu Başvuru Formu</dc:title>
  <dc:subject>HTMYO-OFRM-111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