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MAZERETLI KAYIT YENILEME DILEKÇESI</w:t>
      </w:r>
    </w:p>
    <w:p>
      <w:pPr>
        <w:spacing w:before="0" w:after="12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277" w:edGrp="everyone"/>
      <w:sdt>
        <w:sdtPr>
          <w:alias w:val="Tarih"/>
          <w:tag w:val="Tarih"/>
          <w:id w:val="41276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05.10.2026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277"/>
    </w:p>
    <w:p>
      <w:pPr>
        <w:spacing w:before="0" w:after="160" w:line="240" w:lineRule="auto"/>
        <w:jc w:val="center"/>
      </w:pPr>
      <w:r>
        <w:rPr>
          <w:b/>
          <w:bCs/>
          <w:sz w:val="20"/>
          <w:szCs w:val="20"/>
        </w:rPr>
        <w:t xml:space="preserve">BUCAK HİKMET TOLUNAY ULAŞTIRMA VE LOJİSTİK MESLEK YÜKSEKOKULU MÜDÜRLÜĞÜNE</w:t>
      </w:r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ÖĞRENCİ BİLGİLERİ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474"/>
        <w:gridCol w:w="3344"/>
        <w:gridCol w:w="1474"/>
        <w:gridCol w:w="3344"/>
      </w:tblGrid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Adı Soyadı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78" w:edGrp="everyone"/>
            <w:sdt>
              <w:sdtPr>
                <w:alias w:val="Adı Soyadı"/>
                <w:tag w:val="Adı Soyadı"/>
                <w:id w:val="4127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78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Öğrenci No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79" w:edGrp="everyone"/>
            <w:sdt>
              <w:sdtPr>
                <w:alias w:val="Öğrenci No"/>
                <w:tag w:val="Öğrenci No"/>
                <w:id w:val="4127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79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80" w:edGrp="everyone"/>
            <w:sdt>
              <w:sdtPr>
                <w:alias w:val="Bölüm / Program"/>
                <w:tag w:val="Bölüm / Program"/>
                <w:id w:val="4127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80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Sınıf / Şube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81" w:edGrp="everyone"/>
            <w:sdt>
              <w:sdtPr>
                <w:alias w:val="Sınıf"/>
                <w:tag w:val="Sınıf"/>
                <w:id w:val="41280"/>
                <w:showingPlcHdr/>
                <w:dropDownList>
                  <w:listItem w:displayText="1. Sınıf" w:value="1. Sınıf"/>
                  <w:listItem w:displayText="2. Sınıf" w:value="2. Sınıf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281"/>
            <w:r>
              <w:rPr>
                <w:sz w:val="18"/>
                <w:szCs w:val="18"/>
              </w:rPr>
              <w:t xml:space="preserve">  </w:t>
            </w:r>
            <w:permStart w:id="282" w:edGrp="everyone"/>
            <w:sdt>
              <w:sdtPr>
                <w:alias w:val="Şube"/>
                <w:tag w:val="Şube"/>
                <w:id w:val="41281"/>
                <w:showingPlcHdr/>
                <w:dropDownList>
                  <w:listItem w:displayText="A" w:value="A"/>
                  <w:listItem w:displayText="B" w:value="B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282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Telefon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83" w:edGrp="everyone"/>
            <w:sdt>
              <w:sdtPr>
                <w:alias w:val="Telefon"/>
                <w:tag w:val="Telefon"/>
                <w:id w:val="4128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83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E-posta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84" w:edGrp="everyone"/>
            <w:sdt>
              <w:sdtPr>
                <w:alias w:val="E-posta"/>
                <w:tag w:val="E-posta"/>
                <w:id w:val="4128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84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Adres</w:t>
            </w:r>
          </w:p>
        </w:tc>
        <w:tc>
          <w:tcPr>
            <w:tcW w:type="dxa" w:w="8164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285" w:edGrp="everyone"/>
            <w:sdt>
              <w:sdtPr>
                <w:alias w:val="Adres"/>
                <w:tag w:val="Adres"/>
                <w:id w:val="4128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85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120" w:line="276" w:lineRule="auto"/>
        <w:ind w:firstLine="567"/>
        <w:jc w:val="both"/>
      </w:pPr>
      <w:permStart w:id="286" w:edGrp="everyone"/>
      <w:sdt>
        <w:sdtPr>
          <w:alias w:val="Mazeret nedeni"/>
          <w:tag w:val="Mazeret nedeni"/>
          <w:id w:val="41285"/>
          <w:showingPlcHdr/>
          <w:text w:multiLine="1"/>
        </w:sdtPr>
        <w:sdtContent>
          <w:r>
            <w:rPr>
              <w:rStyle w:val="PlaceholderText"/>
              <w:sz w:val="21"/>
              <w:szCs w:val="21"/>
            </w:rPr>
            <w:t xml:space="preserve">                    </w:t>
          </w:r>
        </w:sdtContent>
      </w:sdt>
      <w:permEnd w:id="286"/>
      <w:r>
        <w:rPr>
          <w:sz w:val="21"/>
          <w:szCs w:val="21"/>
        </w:rPr>
        <w:t xml:space="preserve"> nedeniyle harç paramı zamanında yatıramadım. Mazeretli kaydımın yenilenmesi hususunda;</w:t>
      </w:r>
    </w:p>
    <w:p>
      <w:pPr>
        <w:spacing w:before="40" w:after="160" w:line="240" w:lineRule="auto"/>
        <w:ind w:firstLine="567"/>
        <w:jc w:val="left"/>
      </w:pPr>
      <w:r>
        <w:rPr>
          <w:sz w:val="21"/>
          <w:szCs w:val="21"/>
        </w:rPr>
        <w:t xml:space="preserve">Gereğini bilgilerinize arz ederim.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9"/>
        <w:gridCol w:w="3968"/>
      </w:tblGrid>
      <w:tr>
        <w:trPr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Öğrenci</w:t>
            </w:r>
          </w:p>
        </w:tc>
      </w:tr>
      <w:tr>
        <w:trPr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center"/>
            </w:pPr>
            <w:permStart w:id="287" w:edGrp="everyone"/>
            <w:sdt>
              <w:sdtPr>
                <w:alias w:val="Öğrenci Adı Soyadı"/>
                <w:tag w:val="Öğrenci Adı Soyadı"/>
                <w:id w:val="41286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287"/>
          </w:p>
        </w:tc>
      </w:tr>
      <w:tr>
        <w:trPr>
          <w:trHeight w:val="907" w:hRule="atLeast"/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MAKÜ Ön Lisans ve Lisans Eğitim-Öğretim ve Sınav Yönetmeliği 13 üncü maddesi: Katkı payını/öğrenim ücretini süresinde ödeyemeyen öğrenci, mazeretine ilişkin başvurusunu yarıyılın ilk haftası içinde yapar. Mazereti Yüksekokul Yönetim Kurulunca kabul edilen öğrencinin ders kaydı yarıyılın ikinci haftası içinde, OFRM-107 Mazeretli Ders Kayıt Formu ile tamamlanır. Mazereti kabul edilmeyen öğrenci o yarıyıl kayıt yaptıramaz ve geçen süre öğrenim süresinden sayılır.</w:t>
      </w:r>
    </w:p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EKLER</w:t>
      </w:r>
    </w:p>
    <w:p>
      <w:pPr>
        <w:spacing w:before="0" w:after="20" w:line="240" w:lineRule="auto"/>
        <w:jc w:val="left"/>
      </w:pPr>
      <w:permStart w:id="288" w:edGrp="everyone"/>
      <w:sdt>
        <w:sdtPr>
          <w:alias w:val="Mazeretini gösterir belge"/>
          <w:tag w:val="Mazeretini gösterir belge"/>
          <w:id w:val="412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permEnd w:id="288"/>
      <w:r>
        <w:rPr>
          <w:sz w:val="19"/>
          <w:szCs w:val="19"/>
        </w:rPr>
        <w:t xml:space="preserve"> Mazeretini gösterir belge  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HTMYO-OFRM-106  |  Mazeretli Kayıt Yenileme Dilekçesi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HTMYO-OFRM-106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05.10.2026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01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08.10.2026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Mazeretli Kayıt Yenileme Dilekçesi</dc:title>
  <dc:subject>HTMYO-OFRM-106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