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ÜSTTEN DERS ALMA BAŞVURU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5" w:edGrp="everyone"/>
            <w:sdt>
              <w:sdtPr>
                <w:alias w:val="Öğrenci Adı Soyadı"/>
                <w:tag w:val="Öğrenci Adı Soyadı"/>
                <w:id w:val="414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6" w:edGrp="everyone"/>
            <w:sdt>
              <w:sdtPr>
                <w:alias w:val="Öğrenci No"/>
                <w:tag w:val="Öğrenci No"/>
                <w:id w:val="414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7" w:edGrp="everyone"/>
            <w:sdt>
              <w:sdtPr>
                <w:alias w:val="Danışman"/>
                <w:tag w:val="Danışman"/>
                <w:id w:val="414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8" w:edGrp="everyone"/>
            <w:sdt>
              <w:sdtPr>
                <w:alias w:val="Bölüm / Program"/>
                <w:tag w:val="Bölüm / Program"/>
                <w:id w:val="414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8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60" w:line="240" w:lineRule="auto"/>
        <w:jc w:val="both"/>
      </w:pPr>
      <w:r>
        <w:rPr>
          <w:sz w:val="18"/>
          <w:szCs w:val="18"/>
        </w:rPr>
        <w:t xml:space="preserve">MAKÜ Ön Lisans ve Lisans Eğitim-Öğretim ve Sınav Yönetmeliği 18 inci maddesi uyarınca, danışmanımın onayıyla aşağıda belirtilen dersleri üst yarıyıldan/sınıftan almak için başvuruyorum. Koşul beyanım:</w:t>
      </w:r>
    </w:p>
    <w:p>
      <w:pPr>
        <w:spacing w:before="0" w:after="30" w:line="240" w:lineRule="auto"/>
        <w:jc w:val="left"/>
      </w:pPr>
      <w:permStart w:id="80031" w:edGrp="everyone"/>
      <w:sdt>
        <w:sdtPr>
          <w:alias w:val="Koşul 1-4"/>
          <w:tag w:val="Koşul 1-4"/>
          <w:id w:val="80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31"/>
      <w:r>
        <w:rPr>
          <w:sz w:val="17"/>
          <w:szCs w:val="17"/>
        </w:rPr>
        <w:t xml:space="preserve"> İlk kayıt yılımın birinci yarıyılı hariç dördüncü yarıyıl sonuna kadar olan dönemdeyim; alt yarıyıllardaki başarısız/devamsız derslerimi öncelikle almak koşuluyla toplam ders yüküm 45 AKTS'yi aşmıyor.</w:t>
      </w:r>
    </w:p>
    <w:p>
      <w:pPr>
        <w:spacing w:before="0" w:after="100" w:line="240" w:lineRule="auto"/>
        <w:jc w:val="left"/>
      </w:pPr>
      <w:permStart w:id="80033" w:edGrp="everyone"/>
      <w:sdt>
        <w:sdtPr>
          <w:alias w:val="Koşul üst sınıf"/>
          <w:tag w:val="Koşul üst sınıf"/>
          <w:id w:val="80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33"/>
      <w:r>
        <w:rPr>
          <w:sz w:val="17"/>
          <w:szCs w:val="17"/>
        </w:rPr>
        <w:t xml:space="preserve"> Bulunduğum yarıyıla kadar aldığım tüm derslerden başarılıyım ve AGNO'm 4.00 üzerinden en az 3.00; bu yarıyıl ve üst sınıflardan alacağım dersler toplam 45 AKTS'yi aşmıyor.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247"/>
        <w:gridCol w:w="3514"/>
        <w:gridCol w:w="1360"/>
        <w:gridCol w:w="680"/>
        <w:gridCol w:w="1360"/>
        <w:gridCol w:w="90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Yarıyılı</w:t>
            </w:r>
          </w:p>
        </w:tc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49" w:edGrp="everyone"/>
            <w:sdt>
              <w:sdtPr>
                <w:alias w:val="Ders kodu 1"/>
                <w:tag w:val="Ders kodu 1"/>
                <w:id w:val="41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0" w:edGrp="everyone"/>
            <w:sdt>
              <w:sdtPr>
                <w:alias w:val="Ders adı 1"/>
                <w:tag w:val="Ders adı 1"/>
                <w:id w:val="41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1" w:edGrp="everyone"/>
            <w:sdt>
              <w:sdtPr>
                <w:alias w:val="Kredi 1"/>
                <w:tag w:val="Kredi 1"/>
                <w:id w:val="414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2" w:edGrp="everyone"/>
            <w:sdt>
              <w:sdtPr>
                <w:alias w:val="Şube 1"/>
                <w:tag w:val="Şube 1"/>
                <w:id w:val="41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3" w:edGrp="everyone"/>
            <w:sdt>
              <w:sdtPr>
                <w:alias w:val="İşlem 1"/>
                <w:tag w:val="İşlem 1"/>
                <w:id w:val="4145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54" w:edGrp="everyone"/>
            <w:sdt>
              <w:sdtPr>
                <w:alias w:val="Z/S 1"/>
                <w:tag w:val="Z/S 1"/>
                <w:id w:val="4145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55" w:edGrp="everyone"/>
            <w:sdt>
              <w:sdtPr>
                <w:alias w:val="Ders kodu 2"/>
                <w:tag w:val="Ders kodu 2"/>
                <w:id w:val="414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6" w:edGrp="everyone"/>
            <w:sdt>
              <w:sdtPr>
                <w:alias w:val="Ders adı 2"/>
                <w:tag w:val="Ders adı 2"/>
                <w:id w:val="414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7" w:edGrp="everyone"/>
            <w:sdt>
              <w:sdtPr>
                <w:alias w:val="Kredi 2"/>
                <w:tag w:val="Kredi 2"/>
                <w:id w:val="41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8" w:edGrp="everyone"/>
            <w:sdt>
              <w:sdtPr>
                <w:alias w:val="Şube 2"/>
                <w:tag w:val="Şube 2"/>
                <w:id w:val="41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9" w:edGrp="everyone"/>
            <w:sdt>
              <w:sdtPr>
                <w:alias w:val="İşlem 2"/>
                <w:tag w:val="İşlem 2"/>
                <w:id w:val="4145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0" w:edGrp="everyone"/>
            <w:sdt>
              <w:sdtPr>
                <w:alias w:val="Z/S 2"/>
                <w:tag w:val="Z/S 2"/>
                <w:id w:val="4145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1" w:edGrp="everyone"/>
            <w:sdt>
              <w:sdtPr>
                <w:alias w:val="Ders kodu 3"/>
                <w:tag w:val="Ders kodu 3"/>
                <w:id w:val="414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2" w:edGrp="everyone"/>
            <w:sdt>
              <w:sdtPr>
                <w:alias w:val="Ders adı 3"/>
                <w:tag w:val="Ders adı 3"/>
                <w:id w:val="414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3" w:edGrp="everyone"/>
            <w:sdt>
              <w:sdtPr>
                <w:alias w:val="Kredi 3"/>
                <w:tag w:val="Kredi 3"/>
                <w:id w:val="414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64" w:edGrp="everyone"/>
            <w:sdt>
              <w:sdtPr>
                <w:alias w:val="Şube 3"/>
                <w:tag w:val="Şube 3"/>
                <w:id w:val="414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5" w:edGrp="everyone"/>
            <w:sdt>
              <w:sdtPr>
                <w:alias w:val="İşlem 3"/>
                <w:tag w:val="İşlem 3"/>
                <w:id w:val="4146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6" w:edGrp="everyone"/>
            <w:sdt>
              <w:sdtPr>
                <w:alias w:val="Z/S 3"/>
                <w:tag w:val="Z/S 3"/>
                <w:id w:val="4146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7" w:edGrp="everyone"/>
            <w:sdt>
              <w:sdtPr>
                <w:alias w:val="Ders kodu 4"/>
                <w:tag w:val="Ders kodu 4"/>
                <w:id w:val="414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7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8" w:edGrp="everyone"/>
            <w:sdt>
              <w:sdtPr>
                <w:alias w:val="Ders adı 4"/>
                <w:tag w:val="Ders adı 4"/>
                <w:id w:val="414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9" w:edGrp="everyone"/>
            <w:sdt>
              <w:sdtPr>
                <w:alias w:val="Kredi 4"/>
                <w:tag w:val="Kredi 4"/>
                <w:id w:val="414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9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0" w:edGrp="everyone"/>
            <w:sdt>
              <w:sdtPr>
                <w:alias w:val="Şube 4"/>
                <w:tag w:val="Şube 4"/>
                <w:id w:val="414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1" w:edGrp="everyone"/>
            <w:sdt>
              <w:sdtPr>
                <w:alias w:val="İşlem 4"/>
                <w:tag w:val="İşlem 4"/>
                <w:id w:val="41470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1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2" w:edGrp="everyone"/>
            <w:sdt>
              <w:sdtPr>
                <w:alias w:val="Z/S 4"/>
                <w:tag w:val="Z/S 4"/>
                <w:id w:val="4147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2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3" w:edGrp="everyone"/>
            <w:sdt>
              <w:sdtPr>
                <w:alias w:val="Ders kodu 5"/>
                <w:tag w:val="Ders kodu 5"/>
                <w:id w:val="414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3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74" w:edGrp="everyone"/>
            <w:sdt>
              <w:sdtPr>
                <w:alias w:val="Ders adı 5"/>
                <w:tag w:val="Ders adı 5"/>
                <w:id w:val="41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7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5" w:edGrp="everyone"/>
            <w:sdt>
              <w:sdtPr>
                <w:alias w:val="Kredi 5"/>
                <w:tag w:val="Kredi 5"/>
                <w:id w:val="414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5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6" w:edGrp="everyone"/>
            <w:sdt>
              <w:sdtPr>
                <w:alias w:val="Şube 5"/>
                <w:tag w:val="Şube 5"/>
                <w:id w:val="414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7" w:edGrp="everyone"/>
            <w:sdt>
              <w:sdtPr>
                <w:alias w:val="İşlem 5"/>
                <w:tag w:val="İşlem 5"/>
                <w:id w:val="41476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7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8" w:edGrp="everyone"/>
            <w:sdt>
              <w:sdtPr>
                <w:alias w:val="Z/S 5"/>
                <w:tag w:val="Z/S 5"/>
                <w:id w:val="4147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9" w:edGrp="everyone"/>
            <w:sdt>
              <w:sdtPr>
                <w:alias w:val="Ders kodu 6"/>
                <w:tag w:val="Ders kodu 6"/>
                <w:id w:val="41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0" w:edGrp="everyone"/>
            <w:sdt>
              <w:sdtPr>
                <w:alias w:val="Ders adı 6"/>
                <w:tag w:val="Ders adı 6"/>
                <w:id w:val="414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1" w:edGrp="everyone"/>
            <w:sdt>
              <w:sdtPr>
                <w:alias w:val="Kredi 6"/>
                <w:tag w:val="Kredi 6"/>
                <w:id w:val="414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2" w:edGrp="everyone"/>
            <w:sdt>
              <w:sdtPr>
                <w:alias w:val="Şube 6"/>
                <w:tag w:val="Şube 6"/>
                <w:id w:val="41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3" w:edGrp="everyone"/>
            <w:sdt>
              <w:sdtPr>
                <w:alias w:val="İşlem 6"/>
                <w:tag w:val="İşlem 6"/>
                <w:id w:val="4148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84" w:edGrp="everyone"/>
            <w:sdt>
              <w:sdtPr>
                <w:alias w:val="Z/S 6"/>
                <w:tag w:val="Z/S 6"/>
                <w:id w:val="4148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85" w:edGrp="everyone"/>
            <w:sdt>
              <w:sdtPr>
                <w:alias w:val="Ders kodu 7"/>
                <w:tag w:val="Ders kodu 7"/>
                <w:id w:val="414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6" w:edGrp="everyone"/>
            <w:sdt>
              <w:sdtPr>
                <w:alias w:val="Ders adı 7"/>
                <w:tag w:val="Ders adı 7"/>
                <w:id w:val="414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7" w:edGrp="everyone"/>
            <w:sdt>
              <w:sdtPr>
                <w:alias w:val="Kredi 7"/>
                <w:tag w:val="Kredi 7"/>
                <w:id w:val="414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8" w:edGrp="everyone"/>
            <w:sdt>
              <w:sdtPr>
                <w:alias w:val="Şube 7"/>
                <w:tag w:val="Şube 7"/>
                <w:id w:val="414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9" w:edGrp="everyone"/>
            <w:sdt>
              <w:sdtPr>
                <w:alias w:val="İşlem 7"/>
                <w:tag w:val="İşlem 7"/>
                <w:id w:val="4148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0" w:edGrp="everyone"/>
            <w:sdt>
              <w:sdtPr>
                <w:alias w:val="Z/S 7"/>
                <w:tag w:val="Z/S 7"/>
                <w:id w:val="4148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91" w:edGrp="everyone"/>
            <w:sdt>
              <w:sdtPr>
                <w:alias w:val="Ders kodu 8"/>
                <w:tag w:val="Ders kodu 8"/>
                <w:id w:val="41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92" w:edGrp="everyone"/>
            <w:sdt>
              <w:sdtPr>
                <w:alias w:val="Ders adı 8"/>
                <w:tag w:val="Ders adı 8"/>
                <w:id w:val="41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9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3" w:edGrp="everyone"/>
            <w:sdt>
              <w:sdtPr>
                <w:alias w:val="Kredi 8"/>
                <w:tag w:val="Kredi 8"/>
                <w:id w:val="414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94" w:edGrp="everyone"/>
            <w:sdt>
              <w:sdtPr>
                <w:alias w:val="Şube 8"/>
                <w:tag w:val="Şube 8"/>
                <w:id w:val="41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5" w:edGrp="everyone"/>
            <w:sdt>
              <w:sdtPr>
                <w:alias w:val="İşlem 8"/>
                <w:tag w:val="İşlem 8"/>
                <w:id w:val="4149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6" w:edGrp="everyone"/>
            <w:sdt>
              <w:sdtPr>
                <w:alias w:val="Z/S 8"/>
                <w:tag w:val="Z/S 8"/>
                <w:id w:val="4149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Toplam ders yükü (bulunduğu yarıyıl + üstten alınanlar) 45 AKTS'yi aşamaz. Ders programında çakışma varsa en fazla iki ders diğer şubeden veya öğretimden Yüksekokul Yönetim Kurulu kararıyla alınabilir. İmzası eksik formlar geçersizdir.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33"/>
        <w:gridCol w:w="2267"/>
        <w:gridCol w:w="1133"/>
        <w:gridCol w:w="2267"/>
        <w:gridCol w:w="1133"/>
        <w:gridCol w:w="1700"/>
      </w:tblGrid>
      <w:tr>
        <w:trPr>
          <w:trHeight w:val="351" w:hRule="atLeast"/>
          <w:cantSplit/>
        </w:trPr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ınıfı"/>
                <w:tag w:val="Sınıfı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97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Yarıyılı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Yarıyılı"/>
                <w:tag w:val="Yarıyılı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98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AGNO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AGNO"/>
                <w:tag w:val="AGNO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499"/>
          </w:p>
        </w:tc>
      </w:tr>
    </w:tbl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33"/>
        <w:gridCol w:w="2267"/>
        <w:gridCol w:w="1133"/>
        <w:gridCol w:w="2267"/>
        <w:gridCol w:w="1133"/>
        <w:gridCol w:w="1700"/>
      </w:tblGrid>
      <w:tr>
        <w:trPr>
          <w:trHeight w:val="351" w:hRule="atLeast"/>
          <w:cantSplit/>
        </w:trPr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Kayıt Durumu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ınıfı"/>
                <w:tag w:val="Sınıfı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97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Dönem ANO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Yarıyılı"/>
                <w:tag w:val="Yarıyılı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98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Dönem ANO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AGNO"/>
                <w:tag w:val="AGNO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49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0" w:edGrp="everyone"/>
            <w:sdt>
              <w:sdtPr>
                <w:alias w:val="Öğrenci Adı Soyadı"/>
                <w:tag w:val="Öğrenci Adı Soyadı"/>
                <w:id w:val="414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0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1" w:edGrp="everyone"/>
            <w:sdt>
              <w:sdtPr>
                <w:alias w:val="Danışman Adı Soyadı"/>
                <w:tag w:val="Danışman Adı Soyadı"/>
                <w:id w:val="4150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2" w:edGrp="everyone"/>
            <w:sdt>
              <w:sdtPr>
                <w:alias w:val="Bölüm Başkanı Adı Soyadı"/>
                <w:tag w:val="Bölüm Başkanı Adı Soyadı"/>
                <w:id w:val="415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2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sz w:val="18"/>
          <w:szCs w:val="18"/>
        </w:rPr>
        <w:t xml:space="preserve">Sorumlu Memur: </w:t>
      </w:r>
      <w:permStart w:id="503" w:edGrp="everyone"/>
      <w:sdt>
        <w:sdtPr>
          <w:alias w:val="Sorumlu Memur"/>
          <w:tag w:val="Sorumlu Memur"/>
          <w:id w:val="41502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      </w:t>
          </w:r>
        </w:sdtContent>
      </w:sdt>
      <w:permEnd w:id="503"/>
      <w:r>
        <w:rPr>
          <w:sz w:val="18"/>
          <w:szCs w:val="18"/>
        </w:rPr>
        <w:t xml:space="preserve">     İmza: ________________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Form, danışman ve Bölüm Başkanı onayından sonra Öğrenci İşleri Bürosuna teslim edilir ve Öğrenci Bilgi Sistemine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HTMYO-OFRM-113  |  Üstten Ders Alma Başvuru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07.10.2026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Üstten Ders Alma Başvuru Formu</dc:title>
  <dc:subject>HTMYO-OFRM-113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