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 SINAVI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64" w:edGrp="everyone"/>
      <w:sdt>
        <w:sdtPr>
          <w:alias w:val="Tarih"/>
          <w:tag w:val="Tarih"/>
          <w:id w:val="4116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64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Adı Soyadı"/>
                <w:tag w:val="Adı Soyadı"/>
                <w:id w:val="411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Öğrenci No"/>
                <w:tag w:val="Öğrenci No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Bölüm / Program"/>
                <w:tag w:val="Bölüm / Program"/>
                <w:id w:val="411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Sınıf"/>
                <w:tag w:val="Sınıf"/>
                <w:id w:val="41167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8"/>
            <w:r>
              <w:rPr>
                <w:sz w:val="18"/>
                <w:szCs w:val="18"/>
              </w:rPr>
              <w:t xml:space="preserve">  </w:t>
            </w:r>
            <w:permStart w:id="169" w:edGrp="everyone"/>
            <w:sdt>
              <w:sdtPr>
                <w:alias w:val="Şube"/>
                <w:tag w:val="Şube"/>
                <w:id w:val="41168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Telefon"/>
                <w:tag w:val="Telefon"/>
                <w:id w:val="411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E-posta"/>
                <w:tag w:val="E-posta"/>
                <w:id w:val="411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Adres"/>
                <w:tag w:val="Adres"/>
                <w:id w:val="4117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Aşağıda belirtilen derslerin ara sınavına, ekte belgelendirdiğim mazeretim nedeniyle giremedim. Bu derslerin mazeret sınavlarına katılmak istiyorum.</w:t>
      </w:r>
    </w:p>
    <w:p>
      <w:pPr>
        <w:spacing w:before="0" w:after="60" w:line="240" w:lineRule="auto"/>
        <w:jc w:val="left"/>
      </w:pPr>
      <w:r>
        <w:rPr>
          <w:b/>
          <w:bCs/>
          <w:sz w:val="19"/>
          <w:szCs w:val="19"/>
        </w:rPr>
        <w:t xml:space="preserve">Mazeretin türü: </w:t>
      </w:r>
      <w:permStart w:id="80015" w:edGrp="everyone"/>
      <w:sdt>
        <w:sdtPr>
          <w:alias w:val="Sağlık raporu"/>
          <w:tag w:val="Sağlık raporu"/>
          <w:id w:val="8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15"/>
      <w:r>
        <w:rPr>
          <w:sz w:val="19"/>
          <w:szCs w:val="19"/>
        </w:rPr>
        <w:t xml:space="preserve"> Sağlık raporu    </w:t>
      </w:r>
      <w:permStart w:id="80017" w:edGrp="everyone"/>
      <w:sdt>
        <w:sdtPr>
          <w:alias w:val="Görevlendirme"/>
          <w:tag w:val="Görevlendirme"/>
          <w:id w:val="8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17"/>
      <w:r>
        <w:rPr>
          <w:sz w:val="19"/>
          <w:szCs w:val="19"/>
        </w:rPr>
        <w:t xml:space="preserve"> Üniversiteyi temsilen görevlendirme    </w:t>
      </w:r>
      <w:permStart w:id="80019" w:edGrp="everyone"/>
      <w:sdt>
        <w:sdtPr>
          <w:alias w:val="Diğer mazeret"/>
          <w:tag w:val="Diğer mazeret"/>
          <w:id w:val="8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19"/>
      <w:r>
        <w:rPr>
          <w:sz w:val="19"/>
          <w:szCs w:val="19"/>
        </w:rPr>
        <w:t xml:space="preserve"> Diğer (açıklayınız):     </w:t>
      </w:r>
      <w:permStart w:id="80021" w:edGrp="everyone"/>
      <w:sdt>
        <w:sdtPr>
          <w:alias w:val="Diğer mazeret açıklaması"/>
          <w:tag w:val="Diğer mazeret açıklaması"/>
          <w:id w:val="80022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  </w:t>
          </w:r>
        </w:sdtContent>
      </w:sdt>
      <w:permEnd w:id="80021"/>
    </w:p>
    <w:p>
      <w:pPr>
        <w:spacing w:before="0" w:after="100" w:line="240" w:lineRule="auto"/>
        <w:jc w:val="left"/>
      </w:pPr>
      <w:r>
        <w:rPr>
          <w:b/>
          <w:bCs/>
          <w:sz w:val="19"/>
          <w:szCs w:val="19"/>
        </w:rPr>
        <w:t xml:space="preserve">Mazeretin başlangıç ve bitiş tarihi (saatiyle): </w:t>
      </w:r>
      <w:permStart w:id="80023" w:edGrp="everyone"/>
      <w:sdt>
        <w:sdtPr>
          <w:alias w:val="Mazeret tarihleri"/>
          <w:tag w:val="Mazeret tarihleri"/>
          <w:id w:val="80024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                </w:t>
          </w:r>
        </w:sdtContent>
      </w:sdt>
      <w:permEnd w:id="80023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Ders 1"/>
                <w:tag w:val="Ders 1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Sınav tarihi 1"/>
                <w:tag w:val="Sınav tarihi 1"/>
                <w:id w:val="411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Öğretim elemanı 1"/>
                <w:tag w:val="Öğretim elemanı 1"/>
                <w:id w:val="411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Ders 2"/>
                <w:tag w:val="Ders 2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Sınav tarihi 2"/>
                <w:tag w:val="Sınav tarihi 2"/>
                <w:id w:val="411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Öğretim elemanı 2"/>
                <w:tag w:val="Öğretim elemanı 2"/>
                <w:id w:val="411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Ders 3"/>
                <w:tag w:val="Ders 3"/>
                <w:id w:val="411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Sınav tarihi 3"/>
                <w:tag w:val="Sınav tarihi 3"/>
                <w:id w:val="4118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Öğretim elemanı 3"/>
                <w:tag w:val="Öğretim elemanı 3"/>
                <w:id w:val="411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Ders 4"/>
                <w:tag w:val="Ders 4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Sınav tarihi 4"/>
                <w:tag w:val="Sınav tarihi 4"/>
                <w:id w:val="41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Öğretim elemanı 4"/>
                <w:tag w:val="Öğretim elemanı 4"/>
                <w:id w:val="411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Ders 5"/>
                <w:tag w:val="Ders 5"/>
                <w:id w:val="411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Sınav tarihi 5"/>
                <w:tag w:val="Sınav tarihi 5"/>
                <w:id w:val="411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Öğretim elemanı 5"/>
                <w:tag w:val="Öğretim elemanı 5"/>
                <w:id w:val="411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Ders 6"/>
                <w:tag w:val="Ders 6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Sınav tarihi 6"/>
                <w:tag w:val="Sınav tarihi 6"/>
                <w:id w:val="411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Öğretim elemanı 6"/>
                <w:tag w:val="Öğretim elemanı 6"/>
                <w:id w:val="411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Ders 7"/>
                <w:tag w:val="Ders 7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Sınav tarihi 7"/>
                <w:tag w:val="Sınav tarihi 7"/>
                <w:id w:val="4119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Öğretim elemanı 7"/>
                <w:tag w:val="Öğretim elemanı 7"/>
                <w:id w:val="411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Ders 8"/>
                <w:tag w:val="Ders 8"/>
                <w:id w:val="411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Sınav tarihi 8"/>
                <w:tag w:val="Sınav tarihi 8"/>
                <w:id w:val="411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Öğretim elemanı 8"/>
                <w:tag w:val="Öğretim elemanı 8"/>
                <w:id w:val="411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MAKÜ Ön Lisans ve Lisans Eğitim-Öğretim ve Sınav Yönetmeliği 27 ve 28 inci maddeleri: Mazeret sınavı yalnızca ara sınavlar için yapılır; yarıyıl sonu (final), bütünleme ve tek ders sınavlarının mazeret sınavı yoktur. Başvuru, kanıtlayıcı belgeyle birlikte en geç ara sınavların bitimini izleyen birinci haftanın üç iş günü içinde yapılır; süresi içinde yapılmayan başvurular kabul edilmez. Ağır hastalık, kaza, birinci derece yakının ağır hastalığı veya vefatı, doğal afet gibi durumlarda bu süre aranmaz.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Sağlık raporlarında mazeretin oluştuğu tarih ve saat yazılı olmalıdır. Mazereti kabul edilen öğrenci mazeret süresi içinde girdiği sınavlardan not alamaz; bu sınavlar iptal edilir. Mazeret sınavları ara sınavların bitimini izleyen ikinci hafta içinde yapılır; rapor veya görev süresi devam ediyorsa tarih Yüksekokul Yönetim Kurulunca belirlenir.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98" w:edGrp="everyone"/>
            <w:sdt>
              <w:sdtPr>
                <w:alias w:val="Öğrenci Adı Soyadı"/>
                <w:tag w:val="Öğrenci Adı Soyadı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8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99" w:edGrp="everyone"/>
      <w:sdt>
        <w:sdtPr>
          <w:alias w:val="Mazeretini gösterir belge"/>
          <w:tag w:val="Mazeretini gösterir belge"/>
          <w:id w:val="41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99"/>
      <w:r>
        <w:rPr>
          <w:sz w:val="19"/>
          <w:szCs w:val="19"/>
        </w:rPr>
        <w:t xml:space="preserve"> Mazeretini gösterir belge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MAZERET SINAVI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200" w:edGrp="everyone"/>
            <w:sdt>
              <w:sdtPr>
                <w:alias w:val="Devam öğrenci"/>
                <w:tag w:val="Devam öğrenci"/>
                <w:id w:val="411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20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201" w:edGrp="everyone"/>
            <w:sdt>
              <w:sdtPr>
                <w:alias w:val="Devam tarihi"/>
                <w:tag w:val="Devam tarihi"/>
                <w:id w:val="41200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20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Ders 9"/>
                <w:tag w:val="Ders 9"/>
                <w:id w:val="412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Sınav tarihi 9"/>
                <w:tag w:val="Sınav tarihi 9"/>
                <w:id w:val="412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Öğretim elemanı 9"/>
                <w:tag w:val="Öğretim elemanı 9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Ders 10"/>
                <w:tag w:val="Ders 10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Sınav tarihi 10"/>
                <w:tag w:val="Sınav tarihi 10"/>
                <w:id w:val="412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Öğretim elemanı 10"/>
                <w:tag w:val="Öğretim elemanı 10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Ders 11"/>
                <w:tag w:val="Ders 11"/>
                <w:id w:val="412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Sınav tarihi 11"/>
                <w:tag w:val="Sınav tarihi 11"/>
                <w:id w:val="412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Öğretim elemanı 11"/>
                <w:tag w:val="Öğretim elemanı 11"/>
                <w:id w:val="412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Ders 12"/>
                <w:tag w:val="Ders 1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Sınav tarihi 12"/>
                <w:tag w:val="Sınav tarihi 12"/>
                <w:id w:val="412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Öğretim elemanı 12"/>
                <w:tag w:val="Öğretim elemanı 12"/>
                <w:id w:val="412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Ders 13"/>
                <w:tag w:val="Ders 13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Sınav tarihi 13"/>
                <w:tag w:val="Sınav tarihi 13"/>
                <w:id w:val="412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Öğretim elemanı 13"/>
                <w:tag w:val="Öğretim elemanı 13"/>
                <w:id w:val="412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Ders 14"/>
                <w:tag w:val="Ders 14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Sınav tarihi 14"/>
                <w:tag w:val="Sınav tarihi 14"/>
                <w:id w:val="412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Öğretim elemanı 14"/>
                <w:tag w:val="Öğretim elemanı 14"/>
                <w:id w:val="412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Ders 15"/>
                <w:tag w:val="Ders 15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Sınav tarihi 15"/>
                <w:tag w:val="Sınav tarihi 15"/>
                <w:id w:val="412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Öğretim elemanı 15"/>
                <w:tag w:val="Öğretim elemanı 15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Ders 16"/>
                <w:tag w:val="Ders 16"/>
                <w:id w:val="412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Sınav tarihi 16"/>
                <w:tag w:val="Sınav tarihi 16"/>
                <w:id w:val="412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Öğretim elemanı 16"/>
                <w:tag w:val="Öğretim elemanı 16"/>
                <w:id w:val="412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Ders 17"/>
                <w:tag w:val="Ders 17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Sınav tarihi 17"/>
                <w:tag w:val="Sınav tarihi 17"/>
                <w:id w:val="412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Öğretim elemanı 17"/>
                <w:tag w:val="Öğretim elemanı 17"/>
                <w:id w:val="412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Ders 18"/>
                <w:tag w:val="Ders 18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Sınav tarihi 18"/>
                <w:tag w:val="Sınav tarihi 18"/>
                <w:id w:val="412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Öğretim elemanı 18"/>
                <w:tag w:val="Öğretim elemanı 18"/>
                <w:id w:val="412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Ders 19"/>
                <w:tag w:val="Ders 19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Sınav tarihi 19"/>
                <w:tag w:val="Sınav tarihi 19"/>
                <w:id w:val="4123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Öğretim elemanı 19"/>
                <w:tag w:val="Öğretim elemanı 19"/>
                <w:id w:val="412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Ders 20"/>
                <w:tag w:val="Ders 20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Sınav tarihi 20"/>
                <w:tag w:val="Sınav tarihi 20"/>
                <w:id w:val="412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Öğretim elemanı 20"/>
                <w:tag w:val="Öğretim elemanı 20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Ders 21"/>
                <w:tag w:val="Ders 21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Sınav tarihi 21"/>
                <w:tag w:val="Sınav tarihi 21"/>
                <w:id w:val="412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Öğretim elemanı 21"/>
                <w:tag w:val="Öğretim elemanı 21"/>
                <w:id w:val="412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Ders 22"/>
                <w:tag w:val="Ders 22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Sınav tarihi 22"/>
                <w:tag w:val="Sınav tarihi 22"/>
                <w:id w:val="412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Öğretim elemanı 22"/>
                <w:tag w:val="Öğretim elemanı 22"/>
                <w:id w:val="412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Ders 23"/>
                <w:tag w:val="Ders 23"/>
                <w:id w:val="412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5" w:edGrp="everyone"/>
            <w:sdt>
              <w:sdtPr>
                <w:alias w:val="Sınav tarihi 23"/>
                <w:tag w:val="Sınav tarihi 23"/>
                <w:id w:val="412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6" w:edGrp="everyone"/>
            <w:sdt>
              <w:sdtPr>
                <w:alias w:val="Öğretim elemanı 23"/>
                <w:tag w:val="Öğretim elemanı 23"/>
                <w:id w:val="412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7" w:edGrp="everyone"/>
            <w:sdt>
              <w:sdtPr>
                <w:alias w:val="Ders 24"/>
                <w:tag w:val="Ders 24"/>
                <w:id w:val="412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Sınav tarihi 24"/>
                <w:tag w:val="Sınav tarihi 24"/>
                <w:id w:val="412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ğretim elemanı 24"/>
                <w:tag w:val="Öğretim elemanı 24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Ders 25"/>
                <w:tag w:val="Ders 25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Sınav tarihi 25"/>
                <w:tag w:val="Sınav tarihi 25"/>
                <w:id w:val="412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2" w:edGrp="everyone"/>
            <w:sdt>
              <w:sdtPr>
                <w:alias w:val="Öğretim elemanı 25"/>
                <w:tag w:val="Öğretim elemanı 25"/>
                <w:id w:val="412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Ders 26"/>
                <w:tag w:val="Ders 26"/>
                <w:id w:val="412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Sınav tarihi 26"/>
                <w:tag w:val="Sınav tarihi 26"/>
                <w:id w:val="412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Öğretim elemanı 26"/>
                <w:tag w:val="Öğretim elemanı 26"/>
                <w:id w:val="412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6" w:edGrp="everyone"/>
            <w:sdt>
              <w:sdtPr>
                <w:alias w:val="Ders 27"/>
                <w:tag w:val="Ders 27"/>
                <w:id w:val="412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7" w:edGrp="everyone"/>
            <w:sdt>
              <w:sdtPr>
                <w:alias w:val="Sınav tarihi 27"/>
                <w:tag w:val="Sınav tarihi 27"/>
                <w:id w:val="412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8" w:edGrp="everyone"/>
            <w:sdt>
              <w:sdtPr>
                <w:alias w:val="Öğretim elemanı 27"/>
                <w:tag w:val="Öğretim elemanı 27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Ders 28"/>
                <w:tag w:val="Ders 28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Sınav tarihi 28"/>
                <w:tag w:val="Sınav tarihi 28"/>
                <w:id w:val="412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Öğretim elemanı 28"/>
                <w:tag w:val="Öğretim elemanı 28"/>
                <w:id w:val="412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20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62" w:edGrp="everyone"/>
            <w:sdt>
              <w:sdtPr>
                <w:alias w:val="Öğrenci Adı Soyadı"/>
                <w:tag w:val="Öğrenci Adı Soyadı"/>
                <w:id w:val="412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HTMYO-OFRM-104  |  Mazeret Sınavı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Dilekçesi</dc:title>
  <dc:subject>HTMYO-OFRM-104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