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EK SINAV BAŞVURU DILEKÇESI</w:t>
      </w:r>
    </w:p>
    <w:p>
      <w:pPr>
        <w:spacing w:before="0" w:after="120" w:line="240" w:lineRule="auto"/>
        <w:jc w:val="right"/>
      </w:pPr>
      <w:r>
        <w:rPr>
          <w:b/>
          <w:bCs/>
          <w:sz w:val="20"/>
          <w:szCs w:val="20"/>
        </w:rPr>
        <w:t xml:space="preserve">Tarih: </w:t>
      </w:r>
      <w:permStart w:id="263" w:edGrp="everyone"/>
      <w:sdt>
        <w:sdtPr>
          <w:alias w:val="Tarih"/>
          <w:tag w:val="Tarih"/>
          <w:id w:val="41262"/>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08.10.2026</w:t>
          </w:r>
          <w:r>
            <w:rPr>
              <w:sz w:val="20"/>
              <w:szCs w:val="20"/>
            </w:rPr>
            <w:fldChar w:fldCharType="end"/>
          </w:r>
        </w:sdtContent>
      </w:sdt>
      <w:permEnd w:id="263"/>
    </w:p>
    <w:p>
      <w:pPr>
        <w:spacing w:before="0" w:after="160" w:line="240" w:lineRule="auto"/>
        <w:jc w:val="center"/>
      </w:pPr>
      <w:r>
        <w:rPr>
          <w:b/>
          <w:bCs/>
          <w:sz w:val="20"/>
          <w:szCs w:val="20"/>
        </w:rPr>
        <w:t xml:space="preserve">BUCAK HİKMET TOLUNAY ULAŞTIRMA VE LOJİSTİK MESLEK YÜKSEKOKULU MÜDÜRLÜĞÜNE</w:t>
      </w:r>
    </w:p>
    <w:p>
      <w:pPr>
        <w:keepNext/>
        <w:spacing w:before="0" w:after="40" w:line="240" w:lineRule="auto"/>
        <w:jc w:val="left"/>
      </w:pPr>
      <w:r>
        <w:rPr>
          <w:b/>
          <w:bCs/>
          <w:sz w:val="19"/>
          <w:szCs w:val="19"/>
        </w:rPr>
        <w:t xml:space="preserve">ÖĞRENCİ BİLGİLERİ</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474"/>
        <w:gridCol w:w="3344"/>
        <w:gridCol w:w="1474"/>
        <w:gridCol w:w="3344"/>
      </w:tblGrid>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Adı Soyadı</w:t>
            </w:r>
          </w:p>
        </w:tc>
        <w:tc>
          <w:tcPr>
            <w:tcW w:type="dxa" w:w="3345"/>
            <w:vAlign w:val="center"/>
          </w:tcPr>
          <w:p>
            <w:pPr>
              <w:spacing w:before="0" w:after="0" w:line="240" w:lineRule="auto"/>
              <w:jc w:val="left"/>
            </w:pPr>
            <w:permStart w:id="264" w:edGrp="everyone"/>
            <w:sdt>
              <w:sdtPr>
                <w:alias w:val="Adı Soyadı"/>
                <w:tag w:val="Adı Soyadı"/>
                <w:id w:val="41263"/>
                <w:showingPlcHdr/>
                <w:text/>
              </w:sdtPr>
              <w:sdtContent>
                <w:r>
                  <w:rPr>
                    <w:rStyle w:val="PlaceholderText"/>
                    <w:sz w:val="18"/>
                    <w:szCs w:val="18"/>
                  </w:rPr>
                  <w:t xml:space="preserve">                    </w:t>
                </w:r>
              </w:sdtContent>
            </w:sdt>
            <w:permEnd w:id="264"/>
          </w:p>
        </w:tc>
        <w:tc>
          <w:tcPr>
            <w:tcW w:type="dxa" w:w="1474"/>
            <w:shd w:val="clear" w:color="auto" w:fill="ECE9F5"/>
            <w:vAlign w:val="center"/>
          </w:tcPr>
          <w:p>
            <w:pPr>
              <w:spacing w:before="0" w:after="0" w:line="240" w:lineRule="auto"/>
              <w:jc w:val="left"/>
            </w:pPr>
            <w:r>
              <w:rPr>
                <w:b/>
                <w:bCs/>
                <w:sz w:val="18"/>
                <w:szCs w:val="18"/>
              </w:rPr>
              <w:t xml:space="preserve">Öğrenci No</w:t>
            </w:r>
          </w:p>
        </w:tc>
        <w:tc>
          <w:tcPr>
            <w:tcW w:type="dxa" w:w="3345"/>
            <w:vAlign w:val="center"/>
          </w:tcPr>
          <w:p>
            <w:pPr>
              <w:spacing w:before="0" w:after="0" w:line="240" w:lineRule="auto"/>
              <w:jc w:val="left"/>
            </w:pPr>
            <w:permStart w:id="265" w:edGrp="everyone"/>
            <w:sdt>
              <w:sdtPr>
                <w:alias w:val="Öğrenci No"/>
                <w:tag w:val="Öğrenci No"/>
                <w:id w:val="41264"/>
                <w:showingPlcHdr/>
                <w:text/>
              </w:sdtPr>
              <w:sdtContent>
                <w:r>
                  <w:rPr>
                    <w:rStyle w:val="PlaceholderText"/>
                    <w:sz w:val="18"/>
                    <w:szCs w:val="18"/>
                  </w:rPr>
                  <w:t xml:space="preserve">                    </w:t>
                </w:r>
              </w:sdtContent>
            </w:sdt>
            <w:permEnd w:id="265"/>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Bölüm / Program</w:t>
            </w:r>
          </w:p>
        </w:tc>
        <w:tc>
          <w:tcPr>
            <w:tcW w:type="dxa" w:w="3345"/>
            <w:vAlign w:val="center"/>
          </w:tcPr>
          <w:p>
            <w:pPr>
              <w:spacing w:before="0" w:after="0" w:line="240" w:lineRule="auto"/>
              <w:jc w:val="left"/>
            </w:pPr>
            <w:permStart w:id="266" w:edGrp="everyone"/>
            <w:sdt>
              <w:sdtPr>
                <w:alias w:val="Bölüm / Program"/>
                <w:tag w:val="Bölüm / Program"/>
                <w:id w:val="41265"/>
                <w:showingPlcHdr/>
                <w:text/>
              </w:sdtPr>
              <w:sdtContent>
                <w:r>
                  <w:rPr>
                    <w:rStyle w:val="PlaceholderText"/>
                    <w:sz w:val="18"/>
                    <w:szCs w:val="18"/>
                  </w:rPr>
                  <w:t xml:space="preserve">                    </w:t>
                </w:r>
              </w:sdtContent>
            </w:sdt>
            <w:permEnd w:id="266"/>
          </w:p>
        </w:tc>
        <w:tc>
          <w:tcPr>
            <w:tcW w:type="dxa" w:w="1474"/>
            <w:shd w:val="clear" w:color="auto" w:fill="ECE9F5"/>
            <w:vAlign w:val="center"/>
          </w:tcPr>
          <w:p>
            <w:pPr>
              <w:spacing w:before="0" w:after="0" w:line="240" w:lineRule="auto"/>
              <w:jc w:val="left"/>
            </w:pPr>
            <w:r>
              <w:rPr>
                <w:b/>
                <w:bCs/>
                <w:sz w:val="18"/>
                <w:szCs w:val="18"/>
              </w:rPr>
              <w:t xml:space="preserve">Sınıf / Şube</w:t>
            </w:r>
          </w:p>
        </w:tc>
        <w:tc>
          <w:tcPr>
            <w:tcW w:type="dxa" w:w="3345"/>
            <w:vAlign w:val="center"/>
          </w:tcPr>
          <w:p>
            <w:pPr>
              <w:spacing w:before="0" w:after="0" w:line="240" w:lineRule="auto"/>
              <w:jc w:val="left"/>
            </w:pPr>
            <w:permStart w:id="267" w:edGrp="everyone"/>
            <w:sdt>
              <w:sdtPr>
                <w:alias w:val="Sınıf"/>
                <w:tag w:val="Sınıf"/>
                <w:id w:val="41266"/>
                <w:showingPlcHdr/>
                <w:dropDownList>
                  <w:listItem w:displayText="1. Sınıf" w:value="1. Sınıf"/>
                  <w:listItem w:displayText="2. Sınıf" w:value="2. Sınıf"/>
                </w:dropDownList>
              </w:sdtPr>
              <w:sdtContent>
                <w:r>
                  <w:rPr>
                    <w:rStyle w:val="PlaceholderText"/>
                    <w:sz w:val="18"/>
                    <w:szCs w:val="18"/>
                  </w:rPr>
                  <w:t xml:space="preserve">       </w:t>
                </w:r>
              </w:sdtContent>
            </w:sdt>
            <w:permEnd w:id="267"/>
            <w:r>
              <w:rPr>
                <w:sz w:val="18"/>
                <w:szCs w:val="18"/>
              </w:rPr>
              <w:t xml:space="preserve">  </w:t>
            </w:r>
            <w:permStart w:id="268" w:edGrp="everyone"/>
            <w:sdt>
              <w:sdtPr>
                <w:alias w:val="Şube"/>
                <w:tag w:val="Şube"/>
                <w:id w:val="41267"/>
                <w:showingPlcHdr/>
                <w:dropDownList>
                  <w:listItem w:displayText="A" w:value="A"/>
                  <w:listItem w:displayText="B" w:value="B"/>
                </w:dropDownList>
              </w:sdtPr>
              <w:sdtContent>
                <w:r>
                  <w:rPr>
                    <w:rStyle w:val="PlaceholderText"/>
                    <w:sz w:val="18"/>
                    <w:szCs w:val="18"/>
                  </w:rPr>
                  <w:t xml:space="preserve">       </w:t>
                </w:r>
              </w:sdtContent>
            </w:sdt>
            <w:permEnd w:id="268"/>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Telefon</w:t>
            </w:r>
          </w:p>
        </w:tc>
        <w:tc>
          <w:tcPr>
            <w:tcW w:type="dxa" w:w="3345"/>
            <w:vAlign w:val="center"/>
          </w:tcPr>
          <w:p>
            <w:pPr>
              <w:spacing w:before="0" w:after="0" w:line="240" w:lineRule="auto"/>
              <w:jc w:val="left"/>
            </w:pPr>
            <w:permStart w:id="269" w:edGrp="everyone"/>
            <w:sdt>
              <w:sdtPr>
                <w:alias w:val="Telefon"/>
                <w:tag w:val="Telefon"/>
                <w:id w:val="41268"/>
                <w:showingPlcHdr/>
                <w:text/>
              </w:sdtPr>
              <w:sdtContent>
                <w:r>
                  <w:rPr>
                    <w:rStyle w:val="PlaceholderText"/>
                    <w:sz w:val="18"/>
                    <w:szCs w:val="18"/>
                  </w:rPr>
                  <w:t xml:space="preserve">                    </w:t>
                </w:r>
              </w:sdtContent>
            </w:sdt>
            <w:permEnd w:id="269"/>
          </w:p>
        </w:tc>
        <w:tc>
          <w:tcPr>
            <w:tcW w:type="dxa" w:w="1474"/>
            <w:shd w:val="clear" w:color="auto" w:fill="ECE9F5"/>
            <w:vAlign w:val="center"/>
          </w:tcPr>
          <w:p>
            <w:pPr>
              <w:spacing w:before="0" w:after="0" w:line="240" w:lineRule="auto"/>
              <w:jc w:val="left"/>
            </w:pPr>
            <w:r>
              <w:rPr>
                <w:b/>
                <w:bCs/>
                <w:sz w:val="18"/>
                <w:szCs w:val="18"/>
              </w:rPr>
              <w:t xml:space="preserve">E-posta</w:t>
            </w:r>
          </w:p>
        </w:tc>
        <w:tc>
          <w:tcPr>
            <w:tcW w:type="dxa" w:w="3345"/>
            <w:vAlign w:val="center"/>
          </w:tcPr>
          <w:p>
            <w:pPr>
              <w:spacing w:before="0" w:after="0" w:line="240" w:lineRule="auto"/>
              <w:jc w:val="left"/>
            </w:pPr>
            <w:permStart w:id="270" w:edGrp="everyone"/>
            <w:sdt>
              <w:sdtPr>
                <w:alias w:val="E-posta"/>
                <w:tag w:val="E-posta"/>
                <w:id w:val="41269"/>
                <w:showingPlcHdr/>
                <w:text/>
              </w:sdtPr>
              <w:sdtContent>
                <w:r>
                  <w:rPr>
                    <w:rStyle w:val="PlaceholderText"/>
                    <w:sz w:val="18"/>
                    <w:szCs w:val="18"/>
                  </w:rPr>
                  <w:t xml:space="preserve">                    </w:t>
                </w:r>
              </w:sdtContent>
            </w:sdt>
            <w:permEnd w:id="270"/>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Adres</w:t>
            </w:r>
          </w:p>
        </w:tc>
        <w:tc>
          <w:tcPr>
            <w:tcW w:type="dxa" w:w="8164"/>
            <w:gridSpan w:val="3"/>
            <w:vAlign w:val="center"/>
          </w:tcPr>
          <w:p>
            <w:pPr>
              <w:spacing w:before="0" w:after="0" w:line="240" w:lineRule="auto"/>
              <w:jc w:val="left"/>
            </w:pPr>
            <w:permStart w:id="271" w:edGrp="everyone"/>
            <w:sdt>
              <w:sdtPr>
                <w:alias w:val="Adres"/>
                <w:tag w:val="Adres"/>
                <w:id w:val="41270"/>
                <w:showingPlcHdr/>
                <w:text w:multiLine="1"/>
              </w:sdtPr>
              <w:sdtContent>
                <w:r>
                  <w:rPr>
                    <w:rStyle w:val="PlaceholderText"/>
                    <w:sz w:val="18"/>
                    <w:szCs w:val="18"/>
                  </w:rPr>
                  <w:t xml:space="preserve">                    </w:t>
                </w:r>
              </w:sdtContent>
            </w:sdt>
            <w:permEnd w:id="271"/>
          </w:p>
        </w:tc>
      </w:tr>
    </w:tbl>
    <w:p>
      <w:pPr>
        <w:spacing w:before="0" w:after="0" w:line="80" w:lineRule="exact"/>
        <w:jc w:val="left"/>
      </w:pPr>
    </w:p>
    <w:p>
      <w:pPr>
        <w:spacing w:before="0" w:after="120" w:line="276" w:lineRule="auto"/>
        <w:ind w:firstLine="567"/>
        <w:jc w:val="both"/>
      </w:pPr>
      <w:r>
        <w:rPr>
          <w:sz w:val="21"/>
          <w:szCs w:val="21"/>
        </w:rPr>
        <w:t xml:space="preserve">Azami öğrenim süremi tamamladım. MAKÜ Ön Lisans ve Lisans Eğitim-Öğretim ve Sınav Yönetmeliği 6 ncı maddesi uyarınca, devam koşulunu yerine getirdiğim hâlde başarısız olduğum aşağıdaki dersler için ek sınav hakkımı kullanmak istiyorum.</w:t>
      </w:r>
    </w:p>
    <w:p>
      <w:pPr>
        <w:spacing w:before="0" w:after="80" w:line="240" w:lineRule="auto"/>
        <w:jc w:val="left"/>
      </w:pPr>
      <w:r>
        <w:rPr>
          <w:b/>
          <w:bCs/>
          <w:sz w:val="19"/>
          <w:szCs w:val="19"/>
        </w:rPr>
        <w:t xml:space="preserve">Başvurulan sınav: </w:t>
      </w:r>
      <w:permStart w:id="80035" w:edGrp="everyone"/>
      <w:sdt>
        <w:sdtPr>
          <w:alias w:val="Birinci ek sınav"/>
          <w:tag w:val="Birinci ek sınav"/>
          <w:id w:val="80036"/>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035"/>
      <w:r>
        <w:rPr>
          <w:sz w:val="19"/>
          <w:szCs w:val="19"/>
        </w:rPr>
        <w:t xml:space="preserve"> Birinci ek sınav    </w:t>
      </w:r>
      <w:permStart w:id="80037" w:edGrp="everyone"/>
      <w:sdt>
        <w:sdtPr>
          <w:alias w:val="İkinci ek sınav"/>
          <w:tag w:val="İkinci ek sınav"/>
          <w:id w:val="8003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037"/>
      <w:r>
        <w:rPr>
          <w:sz w:val="19"/>
          <w:szCs w:val="19"/>
        </w:rPr>
        <w:t xml:space="preserve"> İkinci ek sınav    </w:t>
      </w:r>
      <w:r>
        <w:rPr>
          <w:b/>
          <w:bCs/>
          <w:sz w:val="19"/>
          <w:szCs w:val="19"/>
        </w:rPr>
        <w:t xml:space="preserve">   Azami süremin dolduğu yarıyıl: </w:t>
      </w:r>
      <w:permStart w:id="80039" w:edGrp="everyone"/>
      <w:sdt>
        <w:sdtPr>
          <w:alias w:val="Azami süre bitiş"/>
          <w:tag w:val="Azami süre bitiş"/>
          <w:id w:val="80040"/>
          <w:showingPlcHdr/>
          <w:text w:multiLine="1"/>
        </w:sdtPr>
        <w:sdtContent>
          <w:r>
            <w:rPr>
              <w:rStyle w:val="PlaceholderText"/>
              <w:sz w:val="19"/>
              <w:szCs w:val="19"/>
            </w:rPr>
            <w:t xml:space="preserve">            </w:t>
          </w:r>
        </w:sdtContent>
      </w:sdt>
      <w:permEnd w:id="80039"/>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700"/>
        <w:gridCol w:w="1600"/>
        <w:gridCol w:w="1600"/>
        <w:gridCol w:w="3937"/>
        <w:gridCol w:w="1800"/>
      </w:tblGrid>
      <w:tr>
        <w:trPr>
          <w:trHeight w:val="351" w:hRule="atLeast"/>
          <w:cantSplit/>
        </w:trPr>
        <w:tc>
          <w:tcPr>
            <w:tcW w:type="dxa" w:w="700"/>
            <w:shd w:val="clear" w:color="auto" w:fill="D9D2EC"/>
            <w:vAlign w:val="center"/>
          </w:tcPr>
          <w:p>
            <w:pPr>
              <w:spacing w:before="0" w:after="0" w:line="240" w:lineRule="auto"/>
              <w:jc w:val="center"/>
            </w:pPr>
            <w:r>
              <w:rPr>
                <w:b/>
                <w:bCs/>
                <w:sz w:val="18"/>
                <w:szCs w:val="18"/>
              </w:rPr>
              <w:t xml:space="preserve">Sıra</w:t>
            </w:r>
          </w:p>
        </w:tc>
        <w:tc>
          <w:tcPr>
            <w:tcW w:type="dxa" w:w="1600"/>
            <w:shd w:val="clear" w:color="auto" w:fill="D9D2EC"/>
            <w:vAlign w:val="center"/>
          </w:tcPr>
          <w:p>
            <w:pPr>
              <w:spacing w:before="0" w:after="0" w:line="240" w:lineRule="auto"/>
              <w:jc w:val="center"/>
            </w:pPr>
            <w:r>
              <w:rPr>
                <w:b/>
                <w:bCs/>
                <w:sz w:val="18"/>
                <w:szCs w:val="18"/>
              </w:rPr>
              <w:t xml:space="preserve">Dersin Dönemi</w:t>
            </w:r>
          </w:p>
        </w:tc>
        <w:tc>
          <w:tcPr>
            <w:tcW w:type="dxa" w:w="1600"/>
            <w:shd w:val="clear" w:color="auto" w:fill="D9D2EC"/>
            <w:vAlign w:val="center"/>
          </w:tcPr>
          <w:p>
            <w:pPr>
              <w:spacing w:before="0" w:after="0" w:line="240" w:lineRule="auto"/>
              <w:jc w:val="center"/>
            </w:pPr>
            <w:r>
              <w:rPr>
                <w:b/>
                <w:bCs/>
                <w:sz w:val="18"/>
                <w:szCs w:val="18"/>
              </w:rPr>
              <w:t xml:space="preserve">Dersin Kodu</w:t>
            </w:r>
          </w:p>
        </w:tc>
        <w:tc>
          <w:tcPr>
            <w:tcW w:type="dxa" w:w="3937"/>
            <w:shd w:val="clear" w:color="auto" w:fill="D9D2EC"/>
            <w:vAlign w:val="center"/>
          </w:tcPr>
          <w:p>
            <w:pPr>
              <w:spacing w:before="0" w:after="0" w:line="240" w:lineRule="auto"/>
              <w:jc w:val="center"/>
            </w:pPr>
            <w:r>
              <w:rPr>
                <w:b/>
                <w:bCs/>
                <w:sz w:val="18"/>
                <w:szCs w:val="18"/>
              </w:rPr>
              <w:t xml:space="preserve">Dersin Tam Adı</w:t>
            </w:r>
          </w:p>
        </w:tc>
        <w:tc>
          <w:tcPr>
            <w:tcW w:type="dxa" w:w="1800"/>
            <w:shd w:val="clear" w:color="auto" w:fill="D9D2EC"/>
            <w:vAlign w:val="center"/>
          </w:tcPr>
          <w:p>
            <w:pPr>
              <w:spacing w:before="0" w:after="0" w:line="240" w:lineRule="auto"/>
              <w:jc w:val="center"/>
            </w:pPr>
            <w:r>
              <w:rPr>
                <w:b/>
                <w:bCs/>
                <w:sz w:val="18"/>
                <w:szCs w:val="18"/>
              </w:rPr>
              <w:t xml:space="preserve">AKTS</w:t>
            </w:r>
          </w:p>
        </w:tc>
      </w:tr>
      <w:tr>
        <w:trPr>
          <w:trHeight w:val="300" w:hRule="atLeast"/>
          <w:cantSplit/>
        </w:trPr>
        <w:tc>
          <w:tcPr>
            <w:tcW w:type="dxa" w:w="700"/>
            <w:vAlign w:val="center"/>
          </w:tcPr>
          <w:p>
            <w:pPr>
              <w:spacing w:before="0" w:after="0" w:line="240" w:lineRule="auto"/>
              <w:jc w:val="center"/>
            </w:pPr>
            <w:r>
              <w:rPr>
                <w:sz w:val="18"/>
                <w:szCs w:val="18"/>
              </w:rPr>
              <w:t xml:space="preserve">1</w:t>
            </w:r>
          </w:p>
        </w:tc>
        <w:tc>
          <w:tcPr>
            <w:tcW w:type="dxa" w:w="1600"/>
            <w:vAlign w:val="center"/>
          </w:tcPr>
          <w:p>
            <w:pPr>
              <w:spacing w:before="0" w:after="0" w:line="240" w:lineRule="auto"/>
              <w:jc w:val="left"/>
            </w:pPr>
            <w:permStart w:id="80041" w:edGrp="everyone"/>
            <w:sdt>
              <w:sdtPr>
                <w:alias w:val="Dersin Dönemi 1"/>
                <w:tag w:val="Dersin Dönemi 1"/>
                <w:id w:val="80042"/>
                <w:showingPlcHdr/>
                <w:text w:multiLine="1"/>
              </w:sdtPr>
              <w:sdtContent>
                <w:r>
                  <w:rPr>
                    <w:rStyle w:val="PlaceholderText"/>
                    <w:sz w:val="18"/>
                    <w:szCs w:val="18"/>
                  </w:rPr>
                  <w:t xml:space="preserve">      </w:t>
                </w:r>
              </w:sdtContent>
            </w:sdt>
            <w:permEnd w:id="80041"/>
          </w:p>
        </w:tc>
        <w:tc>
          <w:tcPr>
            <w:tcW w:type="dxa" w:w="1600"/>
            <w:vAlign w:val="center"/>
          </w:tcPr>
          <w:p>
            <w:pPr>
              <w:spacing w:before="0" w:after="0" w:line="240" w:lineRule="auto"/>
              <w:jc w:val="left"/>
            </w:pPr>
            <w:permStart w:id="80043" w:edGrp="everyone"/>
            <w:sdt>
              <w:sdtPr>
                <w:alias w:val="Dersin Kodu 1"/>
                <w:tag w:val="Dersin Kodu 1"/>
                <w:id w:val="80044"/>
                <w:showingPlcHdr/>
                <w:text w:multiLine="1"/>
              </w:sdtPr>
              <w:sdtContent>
                <w:r>
                  <w:rPr>
                    <w:rStyle w:val="PlaceholderText"/>
                    <w:sz w:val="18"/>
                    <w:szCs w:val="18"/>
                  </w:rPr>
                  <w:t xml:space="preserve">      </w:t>
                </w:r>
              </w:sdtContent>
            </w:sdt>
            <w:permEnd w:id="80043"/>
          </w:p>
        </w:tc>
        <w:tc>
          <w:tcPr>
            <w:tcW w:type="dxa" w:w="3937"/>
            <w:vAlign w:val="center"/>
          </w:tcPr>
          <w:p>
            <w:pPr>
              <w:spacing w:before="0" w:after="0" w:line="240" w:lineRule="auto"/>
              <w:jc w:val="left"/>
            </w:pPr>
            <w:permStart w:id="80045" w:edGrp="everyone"/>
            <w:sdt>
              <w:sdtPr>
                <w:alias w:val="Dersin Tam Adı 1"/>
                <w:tag w:val="Dersin Tam Adı 1"/>
                <w:id w:val="80046"/>
                <w:showingPlcHdr/>
                <w:text w:multiLine="1"/>
              </w:sdtPr>
              <w:sdtContent>
                <w:r>
                  <w:rPr>
                    <w:rStyle w:val="PlaceholderText"/>
                    <w:sz w:val="18"/>
                    <w:szCs w:val="18"/>
                  </w:rPr>
                  <w:t xml:space="preserve">                 </w:t>
                </w:r>
              </w:sdtContent>
            </w:sdt>
            <w:permEnd w:id="80045"/>
          </w:p>
        </w:tc>
        <w:tc>
          <w:tcPr>
            <w:tcW w:type="dxa" w:w="1800"/>
            <w:vAlign w:val="center"/>
          </w:tcPr>
          <w:p>
            <w:pPr>
              <w:spacing w:before="0" w:after="0" w:line="240" w:lineRule="auto"/>
              <w:jc w:val="left"/>
            </w:pPr>
            <w:permStart w:id="80047" w:edGrp="everyone"/>
            <w:sdt>
              <w:sdtPr>
                <w:alias w:val="AKTS 1"/>
                <w:tag w:val="AKTS 1"/>
                <w:id w:val="80048"/>
                <w:showingPlcHdr/>
                <w:text w:multiLine="1"/>
              </w:sdtPr>
              <w:sdtContent>
                <w:r>
                  <w:rPr>
                    <w:rStyle w:val="PlaceholderText"/>
                    <w:sz w:val="18"/>
                    <w:szCs w:val="18"/>
                  </w:rPr>
                  <w:t xml:space="preserve">       </w:t>
                </w:r>
              </w:sdtContent>
            </w:sdt>
            <w:permEnd w:id="80047"/>
          </w:p>
        </w:tc>
      </w:tr>
      <w:tr>
        <w:trPr>
          <w:trHeight w:val="300" w:hRule="atLeast"/>
          <w:cantSplit/>
        </w:trPr>
        <w:tc>
          <w:tcPr>
            <w:tcW w:type="dxa" w:w="700"/>
            <w:vAlign w:val="center"/>
          </w:tcPr>
          <w:p>
            <w:pPr>
              <w:spacing w:before="0" w:after="0" w:line="240" w:lineRule="auto"/>
              <w:jc w:val="center"/>
            </w:pPr>
            <w:r>
              <w:rPr>
                <w:sz w:val="18"/>
                <w:szCs w:val="18"/>
              </w:rPr>
              <w:t xml:space="preserve">2</w:t>
            </w:r>
          </w:p>
        </w:tc>
        <w:tc>
          <w:tcPr>
            <w:tcW w:type="dxa" w:w="1600"/>
            <w:vAlign w:val="center"/>
          </w:tcPr>
          <w:p>
            <w:pPr>
              <w:spacing w:before="0" w:after="0" w:line="240" w:lineRule="auto"/>
              <w:jc w:val="left"/>
            </w:pPr>
            <w:permStart w:id="80049" w:edGrp="everyone"/>
            <w:sdt>
              <w:sdtPr>
                <w:alias w:val="Dersin Dönemi 2"/>
                <w:tag w:val="Dersin Dönemi 2"/>
                <w:id w:val="80050"/>
                <w:showingPlcHdr/>
                <w:text w:multiLine="1"/>
              </w:sdtPr>
              <w:sdtContent>
                <w:r>
                  <w:rPr>
                    <w:rStyle w:val="PlaceholderText"/>
                    <w:sz w:val="18"/>
                    <w:szCs w:val="18"/>
                  </w:rPr>
                  <w:t xml:space="preserve">      </w:t>
                </w:r>
              </w:sdtContent>
            </w:sdt>
            <w:permEnd w:id="80049"/>
          </w:p>
        </w:tc>
        <w:tc>
          <w:tcPr>
            <w:tcW w:type="dxa" w:w="1600"/>
            <w:vAlign w:val="center"/>
          </w:tcPr>
          <w:p>
            <w:pPr>
              <w:spacing w:before="0" w:after="0" w:line="240" w:lineRule="auto"/>
              <w:jc w:val="left"/>
            </w:pPr>
            <w:permStart w:id="80051" w:edGrp="everyone"/>
            <w:sdt>
              <w:sdtPr>
                <w:alias w:val="Dersin Kodu 2"/>
                <w:tag w:val="Dersin Kodu 2"/>
                <w:id w:val="80052"/>
                <w:showingPlcHdr/>
                <w:text w:multiLine="1"/>
              </w:sdtPr>
              <w:sdtContent>
                <w:r>
                  <w:rPr>
                    <w:rStyle w:val="PlaceholderText"/>
                    <w:sz w:val="18"/>
                    <w:szCs w:val="18"/>
                  </w:rPr>
                  <w:t xml:space="preserve">      </w:t>
                </w:r>
              </w:sdtContent>
            </w:sdt>
            <w:permEnd w:id="80051"/>
          </w:p>
        </w:tc>
        <w:tc>
          <w:tcPr>
            <w:tcW w:type="dxa" w:w="3937"/>
            <w:vAlign w:val="center"/>
          </w:tcPr>
          <w:p>
            <w:pPr>
              <w:spacing w:before="0" w:after="0" w:line="240" w:lineRule="auto"/>
              <w:jc w:val="left"/>
            </w:pPr>
            <w:permStart w:id="80053" w:edGrp="everyone"/>
            <w:sdt>
              <w:sdtPr>
                <w:alias w:val="Dersin Tam Adı 2"/>
                <w:tag w:val="Dersin Tam Adı 2"/>
                <w:id w:val="80054"/>
                <w:showingPlcHdr/>
                <w:text w:multiLine="1"/>
              </w:sdtPr>
              <w:sdtContent>
                <w:r>
                  <w:rPr>
                    <w:rStyle w:val="PlaceholderText"/>
                    <w:sz w:val="18"/>
                    <w:szCs w:val="18"/>
                  </w:rPr>
                  <w:t xml:space="preserve">                 </w:t>
                </w:r>
              </w:sdtContent>
            </w:sdt>
            <w:permEnd w:id="80053"/>
          </w:p>
        </w:tc>
        <w:tc>
          <w:tcPr>
            <w:tcW w:type="dxa" w:w="1800"/>
            <w:vAlign w:val="center"/>
          </w:tcPr>
          <w:p>
            <w:pPr>
              <w:spacing w:before="0" w:after="0" w:line="240" w:lineRule="auto"/>
              <w:jc w:val="left"/>
            </w:pPr>
            <w:permStart w:id="80055" w:edGrp="everyone"/>
            <w:sdt>
              <w:sdtPr>
                <w:alias w:val="AKTS 2"/>
                <w:tag w:val="AKTS 2"/>
                <w:id w:val="80056"/>
                <w:showingPlcHdr/>
                <w:text w:multiLine="1"/>
              </w:sdtPr>
              <w:sdtContent>
                <w:r>
                  <w:rPr>
                    <w:rStyle w:val="PlaceholderText"/>
                    <w:sz w:val="18"/>
                    <w:szCs w:val="18"/>
                  </w:rPr>
                  <w:t xml:space="preserve">       </w:t>
                </w:r>
              </w:sdtContent>
            </w:sdt>
            <w:permEnd w:id="80055"/>
          </w:p>
        </w:tc>
      </w:tr>
      <w:tr>
        <w:trPr>
          <w:trHeight w:val="300" w:hRule="atLeast"/>
          <w:cantSplit/>
        </w:trPr>
        <w:tc>
          <w:tcPr>
            <w:tcW w:type="dxa" w:w="700"/>
            <w:vAlign w:val="center"/>
          </w:tcPr>
          <w:p>
            <w:pPr>
              <w:spacing w:before="0" w:after="0" w:line="240" w:lineRule="auto"/>
              <w:jc w:val="center"/>
            </w:pPr>
            <w:r>
              <w:rPr>
                <w:sz w:val="18"/>
                <w:szCs w:val="18"/>
              </w:rPr>
              <w:t xml:space="preserve">3</w:t>
            </w:r>
          </w:p>
        </w:tc>
        <w:tc>
          <w:tcPr>
            <w:tcW w:type="dxa" w:w="1600"/>
            <w:vAlign w:val="center"/>
          </w:tcPr>
          <w:p>
            <w:pPr>
              <w:spacing w:before="0" w:after="0" w:line="240" w:lineRule="auto"/>
              <w:jc w:val="left"/>
            </w:pPr>
            <w:permStart w:id="80057" w:edGrp="everyone"/>
            <w:sdt>
              <w:sdtPr>
                <w:alias w:val="Dersin Dönemi 3"/>
                <w:tag w:val="Dersin Dönemi 3"/>
                <w:id w:val="80058"/>
                <w:showingPlcHdr/>
                <w:text w:multiLine="1"/>
              </w:sdtPr>
              <w:sdtContent>
                <w:r>
                  <w:rPr>
                    <w:rStyle w:val="PlaceholderText"/>
                    <w:sz w:val="18"/>
                    <w:szCs w:val="18"/>
                  </w:rPr>
                  <w:t xml:space="preserve">      </w:t>
                </w:r>
              </w:sdtContent>
            </w:sdt>
            <w:permEnd w:id="80057"/>
          </w:p>
        </w:tc>
        <w:tc>
          <w:tcPr>
            <w:tcW w:type="dxa" w:w="1600"/>
            <w:vAlign w:val="center"/>
          </w:tcPr>
          <w:p>
            <w:pPr>
              <w:spacing w:before="0" w:after="0" w:line="240" w:lineRule="auto"/>
              <w:jc w:val="left"/>
            </w:pPr>
            <w:permStart w:id="80059" w:edGrp="everyone"/>
            <w:sdt>
              <w:sdtPr>
                <w:alias w:val="Dersin Kodu 3"/>
                <w:tag w:val="Dersin Kodu 3"/>
                <w:id w:val="80060"/>
                <w:showingPlcHdr/>
                <w:text w:multiLine="1"/>
              </w:sdtPr>
              <w:sdtContent>
                <w:r>
                  <w:rPr>
                    <w:rStyle w:val="PlaceholderText"/>
                    <w:sz w:val="18"/>
                    <w:szCs w:val="18"/>
                  </w:rPr>
                  <w:t xml:space="preserve">      </w:t>
                </w:r>
              </w:sdtContent>
            </w:sdt>
            <w:permEnd w:id="80059"/>
          </w:p>
        </w:tc>
        <w:tc>
          <w:tcPr>
            <w:tcW w:type="dxa" w:w="3937"/>
            <w:vAlign w:val="center"/>
          </w:tcPr>
          <w:p>
            <w:pPr>
              <w:spacing w:before="0" w:after="0" w:line="240" w:lineRule="auto"/>
              <w:jc w:val="left"/>
            </w:pPr>
            <w:permStart w:id="80061" w:edGrp="everyone"/>
            <w:sdt>
              <w:sdtPr>
                <w:alias w:val="Dersin Tam Adı 3"/>
                <w:tag w:val="Dersin Tam Adı 3"/>
                <w:id w:val="80062"/>
                <w:showingPlcHdr/>
                <w:text w:multiLine="1"/>
              </w:sdtPr>
              <w:sdtContent>
                <w:r>
                  <w:rPr>
                    <w:rStyle w:val="PlaceholderText"/>
                    <w:sz w:val="18"/>
                    <w:szCs w:val="18"/>
                  </w:rPr>
                  <w:t xml:space="preserve">                 </w:t>
                </w:r>
              </w:sdtContent>
            </w:sdt>
            <w:permEnd w:id="80061"/>
          </w:p>
        </w:tc>
        <w:tc>
          <w:tcPr>
            <w:tcW w:type="dxa" w:w="1800"/>
            <w:vAlign w:val="center"/>
          </w:tcPr>
          <w:p>
            <w:pPr>
              <w:spacing w:before="0" w:after="0" w:line="240" w:lineRule="auto"/>
              <w:jc w:val="left"/>
            </w:pPr>
            <w:permStart w:id="80063" w:edGrp="everyone"/>
            <w:sdt>
              <w:sdtPr>
                <w:alias w:val="AKTS 3"/>
                <w:tag w:val="AKTS 3"/>
                <w:id w:val="80064"/>
                <w:showingPlcHdr/>
                <w:text w:multiLine="1"/>
              </w:sdtPr>
              <w:sdtContent>
                <w:r>
                  <w:rPr>
                    <w:rStyle w:val="PlaceholderText"/>
                    <w:sz w:val="18"/>
                    <w:szCs w:val="18"/>
                  </w:rPr>
                  <w:t xml:space="preserve">       </w:t>
                </w:r>
              </w:sdtContent>
            </w:sdt>
            <w:permEnd w:id="80063"/>
          </w:p>
        </w:tc>
      </w:tr>
      <w:tr>
        <w:trPr>
          <w:trHeight w:val="300" w:hRule="atLeast"/>
          <w:cantSplit/>
        </w:trPr>
        <w:tc>
          <w:tcPr>
            <w:tcW w:type="dxa" w:w="700"/>
            <w:vAlign w:val="center"/>
          </w:tcPr>
          <w:p>
            <w:pPr>
              <w:spacing w:before="0" w:after="0" w:line="240" w:lineRule="auto"/>
              <w:jc w:val="center"/>
            </w:pPr>
            <w:r>
              <w:rPr>
                <w:sz w:val="18"/>
                <w:szCs w:val="18"/>
              </w:rPr>
              <w:t xml:space="preserve">4</w:t>
            </w:r>
          </w:p>
        </w:tc>
        <w:tc>
          <w:tcPr>
            <w:tcW w:type="dxa" w:w="1600"/>
            <w:vAlign w:val="center"/>
          </w:tcPr>
          <w:p>
            <w:pPr>
              <w:spacing w:before="0" w:after="0" w:line="240" w:lineRule="auto"/>
              <w:jc w:val="left"/>
            </w:pPr>
            <w:permStart w:id="80065" w:edGrp="everyone"/>
            <w:sdt>
              <w:sdtPr>
                <w:alias w:val="Dersin Dönemi 4"/>
                <w:tag w:val="Dersin Dönemi 4"/>
                <w:id w:val="80066"/>
                <w:showingPlcHdr/>
                <w:text w:multiLine="1"/>
              </w:sdtPr>
              <w:sdtContent>
                <w:r>
                  <w:rPr>
                    <w:rStyle w:val="PlaceholderText"/>
                    <w:sz w:val="18"/>
                    <w:szCs w:val="18"/>
                  </w:rPr>
                  <w:t xml:space="preserve">      </w:t>
                </w:r>
              </w:sdtContent>
            </w:sdt>
            <w:permEnd w:id="80065"/>
          </w:p>
        </w:tc>
        <w:tc>
          <w:tcPr>
            <w:tcW w:type="dxa" w:w="1600"/>
            <w:vAlign w:val="center"/>
          </w:tcPr>
          <w:p>
            <w:pPr>
              <w:spacing w:before="0" w:after="0" w:line="240" w:lineRule="auto"/>
              <w:jc w:val="left"/>
            </w:pPr>
            <w:permStart w:id="80067" w:edGrp="everyone"/>
            <w:sdt>
              <w:sdtPr>
                <w:alias w:val="Dersin Kodu 4"/>
                <w:tag w:val="Dersin Kodu 4"/>
                <w:id w:val="80068"/>
                <w:showingPlcHdr/>
                <w:text w:multiLine="1"/>
              </w:sdtPr>
              <w:sdtContent>
                <w:r>
                  <w:rPr>
                    <w:rStyle w:val="PlaceholderText"/>
                    <w:sz w:val="18"/>
                    <w:szCs w:val="18"/>
                  </w:rPr>
                  <w:t xml:space="preserve">      </w:t>
                </w:r>
              </w:sdtContent>
            </w:sdt>
            <w:permEnd w:id="80067"/>
          </w:p>
        </w:tc>
        <w:tc>
          <w:tcPr>
            <w:tcW w:type="dxa" w:w="3937"/>
            <w:vAlign w:val="center"/>
          </w:tcPr>
          <w:p>
            <w:pPr>
              <w:spacing w:before="0" w:after="0" w:line="240" w:lineRule="auto"/>
              <w:jc w:val="left"/>
            </w:pPr>
            <w:permStart w:id="80069" w:edGrp="everyone"/>
            <w:sdt>
              <w:sdtPr>
                <w:alias w:val="Dersin Tam Adı 4"/>
                <w:tag w:val="Dersin Tam Adı 4"/>
                <w:id w:val="80070"/>
                <w:showingPlcHdr/>
                <w:text w:multiLine="1"/>
              </w:sdtPr>
              <w:sdtContent>
                <w:r>
                  <w:rPr>
                    <w:rStyle w:val="PlaceholderText"/>
                    <w:sz w:val="18"/>
                    <w:szCs w:val="18"/>
                  </w:rPr>
                  <w:t xml:space="preserve">                 </w:t>
                </w:r>
              </w:sdtContent>
            </w:sdt>
            <w:permEnd w:id="80069"/>
          </w:p>
        </w:tc>
        <w:tc>
          <w:tcPr>
            <w:tcW w:type="dxa" w:w="1800"/>
            <w:vAlign w:val="center"/>
          </w:tcPr>
          <w:p>
            <w:pPr>
              <w:spacing w:before="0" w:after="0" w:line="240" w:lineRule="auto"/>
              <w:jc w:val="left"/>
            </w:pPr>
            <w:permStart w:id="80071" w:edGrp="everyone"/>
            <w:sdt>
              <w:sdtPr>
                <w:alias w:val="AKTS 4"/>
                <w:tag w:val="AKTS 4"/>
                <w:id w:val="80072"/>
                <w:showingPlcHdr/>
                <w:text w:multiLine="1"/>
              </w:sdtPr>
              <w:sdtContent>
                <w:r>
                  <w:rPr>
                    <w:rStyle w:val="PlaceholderText"/>
                    <w:sz w:val="18"/>
                    <w:szCs w:val="18"/>
                  </w:rPr>
                  <w:t xml:space="preserve">       </w:t>
                </w:r>
              </w:sdtContent>
            </w:sdt>
            <w:permEnd w:id="80071"/>
          </w:p>
        </w:tc>
      </w:tr>
      <w:tr>
        <w:trPr>
          <w:trHeight w:val="300" w:hRule="atLeast"/>
          <w:cantSplit/>
        </w:trPr>
        <w:tc>
          <w:tcPr>
            <w:tcW w:type="dxa" w:w="700"/>
            <w:vAlign w:val="center"/>
          </w:tcPr>
          <w:p>
            <w:pPr>
              <w:spacing w:before="0" w:after="0" w:line="240" w:lineRule="auto"/>
              <w:jc w:val="center"/>
            </w:pPr>
            <w:r>
              <w:rPr>
                <w:sz w:val="18"/>
                <w:szCs w:val="18"/>
              </w:rPr>
              <w:t xml:space="preserve">5</w:t>
            </w:r>
          </w:p>
        </w:tc>
        <w:tc>
          <w:tcPr>
            <w:tcW w:type="dxa" w:w="1600"/>
            <w:vAlign w:val="center"/>
          </w:tcPr>
          <w:p>
            <w:pPr>
              <w:spacing w:before="0" w:after="0" w:line="240" w:lineRule="auto"/>
              <w:jc w:val="left"/>
            </w:pPr>
            <w:permStart w:id="80073" w:edGrp="everyone"/>
            <w:sdt>
              <w:sdtPr>
                <w:alias w:val="Dersin Dönemi 5"/>
                <w:tag w:val="Dersin Dönemi 5"/>
                <w:id w:val="80074"/>
                <w:showingPlcHdr/>
                <w:text w:multiLine="1"/>
              </w:sdtPr>
              <w:sdtContent>
                <w:r>
                  <w:rPr>
                    <w:rStyle w:val="PlaceholderText"/>
                    <w:sz w:val="18"/>
                    <w:szCs w:val="18"/>
                  </w:rPr>
                  <w:t xml:space="preserve">      </w:t>
                </w:r>
              </w:sdtContent>
            </w:sdt>
            <w:permEnd w:id="80073"/>
          </w:p>
        </w:tc>
        <w:tc>
          <w:tcPr>
            <w:tcW w:type="dxa" w:w="1600"/>
            <w:vAlign w:val="center"/>
          </w:tcPr>
          <w:p>
            <w:pPr>
              <w:spacing w:before="0" w:after="0" w:line="240" w:lineRule="auto"/>
              <w:jc w:val="left"/>
            </w:pPr>
            <w:permStart w:id="80075" w:edGrp="everyone"/>
            <w:sdt>
              <w:sdtPr>
                <w:alias w:val="Dersin Kodu 5"/>
                <w:tag w:val="Dersin Kodu 5"/>
                <w:id w:val="80076"/>
                <w:showingPlcHdr/>
                <w:text w:multiLine="1"/>
              </w:sdtPr>
              <w:sdtContent>
                <w:r>
                  <w:rPr>
                    <w:rStyle w:val="PlaceholderText"/>
                    <w:sz w:val="18"/>
                    <w:szCs w:val="18"/>
                  </w:rPr>
                  <w:t xml:space="preserve">      </w:t>
                </w:r>
              </w:sdtContent>
            </w:sdt>
            <w:permEnd w:id="80075"/>
          </w:p>
        </w:tc>
        <w:tc>
          <w:tcPr>
            <w:tcW w:type="dxa" w:w="3937"/>
            <w:vAlign w:val="center"/>
          </w:tcPr>
          <w:p>
            <w:pPr>
              <w:spacing w:before="0" w:after="0" w:line="240" w:lineRule="auto"/>
              <w:jc w:val="left"/>
            </w:pPr>
            <w:permStart w:id="80077" w:edGrp="everyone"/>
            <w:sdt>
              <w:sdtPr>
                <w:alias w:val="Dersin Tam Adı 5"/>
                <w:tag w:val="Dersin Tam Adı 5"/>
                <w:id w:val="80078"/>
                <w:showingPlcHdr/>
                <w:text w:multiLine="1"/>
              </w:sdtPr>
              <w:sdtContent>
                <w:r>
                  <w:rPr>
                    <w:rStyle w:val="PlaceholderText"/>
                    <w:sz w:val="18"/>
                    <w:szCs w:val="18"/>
                  </w:rPr>
                  <w:t xml:space="preserve">                 </w:t>
                </w:r>
              </w:sdtContent>
            </w:sdt>
            <w:permEnd w:id="80077"/>
          </w:p>
        </w:tc>
        <w:tc>
          <w:tcPr>
            <w:tcW w:type="dxa" w:w="1800"/>
            <w:vAlign w:val="center"/>
          </w:tcPr>
          <w:p>
            <w:pPr>
              <w:spacing w:before="0" w:after="0" w:line="240" w:lineRule="auto"/>
              <w:jc w:val="left"/>
            </w:pPr>
            <w:permStart w:id="80079" w:edGrp="everyone"/>
            <w:sdt>
              <w:sdtPr>
                <w:alias w:val="AKTS 5"/>
                <w:tag w:val="AKTS 5"/>
                <w:id w:val="80080"/>
                <w:showingPlcHdr/>
                <w:text w:multiLine="1"/>
              </w:sdtPr>
              <w:sdtContent>
                <w:r>
                  <w:rPr>
                    <w:rStyle w:val="PlaceholderText"/>
                    <w:sz w:val="18"/>
                    <w:szCs w:val="18"/>
                  </w:rPr>
                  <w:t xml:space="preserve">       </w:t>
                </w:r>
              </w:sdtContent>
            </w:sdt>
            <w:permEnd w:id="80079"/>
          </w:p>
        </w:tc>
      </w:tr>
      <w:tr>
        <w:trPr>
          <w:trHeight w:val="300" w:hRule="atLeast"/>
          <w:cantSplit/>
        </w:trPr>
        <w:tc>
          <w:tcPr>
            <w:tcW w:type="dxa" w:w="700"/>
            <w:vAlign w:val="center"/>
          </w:tcPr>
          <w:p>
            <w:pPr>
              <w:spacing w:before="0" w:after="0" w:line="240" w:lineRule="auto"/>
              <w:jc w:val="center"/>
            </w:pPr>
            <w:r>
              <w:rPr>
                <w:sz w:val="18"/>
                <w:szCs w:val="18"/>
              </w:rPr>
              <w:t xml:space="preserve">6</w:t>
            </w:r>
          </w:p>
        </w:tc>
        <w:tc>
          <w:tcPr>
            <w:tcW w:type="dxa" w:w="1600"/>
            <w:vAlign w:val="center"/>
          </w:tcPr>
          <w:p>
            <w:pPr>
              <w:spacing w:before="0" w:after="0" w:line="240" w:lineRule="auto"/>
              <w:jc w:val="left"/>
            </w:pPr>
            <w:permStart w:id="80081" w:edGrp="everyone"/>
            <w:sdt>
              <w:sdtPr>
                <w:alias w:val="Dersin Dönemi 6"/>
                <w:tag w:val="Dersin Dönemi 6"/>
                <w:id w:val="80082"/>
                <w:showingPlcHdr/>
                <w:text w:multiLine="1"/>
              </w:sdtPr>
              <w:sdtContent>
                <w:r>
                  <w:rPr>
                    <w:rStyle w:val="PlaceholderText"/>
                    <w:sz w:val="18"/>
                    <w:szCs w:val="18"/>
                  </w:rPr>
                  <w:t xml:space="preserve">      </w:t>
                </w:r>
              </w:sdtContent>
            </w:sdt>
            <w:permEnd w:id="80081"/>
          </w:p>
        </w:tc>
        <w:tc>
          <w:tcPr>
            <w:tcW w:type="dxa" w:w="1600"/>
            <w:vAlign w:val="center"/>
          </w:tcPr>
          <w:p>
            <w:pPr>
              <w:spacing w:before="0" w:after="0" w:line="240" w:lineRule="auto"/>
              <w:jc w:val="left"/>
            </w:pPr>
            <w:permStart w:id="80083" w:edGrp="everyone"/>
            <w:sdt>
              <w:sdtPr>
                <w:alias w:val="Dersin Kodu 6"/>
                <w:tag w:val="Dersin Kodu 6"/>
                <w:id w:val="80084"/>
                <w:showingPlcHdr/>
                <w:text w:multiLine="1"/>
              </w:sdtPr>
              <w:sdtContent>
                <w:r>
                  <w:rPr>
                    <w:rStyle w:val="PlaceholderText"/>
                    <w:sz w:val="18"/>
                    <w:szCs w:val="18"/>
                  </w:rPr>
                  <w:t xml:space="preserve">      </w:t>
                </w:r>
              </w:sdtContent>
            </w:sdt>
            <w:permEnd w:id="80083"/>
          </w:p>
        </w:tc>
        <w:tc>
          <w:tcPr>
            <w:tcW w:type="dxa" w:w="3937"/>
            <w:vAlign w:val="center"/>
          </w:tcPr>
          <w:p>
            <w:pPr>
              <w:spacing w:before="0" w:after="0" w:line="240" w:lineRule="auto"/>
              <w:jc w:val="left"/>
            </w:pPr>
            <w:permStart w:id="80085" w:edGrp="everyone"/>
            <w:sdt>
              <w:sdtPr>
                <w:alias w:val="Dersin Tam Adı 6"/>
                <w:tag w:val="Dersin Tam Adı 6"/>
                <w:id w:val="80086"/>
                <w:showingPlcHdr/>
                <w:text w:multiLine="1"/>
              </w:sdtPr>
              <w:sdtContent>
                <w:r>
                  <w:rPr>
                    <w:rStyle w:val="PlaceholderText"/>
                    <w:sz w:val="18"/>
                    <w:szCs w:val="18"/>
                  </w:rPr>
                  <w:t xml:space="preserve">                 </w:t>
                </w:r>
              </w:sdtContent>
            </w:sdt>
            <w:permEnd w:id="80085"/>
          </w:p>
        </w:tc>
        <w:tc>
          <w:tcPr>
            <w:tcW w:type="dxa" w:w="1800"/>
            <w:vAlign w:val="center"/>
          </w:tcPr>
          <w:p>
            <w:pPr>
              <w:spacing w:before="0" w:after="0" w:line="240" w:lineRule="auto"/>
              <w:jc w:val="left"/>
            </w:pPr>
            <w:permStart w:id="80087" w:edGrp="everyone"/>
            <w:sdt>
              <w:sdtPr>
                <w:alias w:val="AKTS 6"/>
                <w:tag w:val="AKTS 6"/>
                <w:id w:val="80088"/>
                <w:showingPlcHdr/>
                <w:text w:multiLine="1"/>
              </w:sdtPr>
              <w:sdtContent>
                <w:r>
                  <w:rPr>
                    <w:rStyle w:val="PlaceholderText"/>
                    <w:sz w:val="18"/>
                    <w:szCs w:val="18"/>
                  </w:rPr>
                  <w:t xml:space="preserve">       </w:t>
                </w:r>
              </w:sdtContent>
            </w:sdt>
            <w:permEnd w:id="80087"/>
          </w:p>
        </w:tc>
      </w:tr>
      <w:tr>
        <w:trPr>
          <w:trHeight w:val="300" w:hRule="atLeast"/>
          <w:cantSplit/>
        </w:trPr>
        <w:tc>
          <w:tcPr>
            <w:tcW w:type="dxa" w:w="700"/>
            <w:vAlign w:val="center"/>
          </w:tcPr>
          <w:p>
            <w:pPr>
              <w:spacing w:before="0" w:after="0" w:line="240" w:lineRule="auto"/>
              <w:jc w:val="center"/>
            </w:pPr>
            <w:r>
              <w:rPr>
                <w:sz w:val="18"/>
                <w:szCs w:val="18"/>
              </w:rPr>
              <w:t xml:space="preserve">7</w:t>
            </w:r>
          </w:p>
        </w:tc>
        <w:tc>
          <w:tcPr>
            <w:tcW w:type="dxa" w:w="1600"/>
            <w:vAlign w:val="center"/>
          </w:tcPr>
          <w:p>
            <w:pPr>
              <w:spacing w:before="0" w:after="0" w:line="240" w:lineRule="auto"/>
              <w:jc w:val="left"/>
            </w:pPr>
            <w:permStart w:id="80089" w:edGrp="everyone"/>
            <w:sdt>
              <w:sdtPr>
                <w:alias w:val="Dersin Dönemi 7"/>
                <w:tag w:val="Dersin Dönemi 7"/>
                <w:id w:val="80090"/>
                <w:showingPlcHdr/>
                <w:text w:multiLine="1"/>
              </w:sdtPr>
              <w:sdtContent>
                <w:r>
                  <w:rPr>
                    <w:rStyle w:val="PlaceholderText"/>
                    <w:sz w:val="18"/>
                    <w:szCs w:val="18"/>
                  </w:rPr>
                  <w:t xml:space="preserve">      </w:t>
                </w:r>
              </w:sdtContent>
            </w:sdt>
            <w:permEnd w:id="80089"/>
          </w:p>
        </w:tc>
        <w:tc>
          <w:tcPr>
            <w:tcW w:type="dxa" w:w="1600"/>
            <w:vAlign w:val="center"/>
          </w:tcPr>
          <w:p>
            <w:pPr>
              <w:spacing w:before="0" w:after="0" w:line="240" w:lineRule="auto"/>
              <w:jc w:val="left"/>
            </w:pPr>
            <w:permStart w:id="80091" w:edGrp="everyone"/>
            <w:sdt>
              <w:sdtPr>
                <w:alias w:val="Dersin Kodu 7"/>
                <w:tag w:val="Dersin Kodu 7"/>
                <w:id w:val="80092"/>
                <w:showingPlcHdr/>
                <w:text w:multiLine="1"/>
              </w:sdtPr>
              <w:sdtContent>
                <w:r>
                  <w:rPr>
                    <w:rStyle w:val="PlaceholderText"/>
                    <w:sz w:val="18"/>
                    <w:szCs w:val="18"/>
                  </w:rPr>
                  <w:t xml:space="preserve">      </w:t>
                </w:r>
              </w:sdtContent>
            </w:sdt>
            <w:permEnd w:id="80091"/>
          </w:p>
        </w:tc>
        <w:tc>
          <w:tcPr>
            <w:tcW w:type="dxa" w:w="3937"/>
            <w:vAlign w:val="center"/>
          </w:tcPr>
          <w:p>
            <w:pPr>
              <w:spacing w:before="0" w:after="0" w:line="240" w:lineRule="auto"/>
              <w:jc w:val="left"/>
            </w:pPr>
            <w:permStart w:id="80093" w:edGrp="everyone"/>
            <w:sdt>
              <w:sdtPr>
                <w:alias w:val="Dersin Tam Adı 7"/>
                <w:tag w:val="Dersin Tam Adı 7"/>
                <w:id w:val="80094"/>
                <w:showingPlcHdr/>
                <w:text w:multiLine="1"/>
              </w:sdtPr>
              <w:sdtContent>
                <w:r>
                  <w:rPr>
                    <w:rStyle w:val="PlaceholderText"/>
                    <w:sz w:val="18"/>
                    <w:szCs w:val="18"/>
                  </w:rPr>
                  <w:t xml:space="preserve">                 </w:t>
                </w:r>
              </w:sdtContent>
            </w:sdt>
            <w:permEnd w:id="80093"/>
          </w:p>
        </w:tc>
        <w:tc>
          <w:tcPr>
            <w:tcW w:type="dxa" w:w="1800"/>
            <w:vAlign w:val="center"/>
          </w:tcPr>
          <w:p>
            <w:pPr>
              <w:spacing w:before="0" w:after="0" w:line="240" w:lineRule="auto"/>
              <w:jc w:val="left"/>
            </w:pPr>
            <w:permStart w:id="80095" w:edGrp="everyone"/>
            <w:sdt>
              <w:sdtPr>
                <w:alias w:val="AKTS 7"/>
                <w:tag w:val="AKTS 7"/>
                <w:id w:val="80096"/>
                <w:showingPlcHdr/>
                <w:text w:multiLine="1"/>
              </w:sdtPr>
              <w:sdtContent>
                <w:r>
                  <w:rPr>
                    <w:rStyle w:val="PlaceholderText"/>
                    <w:sz w:val="18"/>
                    <w:szCs w:val="18"/>
                  </w:rPr>
                  <w:t xml:space="preserve">       </w:t>
                </w:r>
              </w:sdtContent>
            </w:sdt>
            <w:permEnd w:id="80095"/>
          </w:p>
        </w:tc>
      </w:tr>
      <w:tr>
        <w:trPr>
          <w:trHeight w:val="300" w:hRule="atLeast"/>
          <w:cantSplit/>
        </w:trPr>
        <w:tc>
          <w:tcPr>
            <w:tcW w:type="dxa" w:w="700"/>
            <w:vAlign w:val="center"/>
          </w:tcPr>
          <w:p>
            <w:pPr>
              <w:spacing w:before="0" w:after="0" w:line="240" w:lineRule="auto"/>
              <w:jc w:val="center"/>
            </w:pPr>
            <w:r>
              <w:rPr>
                <w:sz w:val="18"/>
                <w:szCs w:val="18"/>
              </w:rPr>
              <w:t xml:space="preserve">8</w:t>
            </w:r>
          </w:p>
        </w:tc>
        <w:tc>
          <w:tcPr>
            <w:tcW w:type="dxa" w:w="1600"/>
            <w:vAlign w:val="center"/>
          </w:tcPr>
          <w:p>
            <w:pPr>
              <w:spacing w:before="0" w:after="0" w:line="240" w:lineRule="auto"/>
              <w:jc w:val="left"/>
            </w:pPr>
            <w:permStart w:id="80097" w:edGrp="everyone"/>
            <w:sdt>
              <w:sdtPr>
                <w:alias w:val="Dersin Dönemi 8"/>
                <w:tag w:val="Dersin Dönemi 8"/>
                <w:id w:val="80098"/>
                <w:showingPlcHdr/>
                <w:text w:multiLine="1"/>
              </w:sdtPr>
              <w:sdtContent>
                <w:r>
                  <w:rPr>
                    <w:rStyle w:val="PlaceholderText"/>
                    <w:sz w:val="18"/>
                    <w:szCs w:val="18"/>
                  </w:rPr>
                  <w:t xml:space="preserve">      </w:t>
                </w:r>
              </w:sdtContent>
            </w:sdt>
            <w:permEnd w:id="80097"/>
          </w:p>
        </w:tc>
        <w:tc>
          <w:tcPr>
            <w:tcW w:type="dxa" w:w="1600"/>
            <w:vAlign w:val="center"/>
          </w:tcPr>
          <w:p>
            <w:pPr>
              <w:spacing w:before="0" w:after="0" w:line="240" w:lineRule="auto"/>
              <w:jc w:val="left"/>
            </w:pPr>
            <w:permStart w:id="80099" w:edGrp="everyone"/>
            <w:sdt>
              <w:sdtPr>
                <w:alias w:val="Dersin Kodu 8"/>
                <w:tag w:val="Dersin Kodu 8"/>
                <w:id w:val="80100"/>
                <w:showingPlcHdr/>
                <w:text w:multiLine="1"/>
              </w:sdtPr>
              <w:sdtContent>
                <w:r>
                  <w:rPr>
                    <w:rStyle w:val="PlaceholderText"/>
                    <w:sz w:val="18"/>
                    <w:szCs w:val="18"/>
                  </w:rPr>
                  <w:t xml:space="preserve">      </w:t>
                </w:r>
              </w:sdtContent>
            </w:sdt>
            <w:permEnd w:id="80099"/>
          </w:p>
        </w:tc>
        <w:tc>
          <w:tcPr>
            <w:tcW w:type="dxa" w:w="3937"/>
            <w:vAlign w:val="center"/>
          </w:tcPr>
          <w:p>
            <w:pPr>
              <w:spacing w:before="0" w:after="0" w:line="240" w:lineRule="auto"/>
              <w:jc w:val="left"/>
            </w:pPr>
            <w:permStart w:id="80101" w:edGrp="everyone"/>
            <w:sdt>
              <w:sdtPr>
                <w:alias w:val="Dersin Tam Adı 8"/>
                <w:tag w:val="Dersin Tam Adı 8"/>
                <w:id w:val="80102"/>
                <w:showingPlcHdr/>
                <w:text w:multiLine="1"/>
              </w:sdtPr>
              <w:sdtContent>
                <w:r>
                  <w:rPr>
                    <w:rStyle w:val="PlaceholderText"/>
                    <w:sz w:val="18"/>
                    <w:szCs w:val="18"/>
                  </w:rPr>
                  <w:t xml:space="preserve">                 </w:t>
                </w:r>
              </w:sdtContent>
            </w:sdt>
            <w:permEnd w:id="80101"/>
          </w:p>
        </w:tc>
        <w:tc>
          <w:tcPr>
            <w:tcW w:type="dxa" w:w="1800"/>
            <w:vAlign w:val="center"/>
          </w:tcPr>
          <w:p>
            <w:pPr>
              <w:spacing w:before="0" w:after="0" w:line="240" w:lineRule="auto"/>
              <w:jc w:val="left"/>
            </w:pPr>
            <w:permStart w:id="80103" w:edGrp="everyone"/>
            <w:sdt>
              <w:sdtPr>
                <w:alias w:val="AKTS 8"/>
                <w:tag w:val="AKTS 8"/>
                <w:id w:val="80104"/>
                <w:showingPlcHdr/>
                <w:text w:multiLine="1"/>
              </w:sdtPr>
              <w:sdtContent>
                <w:r>
                  <w:rPr>
                    <w:rStyle w:val="PlaceholderText"/>
                    <w:sz w:val="18"/>
                    <w:szCs w:val="18"/>
                  </w:rPr>
                  <w:t xml:space="preserve">       </w:t>
                </w:r>
              </w:sdtContent>
            </w:sdt>
            <w:permEnd w:id="80103"/>
          </w:p>
        </w:tc>
      </w:tr>
    </w:tbl>
    <w:p>
      <w:pPr>
        <w:spacing w:before="0" w:after="0" w:line="120" w:lineRule="exact"/>
      </w:pPr>
    </w:p>
    <w:p>
      <w:pPr>
        <w:spacing w:before="0" w:after="40" w:line="240" w:lineRule="auto"/>
        <w:jc w:val="both"/>
      </w:pPr>
      <w:r>
        <w:rPr>
          <w:i/>
          <w:iCs/>
          <w:color w:val="595959"/>
          <w:sz w:val="16"/>
          <w:szCs w:val="16"/>
        </w:rPr>
        <w:t xml:space="preserve">Ek sınavlardan birincisi bahar yarıyılı sonu sınavlarının bitiminden sonra, ikincisi bir sonraki eğitim-öğretim yılı başlamadan önce kullandırılır; sınav tarihi, yeri ve saati Yüksekokul Yönetim Kurulunca belirlenir. Ek sınavlarda ara sınav notu aranmaz; alınan not AGNO'ya katılır.</w:t>
      </w:r>
    </w:p>
    <w:p>
      <w:pPr>
        <w:spacing w:before="0" w:after="40" w:line="240" w:lineRule="auto"/>
        <w:jc w:val="both"/>
      </w:pPr>
      <w:r>
        <w:rPr>
          <w:i/>
          <w:iCs/>
          <w:color w:val="595959"/>
          <w:sz w:val="16"/>
          <w:szCs w:val="16"/>
        </w:rPr>
        <w:t xml:space="preserve">İki ek sınav sonunda kalan ders sayısı (hiç alınmayan ve devamsız dersler dâhil) en fazla beş ise üç yarıyıl, ek sınav kullanmadan en fazla beş dersi kalanlara dört yarıyıl ek süre verilir; tek dersi kalanlara sınırsız sınav hakkı tanınır. Bu sürelerde katkı payı/öğrenim ücreti ödenmeye devam edilir.</w:t>
      </w:r>
    </w:p>
    <w:p>
      <w:pPr>
        <w:spacing w:before="40" w:after="160" w:line="240" w:lineRule="auto"/>
        <w:ind w:firstLine="567"/>
        <w:jc w:val="left"/>
      </w:pPr>
      <w:r>
        <w:rPr>
          <w:sz w:val="21"/>
          <w:szCs w:val="21"/>
        </w:rPr>
        <w:t xml:space="preserve">Gereğini bilgilerinize arz ederim.</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5669"/>
        <w:gridCol w:w="3968"/>
      </w:tblGrid>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r>
              <w:rPr>
                <w:b/>
                <w:bCs/>
                <w:sz w:val="19"/>
                <w:szCs w:val="19"/>
              </w:rPr>
              <w:t xml:space="preserve">Öğrenci</w:t>
            </w:r>
          </w:p>
        </w:tc>
      </w:tr>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permStart w:id="275" w:edGrp="everyone"/>
            <w:sdt>
              <w:sdtPr>
                <w:alias w:val="Öğrenci Adı Soyadı"/>
                <w:tag w:val="Öğrenci Adı Soyadı"/>
                <w:id w:val="41274"/>
                <w:showingPlcHdr/>
                <w:text/>
              </w:sdtPr>
              <w:sdtContent>
                <w:r>
                  <w:rPr>
                    <w:rStyle w:val="PlaceholderText"/>
                    <w:sz w:val="19"/>
                    <w:szCs w:val="19"/>
                  </w:rPr>
                  <w:t xml:space="preserve">          </w:t>
                </w:r>
              </w:sdtContent>
            </w:sdt>
            <w:permEnd w:id="275"/>
          </w:p>
        </w:tc>
      </w:tr>
      <w:tr>
        <w:trPr>
          <w:trHeight w:val="907" w:hRule="atLeast"/>
          <w:cantSplit/>
        </w:trPr>
        <w:tc>
          <w:tcPr>
            <w:tcW w:type="dxa" w:w="5669"/>
            <w:vAlign w:val="center"/>
          </w:tcPr>
          <w:p>
            <w:pPr>
              <w:spacing w:before="0" w:after="0" w:line="240" w:lineRule="auto"/>
              <w:jc w:val="left"/>
            </w:pPr>
            <w:r>
              <w:rPr>
                <w:sz w:val="19"/>
                <w:szCs w:val="19"/>
              </w:rPr>
              <w:t xml:space="preserve"/>
            </w:r>
          </w:p>
        </w:tc>
        <w:tc>
          <w:tcPr>
            <w:tcW w:type="dxa" w:w="3969"/>
            <w:vAlign w:val="top"/>
          </w:tcPr>
          <w:p>
            <w:pPr>
              <w:spacing w:before="0" w:after="0" w:line="240" w:lineRule="auto"/>
              <w:jc w:val="center"/>
            </w:pPr>
            <w:r>
              <w:rPr>
                <w:i/>
                <w:iCs/>
                <w:color w:val="595959"/>
                <w:sz w:val="16"/>
                <w:szCs w:val="16"/>
              </w:rPr>
              <w:t xml:space="preserve">İmza</w:t>
            </w:r>
          </w:p>
        </w:tc>
      </w:tr>
    </w:tbl>
    <w:p>
      <w:pPr>
        <w:spacing w:before="0" w:after="0" w:line="80" w:lineRule="exact"/>
        <w:jc w:val="left"/>
      </w:pPr>
    </w:p>
    <w:p>
      <w:pPr>
        <w:keepNext/>
        <w:spacing w:before="0" w:after="40" w:line="240" w:lineRule="auto"/>
        <w:jc w:val="left"/>
      </w:pPr>
      <w:r>
        <w:rPr>
          <w:b/>
          <w:bCs/>
          <w:sz w:val="19"/>
          <w:szCs w:val="19"/>
        </w:rPr>
        <w:t xml:space="preserve">EKLER</w:t>
      </w:r>
    </w:p>
    <w:p>
      <w:pPr>
        <w:spacing w:before="0" w:after="20" w:line="240" w:lineRule="auto"/>
        <w:jc w:val="left"/>
      </w:pPr>
      <w:permStart w:id="80105" w:edGrp="everyone"/>
      <w:sdt>
        <w:sdtPr>
          <w:alias w:val="Transkript"/>
          <w:tag w:val="Transkript"/>
          <w:id w:val="80106"/>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05"/>
      <w:r>
        <w:rPr>
          <w:sz w:val="19"/>
          <w:szCs w:val="19"/>
        </w:rPr>
        <w:t xml:space="preserve"> Transkript</w:t>
      </w:r>
    </w:p>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HTMYO-OFRM-115  |  Ek Sınav Başvuru Dilekçesi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HTMYO-OFRM-115</w:t>
          </w:r>
        </w:p>
        <w:p>
          <w:pPr>
            <w:spacing w:before="0" w:after="0" w:line="240" w:lineRule="auto"/>
            <w:jc w:val="left"/>
          </w:pPr>
          <w:r>
            <w:rPr>
              <w:color w:val="595959"/>
              <w:sz w:val="16"/>
              <w:szCs w:val="16"/>
            </w:rPr>
            <w:t xml:space="preserve">Yürürlük Tarihi: </w:t>
          </w:r>
          <w:r>
            <w:rPr>
              <w:b/>
              <w:bCs/>
              <w:sz w:val="16"/>
              <w:szCs w:val="16"/>
            </w:rPr>
            <w:t xml:space="preserve">08.10.2026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 Sınav Başvuru Dilekçesi</dc:title>
  <dc:subject>HTMYO-OFRM-115</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