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DERS TELAFİ FORMU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trHeight w:val="351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Tarih: </w:t>
            </w:r>
            <w:permStart w:id="1033" w:edGrp="everyone"/>
            <w:sdt>
              <w:sdtPr>
                <w:alias w:val="Tarih"/>
                <w:tag w:val="Tarih"/>
                <w:id w:val="42032"/>
              </w:sdtPr>
              <w:sdtContent>
                <w:r>
                  <w:rPr>
                    <w:sz w:val="19"/>
                    <w:szCs w:val="19"/>
                  </w:rPr>
                  <w:fldChar w:fldCharType="begin"/>
                </w:r>
                <w:r>
                  <w:rPr>
                    <w:sz w:val="19"/>
                    <w:szCs w:val="19"/>
                  </w:rPr>
                  <w:instrText xml:space="preserve"> DATE \@ "dd.MM.yyyy" </w:instrText>
                </w:r>
                <w:r>
                  <w:rPr>
                    <w:sz w:val="19"/>
                    <w:szCs w:val="19"/>
                  </w:rPr>
                  <w:fldChar w:fldCharType="separate"/>
                </w:r>
                <w:r>
                  <w:rPr>
                    <w:sz w:val="19"/>
                    <w:szCs w:val="19"/>
                  </w:rPr>
                  <w:t>06.10.2026</w:t>
                </w:r>
                <w:r>
                  <w:rPr>
                    <w:sz w:val="19"/>
                    <w:szCs w:val="19"/>
                  </w:rPr>
                  <w:fldChar w:fldCharType="end"/>
                </w:r>
              </w:sdtContent>
            </w:sdt>
            <w:permEnd w:id="1033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Sayısı: </w:t>
            </w:r>
            <w:permStart w:id="1034" w:edGrp="everyone"/>
            <w:sdt>
              <w:sdtPr>
                <w:alias w:val="Sayısı"/>
                <w:tag w:val="Sayısı"/>
                <w:id w:val="4203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    </w:t>
                </w:r>
              </w:sdtContent>
            </w:sdt>
            <w:permEnd w:id="1034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834"/>
        <w:gridCol w:w="6803"/>
      </w:tblGrid>
      <w:tr>
        <w:trPr>
          <w:trHeight w:val="351" w:hRule="atLeast"/>
          <w:cantSplit/>
        </w:trPr>
        <w:tc>
          <w:tcPr>
            <w:tcW w:type="dxa" w:w="9638"/>
            <w:gridSpan w:val="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ÖĞRETİM ELEMANI BİLGİLERİ</w:t>
            </w:r>
          </w:p>
        </w:tc>
      </w:tr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Unvan, Adı Soyadı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035" w:edGrp="everyone"/>
            <w:sdt>
              <w:sdtPr>
                <w:alias w:val="Unvan, adı soyadı"/>
                <w:tag w:val="Unvan, adı soyadı"/>
                <w:id w:val="4203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35"/>
          </w:p>
        </w:tc>
      </w:tr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Sicil No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036" w:edGrp="everyone"/>
            <w:sdt>
              <w:sdtPr>
                <w:alias w:val="Sicil no"/>
                <w:tag w:val="Sicil no"/>
                <w:id w:val="4203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36"/>
          </w:p>
        </w:tc>
      </w:tr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037" w:edGrp="everyone"/>
            <w:sdt>
              <w:sdtPr>
                <w:alias w:val="Bölüm / Program"/>
                <w:tag w:val="Bölüm / Program"/>
                <w:id w:val="4203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37"/>
          </w:p>
        </w:tc>
      </w:tr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Yarıyılı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038" w:edGrp="everyone"/>
            <w:sdt>
              <w:sdtPr>
                <w:alias w:val="Akademik yıl"/>
                <w:tag w:val="Akademik yıl"/>
                <w:id w:val="42037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2026-2027</w:t>
                </w:r>
              </w:sdtContent>
            </w:sdt>
            <w:permEnd w:id="1038"/>
            <w:r>
              <w:rPr>
                <w:sz w:val="18"/>
                <w:szCs w:val="18"/>
              </w:rPr>
              <w:t xml:space="preserve">  </w:t>
            </w:r>
            <w:permStart w:id="1039" w:edGrp="everyone"/>
            <w:sdt>
              <w:sdtPr>
                <w:alias w:val="Yarıyıl"/>
                <w:tag w:val="Yarıyıl"/>
                <w:id w:val="42038"/>
                <w:showingPlcHdr/>
                <w:dropDownList>
                  <w:listItem w:displayText="Güz" w:value="Güz"/>
                  <w:listItem w:displayText="Bahar" w:value="Bahar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03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834"/>
        <w:gridCol w:w="6803"/>
      </w:tblGrid>
      <w:tr>
        <w:trPr>
          <w:trHeight w:val="351" w:hRule="atLeast"/>
          <w:cantSplit/>
        </w:trPr>
        <w:tc>
          <w:tcPr>
            <w:tcW w:type="dxa" w:w="9638"/>
            <w:gridSpan w:val="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ÖĞRETİM ELEMANI BEYANI</w:t>
            </w:r>
          </w:p>
        </w:tc>
      </w:tr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Dersin / Derslerin yapılamama gerekçesi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040" w:edGrp="everyone"/>
            <w:sdt>
              <w:sdtPr>
                <w:alias w:val="Kongre / sempozyum katılımı"/>
                <w:tag w:val="Kongre / sempozyum katılımı"/>
                <w:id w:val="42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40"/>
            <w:r>
              <w:rPr>
                <w:sz w:val="18"/>
                <w:szCs w:val="18"/>
              </w:rPr>
              <w:t xml:space="preserve"> Kongre / sempozyum katılımı   </w:t>
            </w:r>
          </w:p>
          <w:p>
            <w:pPr>
              <w:spacing w:before="0" w:after="0" w:line="240" w:lineRule="auto"/>
              <w:jc w:val="left"/>
            </w:pPr>
            <w:permStart w:id="1041" w:edGrp="everyone"/>
            <w:sdt>
              <w:sdtPr>
                <w:alias w:val="Proje görevlendirmesi"/>
                <w:tag w:val="Proje görevlendirmesi"/>
                <w:id w:val="42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41"/>
            <w:r>
              <w:rPr>
                <w:sz w:val="18"/>
                <w:szCs w:val="18"/>
              </w:rPr>
              <w:t xml:space="preserve"> Proje görevlendirmesi   </w:t>
            </w:r>
          </w:p>
          <w:p>
            <w:pPr>
              <w:spacing w:before="0" w:after="0" w:line="240" w:lineRule="auto"/>
              <w:jc w:val="left"/>
            </w:pPr>
            <w:permStart w:id="1042" w:edGrp="everyone"/>
            <w:sdt>
              <w:sdtPr>
                <w:alias w:val="İdari görevlendirme"/>
                <w:tag w:val="İdari görevlendirme"/>
                <w:id w:val="42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42"/>
            <w:r>
              <w:rPr>
                <w:sz w:val="18"/>
                <w:szCs w:val="18"/>
              </w:rPr>
              <w:t xml:space="preserve"> İdari görevlendirme   </w:t>
            </w:r>
          </w:p>
          <w:p>
            <w:pPr>
              <w:spacing w:before="0" w:after="0" w:line="240" w:lineRule="auto"/>
              <w:jc w:val="left"/>
            </w:pPr>
            <w:permStart w:id="1043" w:edGrp="everyone"/>
            <w:sdt>
              <w:sdtPr>
                <w:alias w:val="Diğer"/>
                <w:tag w:val="Diğer"/>
                <w:id w:val="42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43"/>
            <w:r>
              <w:rPr>
                <w:sz w:val="18"/>
                <w:szCs w:val="18"/>
              </w:rPr>
              <w:t xml:space="preserve"> Diğer   </w:t>
            </w:r>
            <w:permStart w:id="1044" w:edGrp="everyone"/>
            <w:sdt>
              <w:sdtPr>
                <w:alias w:val="Diğer gerekçe"/>
                <w:tag w:val="Diğer gerekçe"/>
                <w:id w:val="4204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</w:t>
                </w:r>
              </w:sdtContent>
            </w:sdt>
            <w:permEnd w:id="1044"/>
          </w:p>
        </w:tc>
      </w:tr>
      <w:tr>
        <w:trPr>
          <w:trHeight w:val="351" w:hRule="atLeast"/>
          <w:cantSplit/>
        </w:trPr>
        <w:tc>
          <w:tcPr>
            <w:tcW w:type="dxa" w:w="9638"/>
            <w:gridSpan w:val="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Yukarıda belirttiğim nedenlerle yapamadığım derslerin telafi bilgileri tabloda belirtilmiştir. Gereğini arz ederim.</w:t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140"/>
        <w:gridCol w:w="855"/>
        <w:gridCol w:w="1596"/>
        <w:gridCol w:w="855"/>
        <w:gridCol w:w="855"/>
        <w:gridCol w:w="684"/>
        <w:gridCol w:w="1311"/>
        <w:gridCol w:w="1311"/>
        <w:gridCol w:w="1026"/>
      </w:tblGrid>
      <w:tr>
        <w:trPr>
          <w:trHeight w:val="385" w:hRule="atLeast"/>
          <w:cantSplit/>
        </w:trPr>
        <w:tc>
          <w:tcPr>
            <w:tcW w:type="dxa" w:w="114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Bölüm / Program</w:t>
            </w:r>
          </w:p>
        </w:tc>
        <w:tc>
          <w:tcPr>
            <w:tcW w:type="dxa" w:w="8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Dersin Kodu</w:t>
            </w:r>
          </w:p>
        </w:tc>
        <w:tc>
          <w:tcPr>
            <w:tcW w:type="dxa" w:w="159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Dersin Adı</w:t>
            </w:r>
          </w:p>
        </w:tc>
        <w:tc>
          <w:tcPr>
            <w:tcW w:type="dxa" w:w="8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Sınıf / Şube</w:t>
            </w:r>
          </w:p>
        </w:tc>
        <w:tc>
          <w:tcPr>
            <w:tcW w:type="dxa" w:w="8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T/U</w:t>
            </w:r>
          </w:p>
        </w:tc>
        <w:tc>
          <w:tcPr>
            <w:tcW w:type="dxa" w:w="68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Kredisi</w:t>
            </w:r>
          </w:p>
        </w:tc>
        <w:tc>
          <w:tcPr>
            <w:tcW w:type="dxa" w:w="131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Yapılması Gereken Tarih</w:t>
            </w:r>
          </w:p>
        </w:tc>
        <w:tc>
          <w:tcPr>
            <w:tcW w:type="dxa" w:w="131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Yapılacağı Tarih</w:t>
            </w:r>
          </w:p>
        </w:tc>
        <w:tc>
          <w:tcPr>
            <w:tcW w:type="dxa" w:w="102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Yapılacağı Saat</w:t>
            </w:r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045" w:edGrp="everyone"/>
            <w:sdt>
              <w:sdtPr>
                <w:alias w:val="Program 1"/>
                <w:tag w:val="Program 1"/>
                <w:id w:val="4204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045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046" w:edGrp="everyone"/>
            <w:sdt>
              <w:sdtPr>
                <w:alias w:val="Kod 1"/>
                <w:tag w:val="Kod 1"/>
                <w:id w:val="4204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46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047" w:edGrp="everyone"/>
            <w:sdt>
              <w:sdtPr>
                <w:alias w:val="Ders 1"/>
                <w:tag w:val="Ders 1"/>
                <w:id w:val="4204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047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048" w:edGrp="everyone"/>
            <w:sdt>
              <w:sdtPr>
                <w:alias w:val="Sınıf 1"/>
                <w:tag w:val="Sınıf 1"/>
                <w:id w:val="4204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048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049" w:edGrp="everyone"/>
            <w:sdt>
              <w:sdtPr>
                <w:alias w:val="T/U 1"/>
                <w:tag w:val="T/U 1"/>
                <w:id w:val="42048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049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050" w:edGrp="everyone"/>
            <w:sdt>
              <w:sdtPr>
                <w:alias w:val="Kredi 1"/>
                <w:tag w:val="Kredi 1"/>
                <w:id w:val="4204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50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051" w:edGrp="everyone"/>
            <w:sdt>
              <w:sdtPr>
                <w:alias w:val="Gereken tarih 1"/>
                <w:tag w:val="Gereken tarih 1"/>
                <w:id w:val="4205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051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052" w:edGrp="everyone"/>
            <w:sdt>
              <w:sdtPr>
                <w:alias w:val="Telafi tarihi 1"/>
                <w:tag w:val="Telafi tarihi 1"/>
                <w:id w:val="4205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052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053" w:edGrp="everyone"/>
            <w:sdt>
              <w:sdtPr>
                <w:alias w:val="Saat 1"/>
                <w:tag w:val="Saat 1"/>
                <w:id w:val="4205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053"/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054" w:edGrp="everyone"/>
            <w:sdt>
              <w:sdtPr>
                <w:alias w:val="Program 2"/>
                <w:tag w:val="Program 2"/>
                <w:id w:val="4205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054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055" w:edGrp="everyone"/>
            <w:sdt>
              <w:sdtPr>
                <w:alias w:val="Kod 2"/>
                <w:tag w:val="Kod 2"/>
                <w:id w:val="4205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55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056" w:edGrp="everyone"/>
            <w:sdt>
              <w:sdtPr>
                <w:alias w:val="Ders 2"/>
                <w:tag w:val="Ders 2"/>
                <w:id w:val="4205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056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057" w:edGrp="everyone"/>
            <w:sdt>
              <w:sdtPr>
                <w:alias w:val="Sınıf 2"/>
                <w:tag w:val="Sınıf 2"/>
                <w:id w:val="4205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057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058" w:edGrp="everyone"/>
            <w:sdt>
              <w:sdtPr>
                <w:alias w:val="T/U 2"/>
                <w:tag w:val="T/U 2"/>
                <w:id w:val="42057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058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059" w:edGrp="everyone"/>
            <w:sdt>
              <w:sdtPr>
                <w:alias w:val="Kredi 2"/>
                <w:tag w:val="Kredi 2"/>
                <w:id w:val="4205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59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060" w:edGrp="everyone"/>
            <w:sdt>
              <w:sdtPr>
                <w:alias w:val="Gereken tarih 2"/>
                <w:tag w:val="Gereken tarih 2"/>
                <w:id w:val="4205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060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061" w:edGrp="everyone"/>
            <w:sdt>
              <w:sdtPr>
                <w:alias w:val="Telafi tarihi 2"/>
                <w:tag w:val="Telafi tarihi 2"/>
                <w:id w:val="4206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061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062" w:edGrp="everyone"/>
            <w:sdt>
              <w:sdtPr>
                <w:alias w:val="Saat 2"/>
                <w:tag w:val="Saat 2"/>
                <w:id w:val="4206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062"/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063" w:edGrp="everyone"/>
            <w:sdt>
              <w:sdtPr>
                <w:alias w:val="Program 3"/>
                <w:tag w:val="Program 3"/>
                <w:id w:val="4206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063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064" w:edGrp="everyone"/>
            <w:sdt>
              <w:sdtPr>
                <w:alias w:val="Kod 3"/>
                <w:tag w:val="Kod 3"/>
                <w:id w:val="4206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64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065" w:edGrp="everyone"/>
            <w:sdt>
              <w:sdtPr>
                <w:alias w:val="Ders 3"/>
                <w:tag w:val="Ders 3"/>
                <w:id w:val="4206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065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066" w:edGrp="everyone"/>
            <w:sdt>
              <w:sdtPr>
                <w:alias w:val="Sınıf 3"/>
                <w:tag w:val="Sınıf 3"/>
                <w:id w:val="4206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066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067" w:edGrp="everyone"/>
            <w:sdt>
              <w:sdtPr>
                <w:alias w:val="T/U 3"/>
                <w:tag w:val="T/U 3"/>
                <w:id w:val="42066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067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068" w:edGrp="everyone"/>
            <w:sdt>
              <w:sdtPr>
                <w:alias w:val="Kredi 3"/>
                <w:tag w:val="Kredi 3"/>
                <w:id w:val="4206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68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069" w:edGrp="everyone"/>
            <w:sdt>
              <w:sdtPr>
                <w:alias w:val="Gereken tarih 3"/>
                <w:tag w:val="Gereken tarih 3"/>
                <w:id w:val="4206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069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070" w:edGrp="everyone"/>
            <w:sdt>
              <w:sdtPr>
                <w:alias w:val="Telafi tarihi 3"/>
                <w:tag w:val="Telafi tarihi 3"/>
                <w:id w:val="4206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070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071" w:edGrp="everyone"/>
            <w:sdt>
              <w:sdtPr>
                <w:alias w:val="Saat 3"/>
                <w:tag w:val="Saat 3"/>
                <w:id w:val="4207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071"/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072" w:edGrp="everyone"/>
            <w:sdt>
              <w:sdtPr>
                <w:alias w:val="Program 4"/>
                <w:tag w:val="Program 4"/>
                <w:id w:val="4207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072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073" w:edGrp="everyone"/>
            <w:sdt>
              <w:sdtPr>
                <w:alias w:val="Kod 4"/>
                <w:tag w:val="Kod 4"/>
                <w:id w:val="4207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73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074" w:edGrp="everyone"/>
            <w:sdt>
              <w:sdtPr>
                <w:alias w:val="Ders 4"/>
                <w:tag w:val="Ders 4"/>
                <w:id w:val="4207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074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075" w:edGrp="everyone"/>
            <w:sdt>
              <w:sdtPr>
                <w:alias w:val="Sınıf 4"/>
                <w:tag w:val="Sınıf 4"/>
                <w:id w:val="4207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075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076" w:edGrp="everyone"/>
            <w:sdt>
              <w:sdtPr>
                <w:alias w:val="T/U 4"/>
                <w:tag w:val="T/U 4"/>
                <w:id w:val="42075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076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077" w:edGrp="everyone"/>
            <w:sdt>
              <w:sdtPr>
                <w:alias w:val="Kredi 4"/>
                <w:tag w:val="Kredi 4"/>
                <w:id w:val="4207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77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078" w:edGrp="everyone"/>
            <w:sdt>
              <w:sdtPr>
                <w:alias w:val="Gereken tarih 4"/>
                <w:tag w:val="Gereken tarih 4"/>
                <w:id w:val="4207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078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079" w:edGrp="everyone"/>
            <w:sdt>
              <w:sdtPr>
                <w:alias w:val="Telafi tarihi 4"/>
                <w:tag w:val="Telafi tarihi 4"/>
                <w:id w:val="4207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079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080" w:edGrp="everyone"/>
            <w:sdt>
              <w:sdtPr>
                <w:alias w:val="Saat 4"/>
                <w:tag w:val="Saat 4"/>
                <w:id w:val="4207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080"/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081" w:edGrp="everyone"/>
            <w:sdt>
              <w:sdtPr>
                <w:alias w:val="Program 5"/>
                <w:tag w:val="Program 5"/>
                <w:id w:val="4208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081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082" w:edGrp="everyone"/>
            <w:sdt>
              <w:sdtPr>
                <w:alias w:val="Kod 5"/>
                <w:tag w:val="Kod 5"/>
                <w:id w:val="4208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82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083" w:edGrp="everyone"/>
            <w:sdt>
              <w:sdtPr>
                <w:alias w:val="Ders 5"/>
                <w:tag w:val="Ders 5"/>
                <w:id w:val="4208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083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084" w:edGrp="everyone"/>
            <w:sdt>
              <w:sdtPr>
                <w:alias w:val="Sınıf 5"/>
                <w:tag w:val="Sınıf 5"/>
                <w:id w:val="4208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084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085" w:edGrp="everyone"/>
            <w:sdt>
              <w:sdtPr>
                <w:alias w:val="T/U 5"/>
                <w:tag w:val="T/U 5"/>
                <w:id w:val="42084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085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086" w:edGrp="everyone"/>
            <w:sdt>
              <w:sdtPr>
                <w:alias w:val="Kredi 5"/>
                <w:tag w:val="Kredi 5"/>
                <w:id w:val="4208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86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087" w:edGrp="everyone"/>
            <w:sdt>
              <w:sdtPr>
                <w:alias w:val="Gereken tarih 5"/>
                <w:tag w:val="Gereken tarih 5"/>
                <w:id w:val="4208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087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088" w:edGrp="everyone"/>
            <w:sdt>
              <w:sdtPr>
                <w:alias w:val="Telafi tarihi 5"/>
                <w:tag w:val="Telafi tarihi 5"/>
                <w:id w:val="4208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088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089" w:edGrp="everyone"/>
            <w:sdt>
              <w:sdtPr>
                <w:alias w:val="Saat 5"/>
                <w:tag w:val="Saat 5"/>
                <w:id w:val="4208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089"/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090" w:edGrp="everyone"/>
            <w:sdt>
              <w:sdtPr>
                <w:alias w:val="Program 6"/>
                <w:tag w:val="Program 6"/>
                <w:id w:val="4208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090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091" w:edGrp="everyone"/>
            <w:sdt>
              <w:sdtPr>
                <w:alias w:val="Kod 6"/>
                <w:tag w:val="Kod 6"/>
                <w:id w:val="4209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91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092" w:edGrp="everyone"/>
            <w:sdt>
              <w:sdtPr>
                <w:alias w:val="Ders 6"/>
                <w:tag w:val="Ders 6"/>
                <w:id w:val="4209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092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093" w:edGrp="everyone"/>
            <w:sdt>
              <w:sdtPr>
                <w:alias w:val="Sınıf 6"/>
                <w:tag w:val="Sınıf 6"/>
                <w:id w:val="4209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093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094" w:edGrp="everyone"/>
            <w:sdt>
              <w:sdtPr>
                <w:alias w:val="T/U 6"/>
                <w:tag w:val="T/U 6"/>
                <w:id w:val="42093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094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095" w:edGrp="everyone"/>
            <w:sdt>
              <w:sdtPr>
                <w:alias w:val="Kredi 6"/>
                <w:tag w:val="Kredi 6"/>
                <w:id w:val="4209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95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096" w:edGrp="everyone"/>
            <w:sdt>
              <w:sdtPr>
                <w:alias w:val="Gereken tarih 6"/>
                <w:tag w:val="Gereken tarih 6"/>
                <w:id w:val="4209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096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097" w:edGrp="everyone"/>
            <w:sdt>
              <w:sdtPr>
                <w:alias w:val="Telafi tarihi 6"/>
                <w:tag w:val="Telafi tarihi 6"/>
                <w:id w:val="4209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097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098" w:edGrp="everyone"/>
            <w:sdt>
              <w:sdtPr>
                <w:alias w:val="Saat 6"/>
                <w:tag w:val="Saat 6"/>
                <w:id w:val="4209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09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834"/>
        <w:gridCol w:w="6803"/>
      </w:tblGrid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Toplam telafi edilecek ders sayısı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099" w:edGrp="everyone"/>
            <w:sdt>
              <w:sdtPr>
                <w:alias w:val="Toplam ders sayısı"/>
                <w:tag w:val="Toplam ders sayısı"/>
                <w:id w:val="4209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1099"/>
            <w:r>
              <w:rPr>
                <w:sz w:val="18"/>
                <w:szCs w:val="18"/>
              </w:rPr>
              <w:t xml:space="preserve">      </w:t>
            </w:r>
            <w:permStart w:id="1100" w:edGrp="everyone"/>
            <w:sdt>
              <w:sdtPr>
                <w:alias w:val="Devam sayfası kullanıldı (sayfa 2)"/>
                <w:tag w:val="Devam sayfası kullanıldı (sayfa 2)"/>
                <w:id w:val="42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100"/>
            <w:r>
              <w:rPr>
                <w:sz w:val="18"/>
                <w:szCs w:val="18"/>
              </w:rPr>
              <w:t xml:space="preserve"> Devam sayfası kullanıldı (sayfa 2)   </w:t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Öğretim Elemanı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Bölüm Başkanı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101" w:edGrp="everyone"/>
            <w:sdt>
              <w:sdtPr>
                <w:alias w:val="Öğretim Elemanı Adı Soyadı"/>
                <w:tag w:val="Öğretim Elemanı Adı Soyadı"/>
                <w:id w:val="4210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101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102" w:edGrp="everyone"/>
            <w:sdt>
              <w:sdtPr>
                <w:alias w:val="Bölüm Başkanı Adı Soyadı"/>
                <w:tag w:val="Bölüm Başkanı Adı Soyadı"/>
                <w:id w:val="4210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102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0" w:after="20" w:line="240" w:lineRule="auto"/>
        <w:jc w:val="left"/>
      </w:pPr>
      <w:r>
        <w:rPr>
          <w:b/>
          <w:bCs/>
          <w:sz w:val="17"/>
          <w:szCs w:val="17"/>
        </w:rPr>
        <w:t xml:space="preserve">AÇIKLAMA</w:t>
      </w: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1. Bu form bilgisayarla doldurulup Bölüm Başkanlığına teslim edilmelidir. Bölüm Başkanlığı, formu sayı atayarak ilgili birime göndermelidir.</w:t>
      </w: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2. Telafi edilecek ders sayısı 6'yı aşarsa 2. sayfadaki devam sayfası doldurulur ve form tek set olarak teslim edilir; 14 satır da yetmezse form fotokopi ile çoğaltılabilir. Devam sayfası gerekmiyorsa yazdırmayınız.</w:t>
      </w:r>
    </w:p>
    <w:p>
      <w:pPr>
        <w:pageBreakBefore/>
        <w:spacing w:before="0" w:after="120" w:line="240" w:lineRule="auto"/>
        <w:jc w:val="center"/>
      </w:pPr>
      <w:r>
        <w:rPr>
          <w:b/>
          <w:bCs/>
          <w:sz w:val="24"/>
          <w:szCs w:val="24"/>
        </w:rPr>
        <w:t xml:space="preserve">DERS TELAFİ FORMU (DEVAM SAYFASI)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trHeight w:val="351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Öğretim Elemanı: </w:t>
            </w:r>
            <w:permStart w:id="1103" w:edGrp="everyone"/>
            <w:sdt>
              <w:sdtPr>
                <w:alias w:val="Devam sayfası unvan, adı soyadı"/>
                <w:tag w:val="Devam sayfası unvan, adı soyadı"/>
                <w:id w:val="4210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</w:t>
                </w:r>
              </w:sdtContent>
            </w:sdt>
            <w:permEnd w:id="1103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Form Sayısı / Tarihi: </w:t>
            </w:r>
            <w:permStart w:id="1104" w:edGrp="everyone"/>
            <w:sdt>
              <w:sdtPr>
                <w:alias w:val="Devam form sayısı"/>
                <w:tag w:val="Devam form sayısı"/>
                <w:id w:val="4210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</w:t>
                </w:r>
              </w:sdtContent>
            </w:sdt>
            <w:permEnd w:id="1104"/>
            <w:r>
              <w:rPr>
                <w:sz w:val="19"/>
                <w:szCs w:val="19"/>
              </w:rPr>
              <w:t xml:space="preserve"> / </w:t>
            </w:r>
            <w:permStart w:id="1105" w:edGrp="everyone"/>
            <w:sdt>
              <w:sdtPr>
                <w:alias w:val="Devam tarihi"/>
                <w:tag w:val="Devam tarihi"/>
                <w:id w:val="42104"/>
              </w:sdtPr>
              <w:sdtContent>
                <w:r>
                  <w:rPr>
                    <w:sz w:val="19"/>
                    <w:szCs w:val="19"/>
                  </w:rPr>
                  <w:fldChar w:fldCharType="begin"/>
                </w:r>
                <w:r>
                  <w:rPr>
                    <w:sz w:val="19"/>
                    <w:szCs w:val="19"/>
                  </w:rPr>
                  <w:instrText xml:space="preserve"> DATE \@ "dd.MM.yyyy" </w:instrText>
                </w:r>
                <w:r>
                  <w:rPr>
                    <w:sz w:val="19"/>
                    <w:szCs w:val="19"/>
                  </w:rPr>
                  <w:fldChar w:fldCharType="separate"/>
                </w:r>
                <w:r>
                  <w:rPr>
                    <w:sz w:val="19"/>
                    <w:szCs w:val="19"/>
                  </w:rPr>
                  <w:t>06.10.2026</w:t>
                </w:r>
                <w:r>
                  <w:rPr>
                    <w:sz w:val="19"/>
                    <w:szCs w:val="19"/>
                  </w:rPr>
                  <w:fldChar w:fldCharType="end"/>
                </w:r>
              </w:sdtContent>
            </w:sdt>
            <w:permEnd w:id="110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140"/>
        <w:gridCol w:w="855"/>
        <w:gridCol w:w="1596"/>
        <w:gridCol w:w="855"/>
        <w:gridCol w:w="855"/>
        <w:gridCol w:w="684"/>
        <w:gridCol w:w="1311"/>
        <w:gridCol w:w="1311"/>
        <w:gridCol w:w="1026"/>
      </w:tblGrid>
      <w:tr>
        <w:trPr>
          <w:trHeight w:val="385" w:hRule="atLeast"/>
          <w:cantSplit/>
        </w:trPr>
        <w:tc>
          <w:tcPr>
            <w:tcW w:type="dxa" w:w="114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Bölüm / Program</w:t>
            </w:r>
          </w:p>
        </w:tc>
        <w:tc>
          <w:tcPr>
            <w:tcW w:type="dxa" w:w="8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Dersin Kodu</w:t>
            </w:r>
          </w:p>
        </w:tc>
        <w:tc>
          <w:tcPr>
            <w:tcW w:type="dxa" w:w="159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Dersin Adı</w:t>
            </w:r>
          </w:p>
        </w:tc>
        <w:tc>
          <w:tcPr>
            <w:tcW w:type="dxa" w:w="8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Sınıf / Şube</w:t>
            </w:r>
          </w:p>
        </w:tc>
        <w:tc>
          <w:tcPr>
            <w:tcW w:type="dxa" w:w="85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T/U</w:t>
            </w:r>
          </w:p>
        </w:tc>
        <w:tc>
          <w:tcPr>
            <w:tcW w:type="dxa" w:w="68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Kredisi</w:t>
            </w:r>
          </w:p>
        </w:tc>
        <w:tc>
          <w:tcPr>
            <w:tcW w:type="dxa" w:w="131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Yapılması Gereken Tarih</w:t>
            </w:r>
          </w:p>
        </w:tc>
        <w:tc>
          <w:tcPr>
            <w:tcW w:type="dxa" w:w="131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Yapılacağı Tarih</w:t>
            </w:r>
          </w:p>
        </w:tc>
        <w:tc>
          <w:tcPr>
            <w:tcW w:type="dxa" w:w="102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Yapılacağı Saat</w:t>
            </w:r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106" w:edGrp="everyone"/>
            <w:sdt>
              <w:sdtPr>
                <w:alias w:val="Program 7"/>
                <w:tag w:val="Program 7"/>
                <w:id w:val="4210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06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07" w:edGrp="everyone"/>
            <w:sdt>
              <w:sdtPr>
                <w:alias w:val="Kod 7"/>
                <w:tag w:val="Kod 7"/>
                <w:id w:val="4210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07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108" w:edGrp="everyone"/>
            <w:sdt>
              <w:sdtPr>
                <w:alias w:val="Ders 7"/>
                <w:tag w:val="Ders 7"/>
                <w:id w:val="4210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108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09" w:edGrp="everyone"/>
            <w:sdt>
              <w:sdtPr>
                <w:alias w:val="Sınıf 7"/>
                <w:tag w:val="Sınıf 7"/>
                <w:id w:val="4210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09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10" w:edGrp="everyone"/>
            <w:sdt>
              <w:sdtPr>
                <w:alias w:val="T/U 7"/>
                <w:tag w:val="T/U 7"/>
                <w:id w:val="42109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10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111" w:edGrp="everyone"/>
            <w:sdt>
              <w:sdtPr>
                <w:alias w:val="Kredi 7"/>
                <w:tag w:val="Kredi 7"/>
                <w:id w:val="4211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11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12" w:edGrp="everyone"/>
            <w:sdt>
              <w:sdtPr>
                <w:alias w:val="Gereken tarih 7"/>
                <w:tag w:val="Gereken tarih 7"/>
                <w:id w:val="4211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12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13" w:edGrp="everyone"/>
            <w:sdt>
              <w:sdtPr>
                <w:alias w:val="Telafi tarihi 7"/>
                <w:tag w:val="Telafi tarihi 7"/>
                <w:id w:val="4211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13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114" w:edGrp="everyone"/>
            <w:sdt>
              <w:sdtPr>
                <w:alias w:val="Saat 7"/>
                <w:tag w:val="Saat 7"/>
                <w:id w:val="4211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14"/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115" w:edGrp="everyone"/>
            <w:sdt>
              <w:sdtPr>
                <w:alias w:val="Program 8"/>
                <w:tag w:val="Program 8"/>
                <w:id w:val="4211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15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16" w:edGrp="everyone"/>
            <w:sdt>
              <w:sdtPr>
                <w:alias w:val="Kod 8"/>
                <w:tag w:val="Kod 8"/>
                <w:id w:val="4211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16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117" w:edGrp="everyone"/>
            <w:sdt>
              <w:sdtPr>
                <w:alias w:val="Ders 8"/>
                <w:tag w:val="Ders 8"/>
                <w:id w:val="4211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117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18" w:edGrp="everyone"/>
            <w:sdt>
              <w:sdtPr>
                <w:alias w:val="Sınıf 8"/>
                <w:tag w:val="Sınıf 8"/>
                <w:id w:val="4211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18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19" w:edGrp="everyone"/>
            <w:sdt>
              <w:sdtPr>
                <w:alias w:val="T/U 8"/>
                <w:tag w:val="T/U 8"/>
                <w:id w:val="42118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19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120" w:edGrp="everyone"/>
            <w:sdt>
              <w:sdtPr>
                <w:alias w:val="Kredi 8"/>
                <w:tag w:val="Kredi 8"/>
                <w:id w:val="4211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20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21" w:edGrp="everyone"/>
            <w:sdt>
              <w:sdtPr>
                <w:alias w:val="Gereken tarih 8"/>
                <w:tag w:val="Gereken tarih 8"/>
                <w:id w:val="4212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21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22" w:edGrp="everyone"/>
            <w:sdt>
              <w:sdtPr>
                <w:alias w:val="Telafi tarihi 8"/>
                <w:tag w:val="Telafi tarihi 8"/>
                <w:id w:val="4212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22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123" w:edGrp="everyone"/>
            <w:sdt>
              <w:sdtPr>
                <w:alias w:val="Saat 8"/>
                <w:tag w:val="Saat 8"/>
                <w:id w:val="4212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23"/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124" w:edGrp="everyone"/>
            <w:sdt>
              <w:sdtPr>
                <w:alias w:val="Program 9"/>
                <w:tag w:val="Program 9"/>
                <w:id w:val="4212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24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25" w:edGrp="everyone"/>
            <w:sdt>
              <w:sdtPr>
                <w:alias w:val="Kod 9"/>
                <w:tag w:val="Kod 9"/>
                <w:id w:val="4212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25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126" w:edGrp="everyone"/>
            <w:sdt>
              <w:sdtPr>
                <w:alias w:val="Ders 9"/>
                <w:tag w:val="Ders 9"/>
                <w:id w:val="4212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126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27" w:edGrp="everyone"/>
            <w:sdt>
              <w:sdtPr>
                <w:alias w:val="Sınıf 9"/>
                <w:tag w:val="Sınıf 9"/>
                <w:id w:val="4212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27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28" w:edGrp="everyone"/>
            <w:sdt>
              <w:sdtPr>
                <w:alias w:val="T/U 9"/>
                <w:tag w:val="T/U 9"/>
                <w:id w:val="42127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28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129" w:edGrp="everyone"/>
            <w:sdt>
              <w:sdtPr>
                <w:alias w:val="Kredi 9"/>
                <w:tag w:val="Kredi 9"/>
                <w:id w:val="4212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29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30" w:edGrp="everyone"/>
            <w:sdt>
              <w:sdtPr>
                <w:alias w:val="Gereken tarih 9"/>
                <w:tag w:val="Gereken tarih 9"/>
                <w:id w:val="4212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30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31" w:edGrp="everyone"/>
            <w:sdt>
              <w:sdtPr>
                <w:alias w:val="Telafi tarihi 9"/>
                <w:tag w:val="Telafi tarihi 9"/>
                <w:id w:val="4213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31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132" w:edGrp="everyone"/>
            <w:sdt>
              <w:sdtPr>
                <w:alias w:val="Saat 9"/>
                <w:tag w:val="Saat 9"/>
                <w:id w:val="4213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32"/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133" w:edGrp="everyone"/>
            <w:sdt>
              <w:sdtPr>
                <w:alias w:val="Program 10"/>
                <w:tag w:val="Program 10"/>
                <w:id w:val="4213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33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34" w:edGrp="everyone"/>
            <w:sdt>
              <w:sdtPr>
                <w:alias w:val="Kod 10"/>
                <w:tag w:val="Kod 10"/>
                <w:id w:val="4213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34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135" w:edGrp="everyone"/>
            <w:sdt>
              <w:sdtPr>
                <w:alias w:val="Ders 10"/>
                <w:tag w:val="Ders 10"/>
                <w:id w:val="4213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135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36" w:edGrp="everyone"/>
            <w:sdt>
              <w:sdtPr>
                <w:alias w:val="Sınıf 10"/>
                <w:tag w:val="Sınıf 10"/>
                <w:id w:val="4213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36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37" w:edGrp="everyone"/>
            <w:sdt>
              <w:sdtPr>
                <w:alias w:val="T/U 10"/>
                <w:tag w:val="T/U 10"/>
                <w:id w:val="42136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37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138" w:edGrp="everyone"/>
            <w:sdt>
              <w:sdtPr>
                <w:alias w:val="Kredi 10"/>
                <w:tag w:val="Kredi 10"/>
                <w:id w:val="4213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38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39" w:edGrp="everyone"/>
            <w:sdt>
              <w:sdtPr>
                <w:alias w:val="Gereken tarih 10"/>
                <w:tag w:val="Gereken tarih 10"/>
                <w:id w:val="4213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39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40" w:edGrp="everyone"/>
            <w:sdt>
              <w:sdtPr>
                <w:alias w:val="Telafi tarihi 10"/>
                <w:tag w:val="Telafi tarihi 10"/>
                <w:id w:val="4213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40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141" w:edGrp="everyone"/>
            <w:sdt>
              <w:sdtPr>
                <w:alias w:val="Saat 10"/>
                <w:tag w:val="Saat 10"/>
                <w:id w:val="4214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41"/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142" w:edGrp="everyone"/>
            <w:sdt>
              <w:sdtPr>
                <w:alias w:val="Program 11"/>
                <w:tag w:val="Program 11"/>
                <w:id w:val="4214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42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43" w:edGrp="everyone"/>
            <w:sdt>
              <w:sdtPr>
                <w:alias w:val="Kod 11"/>
                <w:tag w:val="Kod 11"/>
                <w:id w:val="4214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43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144" w:edGrp="everyone"/>
            <w:sdt>
              <w:sdtPr>
                <w:alias w:val="Ders 11"/>
                <w:tag w:val="Ders 11"/>
                <w:id w:val="4214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144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45" w:edGrp="everyone"/>
            <w:sdt>
              <w:sdtPr>
                <w:alias w:val="Sınıf 11"/>
                <w:tag w:val="Sınıf 11"/>
                <w:id w:val="4214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45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46" w:edGrp="everyone"/>
            <w:sdt>
              <w:sdtPr>
                <w:alias w:val="T/U 11"/>
                <w:tag w:val="T/U 11"/>
                <w:id w:val="42145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46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147" w:edGrp="everyone"/>
            <w:sdt>
              <w:sdtPr>
                <w:alias w:val="Kredi 11"/>
                <w:tag w:val="Kredi 11"/>
                <w:id w:val="4214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47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48" w:edGrp="everyone"/>
            <w:sdt>
              <w:sdtPr>
                <w:alias w:val="Gereken tarih 11"/>
                <w:tag w:val="Gereken tarih 11"/>
                <w:id w:val="4214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48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49" w:edGrp="everyone"/>
            <w:sdt>
              <w:sdtPr>
                <w:alias w:val="Telafi tarihi 11"/>
                <w:tag w:val="Telafi tarihi 11"/>
                <w:id w:val="4214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49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150" w:edGrp="everyone"/>
            <w:sdt>
              <w:sdtPr>
                <w:alias w:val="Saat 11"/>
                <w:tag w:val="Saat 11"/>
                <w:id w:val="4214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50"/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151" w:edGrp="everyone"/>
            <w:sdt>
              <w:sdtPr>
                <w:alias w:val="Program 12"/>
                <w:tag w:val="Program 12"/>
                <w:id w:val="4215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51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52" w:edGrp="everyone"/>
            <w:sdt>
              <w:sdtPr>
                <w:alias w:val="Kod 12"/>
                <w:tag w:val="Kod 12"/>
                <w:id w:val="4215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52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153" w:edGrp="everyone"/>
            <w:sdt>
              <w:sdtPr>
                <w:alias w:val="Ders 12"/>
                <w:tag w:val="Ders 12"/>
                <w:id w:val="4215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153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54" w:edGrp="everyone"/>
            <w:sdt>
              <w:sdtPr>
                <w:alias w:val="Sınıf 12"/>
                <w:tag w:val="Sınıf 12"/>
                <w:id w:val="4215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54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55" w:edGrp="everyone"/>
            <w:sdt>
              <w:sdtPr>
                <w:alias w:val="T/U 12"/>
                <w:tag w:val="T/U 12"/>
                <w:id w:val="42154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55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156" w:edGrp="everyone"/>
            <w:sdt>
              <w:sdtPr>
                <w:alias w:val="Kredi 12"/>
                <w:tag w:val="Kredi 12"/>
                <w:id w:val="4215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56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57" w:edGrp="everyone"/>
            <w:sdt>
              <w:sdtPr>
                <w:alias w:val="Gereken tarih 12"/>
                <w:tag w:val="Gereken tarih 12"/>
                <w:id w:val="4215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57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58" w:edGrp="everyone"/>
            <w:sdt>
              <w:sdtPr>
                <w:alias w:val="Telafi tarihi 12"/>
                <w:tag w:val="Telafi tarihi 12"/>
                <w:id w:val="4215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58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159" w:edGrp="everyone"/>
            <w:sdt>
              <w:sdtPr>
                <w:alias w:val="Saat 12"/>
                <w:tag w:val="Saat 12"/>
                <w:id w:val="4215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59"/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160" w:edGrp="everyone"/>
            <w:sdt>
              <w:sdtPr>
                <w:alias w:val="Program 13"/>
                <w:tag w:val="Program 13"/>
                <w:id w:val="4215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60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61" w:edGrp="everyone"/>
            <w:sdt>
              <w:sdtPr>
                <w:alias w:val="Kod 13"/>
                <w:tag w:val="Kod 13"/>
                <w:id w:val="4216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61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162" w:edGrp="everyone"/>
            <w:sdt>
              <w:sdtPr>
                <w:alias w:val="Ders 13"/>
                <w:tag w:val="Ders 13"/>
                <w:id w:val="4216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162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63" w:edGrp="everyone"/>
            <w:sdt>
              <w:sdtPr>
                <w:alias w:val="Sınıf 13"/>
                <w:tag w:val="Sınıf 13"/>
                <w:id w:val="4216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63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64" w:edGrp="everyone"/>
            <w:sdt>
              <w:sdtPr>
                <w:alias w:val="T/U 13"/>
                <w:tag w:val="T/U 13"/>
                <w:id w:val="42163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64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165" w:edGrp="everyone"/>
            <w:sdt>
              <w:sdtPr>
                <w:alias w:val="Kredi 13"/>
                <w:tag w:val="Kredi 13"/>
                <w:id w:val="4216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65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66" w:edGrp="everyone"/>
            <w:sdt>
              <w:sdtPr>
                <w:alias w:val="Gereken tarih 13"/>
                <w:tag w:val="Gereken tarih 13"/>
                <w:id w:val="4216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66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67" w:edGrp="everyone"/>
            <w:sdt>
              <w:sdtPr>
                <w:alias w:val="Telafi tarihi 13"/>
                <w:tag w:val="Telafi tarihi 13"/>
                <w:id w:val="4216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67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168" w:edGrp="everyone"/>
            <w:sdt>
              <w:sdtPr>
                <w:alias w:val="Saat 13"/>
                <w:tag w:val="Saat 13"/>
                <w:id w:val="4216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68"/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169" w:edGrp="everyone"/>
            <w:sdt>
              <w:sdtPr>
                <w:alias w:val="Program 14"/>
                <w:tag w:val="Program 14"/>
                <w:id w:val="4216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69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70" w:edGrp="everyone"/>
            <w:sdt>
              <w:sdtPr>
                <w:alias w:val="Kod 14"/>
                <w:tag w:val="Kod 14"/>
                <w:id w:val="4216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70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171" w:edGrp="everyone"/>
            <w:sdt>
              <w:sdtPr>
                <w:alias w:val="Ders 14"/>
                <w:tag w:val="Ders 14"/>
                <w:id w:val="4217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171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72" w:edGrp="everyone"/>
            <w:sdt>
              <w:sdtPr>
                <w:alias w:val="Sınıf 14"/>
                <w:tag w:val="Sınıf 14"/>
                <w:id w:val="4217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72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73" w:edGrp="everyone"/>
            <w:sdt>
              <w:sdtPr>
                <w:alias w:val="T/U 14"/>
                <w:tag w:val="T/U 14"/>
                <w:id w:val="42172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73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174" w:edGrp="everyone"/>
            <w:sdt>
              <w:sdtPr>
                <w:alias w:val="Kredi 14"/>
                <w:tag w:val="Kredi 14"/>
                <w:id w:val="4217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74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75" w:edGrp="everyone"/>
            <w:sdt>
              <w:sdtPr>
                <w:alias w:val="Gereken tarih 14"/>
                <w:tag w:val="Gereken tarih 14"/>
                <w:id w:val="4217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75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76" w:edGrp="everyone"/>
            <w:sdt>
              <w:sdtPr>
                <w:alias w:val="Telafi tarihi 14"/>
                <w:tag w:val="Telafi tarihi 14"/>
                <w:id w:val="4217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76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177" w:edGrp="everyone"/>
            <w:sdt>
              <w:sdtPr>
                <w:alias w:val="Saat 14"/>
                <w:tag w:val="Saat 14"/>
                <w:id w:val="4217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77"/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178" w:edGrp="everyone"/>
            <w:sdt>
              <w:sdtPr>
                <w:alias w:val="Program 15"/>
                <w:tag w:val="Program 15"/>
                <w:id w:val="4217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78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79" w:edGrp="everyone"/>
            <w:sdt>
              <w:sdtPr>
                <w:alias w:val="Kod 15"/>
                <w:tag w:val="Kod 15"/>
                <w:id w:val="4217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79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180" w:edGrp="everyone"/>
            <w:sdt>
              <w:sdtPr>
                <w:alias w:val="Ders 15"/>
                <w:tag w:val="Ders 15"/>
                <w:id w:val="4217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180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81" w:edGrp="everyone"/>
            <w:sdt>
              <w:sdtPr>
                <w:alias w:val="Sınıf 15"/>
                <w:tag w:val="Sınıf 15"/>
                <w:id w:val="4218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81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82" w:edGrp="everyone"/>
            <w:sdt>
              <w:sdtPr>
                <w:alias w:val="T/U 15"/>
                <w:tag w:val="T/U 15"/>
                <w:id w:val="42181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82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183" w:edGrp="everyone"/>
            <w:sdt>
              <w:sdtPr>
                <w:alias w:val="Kredi 15"/>
                <w:tag w:val="Kredi 15"/>
                <w:id w:val="4218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83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84" w:edGrp="everyone"/>
            <w:sdt>
              <w:sdtPr>
                <w:alias w:val="Gereken tarih 15"/>
                <w:tag w:val="Gereken tarih 15"/>
                <w:id w:val="4218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84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85" w:edGrp="everyone"/>
            <w:sdt>
              <w:sdtPr>
                <w:alias w:val="Telafi tarihi 15"/>
                <w:tag w:val="Telafi tarihi 15"/>
                <w:id w:val="4218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85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186" w:edGrp="everyone"/>
            <w:sdt>
              <w:sdtPr>
                <w:alias w:val="Saat 15"/>
                <w:tag w:val="Saat 15"/>
                <w:id w:val="4218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86"/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187" w:edGrp="everyone"/>
            <w:sdt>
              <w:sdtPr>
                <w:alias w:val="Program 16"/>
                <w:tag w:val="Program 16"/>
                <w:id w:val="4218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87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88" w:edGrp="everyone"/>
            <w:sdt>
              <w:sdtPr>
                <w:alias w:val="Kod 16"/>
                <w:tag w:val="Kod 16"/>
                <w:id w:val="4218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88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189" w:edGrp="everyone"/>
            <w:sdt>
              <w:sdtPr>
                <w:alias w:val="Ders 16"/>
                <w:tag w:val="Ders 16"/>
                <w:id w:val="4218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189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90" w:edGrp="everyone"/>
            <w:sdt>
              <w:sdtPr>
                <w:alias w:val="Sınıf 16"/>
                <w:tag w:val="Sınıf 16"/>
                <w:id w:val="4218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90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91" w:edGrp="everyone"/>
            <w:sdt>
              <w:sdtPr>
                <w:alias w:val="T/U 16"/>
                <w:tag w:val="T/U 16"/>
                <w:id w:val="42190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91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192" w:edGrp="everyone"/>
            <w:sdt>
              <w:sdtPr>
                <w:alias w:val="Kredi 16"/>
                <w:tag w:val="Kredi 16"/>
                <w:id w:val="4219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92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93" w:edGrp="everyone"/>
            <w:sdt>
              <w:sdtPr>
                <w:alias w:val="Gereken tarih 16"/>
                <w:tag w:val="Gereken tarih 16"/>
                <w:id w:val="4219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93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194" w:edGrp="everyone"/>
            <w:sdt>
              <w:sdtPr>
                <w:alias w:val="Telafi tarihi 16"/>
                <w:tag w:val="Telafi tarihi 16"/>
                <w:id w:val="4219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194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195" w:edGrp="everyone"/>
            <w:sdt>
              <w:sdtPr>
                <w:alias w:val="Saat 16"/>
                <w:tag w:val="Saat 16"/>
                <w:id w:val="4219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95"/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196" w:edGrp="everyone"/>
            <w:sdt>
              <w:sdtPr>
                <w:alias w:val="Program 17"/>
                <w:tag w:val="Program 17"/>
                <w:id w:val="4219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196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97" w:edGrp="everyone"/>
            <w:sdt>
              <w:sdtPr>
                <w:alias w:val="Kod 17"/>
                <w:tag w:val="Kod 17"/>
                <w:id w:val="4219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197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198" w:edGrp="everyone"/>
            <w:sdt>
              <w:sdtPr>
                <w:alias w:val="Ders 17"/>
                <w:tag w:val="Ders 17"/>
                <w:id w:val="4219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198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199" w:edGrp="everyone"/>
            <w:sdt>
              <w:sdtPr>
                <w:alias w:val="Sınıf 17"/>
                <w:tag w:val="Sınıf 17"/>
                <w:id w:val="4219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199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200" w:edGrp="everyone"/>
            <w:sdt>
              <w:sdtPr>
                <w:alias w:val="T/U 17"/>
                <w:tag w:val="T/U 17"/>
                <w:id w:val="42199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200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201" w:edGrp="everyone"/>
            <w:sdt>
              <w:sdtPr>
                <w:alias w:val="Kredi 17"/>
                <w:tag w:val="Kredi 17"/>
                <w:id w:val="4220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201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202" w:edGrp="everyone"/>
            <w:sdt>
              <w:sdtPr>
                <w:alias w:val="Gereken tarih 17"/>
                <w:tag w:val="Gereken tarih 17"/>
                <w:id w:val="4220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202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203" w:edGrp="everyone"/>
            <w:sdt>
              <w:sdtPr>
                <w:alias w:val="Telafi tarihi 17"/>
                <w:tag w:val="Telafi tarihi 17"/>
                <w:id w:val="4220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203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204" w:edGrp="everyone"/>
            <w:sdt>
              <w:sdtPr>
                <w:alias w:val="Saat 17"/>
                <w:tag w:val="Saat 17"/>
                <w:id w:val="4220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204"/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205" w:edGrp="everyone"/>
            <w:sdt>
              <w:sdtPr>
                <w:alias w:val="Program 18"/>
                <w:tag w:val="Program 18"/>
                <w:id w:val="4220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205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206" w:edGrp="everyone"/>
            <w:sdt>
              <w:sdtPr>
                <w:alias w:val="Kod 18"/>
                <w:tag w:val="Kod 18"/>
                <w:id w:val="4220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206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207" w:edGrp="everyone"/>
            <w:sdt>
              <w:sdtPr>
                <w:alias w:val="Ders 18"/>
                <w:tag w:val="Ders 18"/>
                <w:id w:val="4220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207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208" w:edGrp="everyone"/>
            <w:sdt>
              <w:sdtPr>
                <w:alias w:val="Sınıf 18"/>
                <w:tag w:val="Sınıf 18"/>
                <w:id w:val="4220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208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209" w:edGrp="everyone"/>
            <w:sdt>
              <w:sdtPr>
                <w:alias w:val="T/U 18"/>
                <w:tag w:val="T/U 18"/>
                <w:id w:val="42208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209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210" w:edGrp="everyone"/>
            <w:sdt>
              <w:sdtPr>
                <w:alias w:val="Kredi 18"/>
                <w:tag w:val="Kredi 18"/>
                <w:id w:val="4220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210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211" w:edGrp="everyone"/>
            <w:sdt>
              <w:sdtPr>
                <w:alias w:val="Gereken tarih 18"/>
                <w:tag w:val="Gereken tarih 18"/>
                <w:id w:val="4221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211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212" w:edGrp="everyone"/>
            <w:sdt>
              <w:sdtPr>
                <w:alias w:val="Telafi tarihi 18"/>
                <w:tag w:val="Telafi tarihi 18"/>
                <w:id w:val="4221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212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213" w:edGrp="everyone"/>
            <w:sdt>
              <w:sdtPr>
                <w:alias w:val="Saat 18"/>
                <w:tag w:val="Saat 18"/>
                <w:id w:val="4221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213"/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214" w:edGrp="everyone"/>
            <w:sdt>
              <w:sdtPr>
                <w:alias w:val="Program 19"/>
                <w:tag w:val="Program 19"/>
                <w:id w:val="4221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214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215" w:edGrp="everyone"/>
            <w:sdt>
              <w:sdtPr>
                <w:alias w:val="Kod 19"/>
                <w:tag w:val="Kod 19"/>
                <w:id w:val="4221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215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216" w:edGrp="everyone"/>
            <w:sdt>
              <w:sdtPr>
                <w:alias w:val="Ders 19"/>
                <w:tag w:val="Ders 19"/>
                <w:id w:val="4221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216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217" w:edGrp="everyone"/>
            <w:sdt>
              <w:sdtPr>
                <w:alias w:val="Sınıf 19"/>
                <w:tag w:val="Sınıf 19"/>
                <w:id w:val="4221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217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218" w:edGrp="everyone"/>
            <w:sdt>
              <w:sdtPr>
                <w:alias w:val="T/U 19"/>
                <w:tag w:val="T/U 19"/>
                <w:id w:val="42217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218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219" w:edGrp="everyone"/>
            <w:sdt>
              <w:sdtPr>
                <w:alias w:val="Kredi 19"/>
                <w:tag w:val="Kredi 19"/>
                <w:id w:val="4221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219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220" w:edGrp="everyone"/>
            <w:sdt>
              <w:sdtPr>
                <w:alias w:val="Gereken tarih 19"/>
                <w:tag w:val="Gereken tarih 19"/>
                <w:id w:val="4221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220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221" w:edGrp="everyone"/>
            <w:sdt>
              <w:sdtPr>
                <w:alias w:val="Telafi tarihi 19"/>
                <w:tag w:val="Telafi tarihi 19"/>
                <w:id w:val="4222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221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222" w:edGrp="everyone"/>
            <w:sdt>
              <w:sdtPr>
                <w:alias w:val="Saat 19"/>
                <w:tag w:val="Saat 19"/>
                <w:id w:val="4222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222"/>
          </w:p>
        </w:tc>
      </w:tr>
      <w:tr>
        <w:trPr>
          <w:trHeight w:val="385" w:hRule="atLeast"/>
          <w:cantSplit/>
        </w:trPr>
        <w:tc>
          <w:tcPr>
            <w:tcW w:type="dxa" w:w="1141"/>
            <w:vAlign w:val="center"/>
          </w:tcPr>
          <w:p>
            <w:pPr>
              <w:spacing w:before="0" w:after="0" w:line="240" w:lineRule="auto"/>
              <w:jc w:val="left"/>
            </w:pPr>
            <w:permStart w:id="1223" w:edGrp="everyone"/>
            <w:sdt>
              <w:sdtPr>
                <w:alias w:val="Program 20"/>
                <w:tag w:val="Program 20"/>
                <w:id w:val="4222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223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224" w:edGrp="everyone"/>
            <w:sdt>
              <w:sdtPr>
                <w:alias w:val="Kod 20"/>
                <w:tag w:val="Kod 20"/>
                <w:id w:val="4222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224"/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  <w:jc w:val="left"/>
            </w:pPr>
            <w:permStart w:id="1225" w:edGrp="everyone"/>
            <w:sdt>
              <w:sdtPr>
                <w:alias w:val="Ders 20"/>
                <w:tag w:val="Ders 20"/>
                <w:id w:val="4222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225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226" w:edGrp="everyone"/>
            <w:sdt>
              <w:sdtPr>
                <w:alias w:val="Sınıf 20"/>
                <w:tag w:val="Sınıf 20"/>
                <w:id w:val="4222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226"/>
          </w:p>
        </w:tc>
        <w:tc>
          <w:tcPr>
            <w:tcW w:type="dxa" w:w="855"/>
            <w:vAlign w:val="center"/>
          </w:tcPr>
          <w:p>
            <w:pPr>
              <w:spacing w:before="0" w:after="0" w:line="240" w:lineRule="auto"/>
              <w:jc w:val="left"/>
            </w:pPr>
            <w:permStart w:id="1227" w:edGrp="everyone"/>
            <w:sdt>
              <w:sdtPr>
                <w:alias w:val="T/U 20"/>
                <w:tag w:val="T/U 20"/>
                <w:id w:val="42226"/>
                <w:showingPlcHdr/>
                <w:dropDownList>
                  <w:listItem w:displayText="T" w:value="T"/>
                  <w:listItem w:displayText="U" w:value="U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227"/>
          </w:p>
        </w:tc>
        <w:tc>
          <w:tcPr>
            <w:tcW w:type="dxa" w:w="684"/>
            <w:vAlign w:val="center"/>
          </w:tcPr>
          <w:p>
            <w:pPr>
              <w:spacing w:before="0" w:after="0" w:line="240" w:lineRule="auto"/>
              <w:jc w:val="left"/>
            </w:pPr>
            <w:permStart w:id="1228" w:edGrp="everyone"/>
            <w:sdt>
              <w:sdtPr>
                <w:alias w:val="Kredi 20"/>
                <w:tag w:val="Kredi 20"/>
                <w:id w:val="4222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228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229" w:edGrp="everyone"/>
            <w:sdt>
              <w:sdtPr>
                <w:alias w:val="Gereken tarih 20"/>
                <w:tag w:val="Gereken tarih 20"/>
                <w:id w:val="4222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229"/>
          </w:p>
        </w:tc>
        <w:tc>
          <w:tcPr>
            <w:tcW w:type="dxa" w:w="1312"/>
            <w:vAlign w:val="center"/>
          </w:tcPr>
          <w:p>
            <w:pPr>
              <w:spacing w:before="0" w:after="0" w:line="240" w:lineRule="auto"/>
              <w:jc w:val="left"/>
            </w:pPr>
            <w:permStart w:id="1230" w:edGrp="everyone"/>
            <w:sdt>
              <w:sdtPr>
                <w:alias w:val="Telafi tarihi 20"/>
                <w:tag w:val="Telafi tarihi 20"/>
                <w:id w:val="4222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230"/>
          </w:p>
        </w:tc>
        <w:tc>
          <w:tcPr>
            <w:tcW w:type="dxa" w:w="1027"/>
            <w:vAlign w:val="center"/>
          </w:tcPr>
          <w:p>
            <w:pPr>
              <w:spacing w:before="0" w:after="0" w:line="240" w:lineRule="auto"/>
              <w:jc w:val="left"/>
            </w:pPr>
            <w:permStart w:id="1231" w:edGrp="everyone"/>
            <w:sdt>
              <w:sdtPr>
                <w:alias w:val="Saat 20"/>
                <w:tag w:val="Saat 20"/>
                <w:id w:val="4223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</w:t>
                </w:r>
              </w:sdtContent>
            </w:sdt>
            <w:permEnd w:id="123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Öğretim Elemanı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Bölüm Başkanı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232" w:edGrp="everyone"/>
            <w:sdt>
              <w:sdtPr>
                <w:alias w:val="Öğretim Elemanı Adı Soyadı"/>
                <w:tag w:val="Öğretim Elemanı Adı Soyadı"/>
                <w:id w:val="4223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232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233" w:edGrp="everyone"/>
            <w:sdt>
              <w:sdtPr>
                <w:alias w:val="Bölüm Başkanı Adı Soyadı"/>
                <w:tag w:val="Bölüm Başkanı Adı Soyadı"/>
                <w:id w:val="4223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233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HTMYO-PFRM-200  |  Ders Telafi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HTMYO-PFRM-200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05.08.2025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01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Telafi Formu</dc:title>
  <dc:subject>HTMYO-PFRM-200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