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DERS PLANI DEĞİŞİKLİK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Bölüm Başkanlıkları tarafından doldurulur; Bölüm Kurulu kararı ile birlikte Yüksekokul Müdürlüğüne iletilir.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" w:edGrp="everyone"/>
      <w:sdt>
        <w:sdtPr>
          <w:alias w:val="Tarih"/>
          <w:tag w:val="Tarih"/>
          <w:id w:val="4100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2182"/>
        <w:gridCol w:w="4911"/>
        <w:gridCol w:w="2182"/>
        <w:gridCol w:w="5293"/>
      </w:tblGrid>
      <w:tr>
        <w:trPr>
          <w:trHeight w:val="351" w:hRule="atLeast"/>
          <w:cantSplit/>
        </w:trPr>
        <w:tc>
          <w:tcPr>
            <w:tcW w:type="dxa" w:w="2183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4911"/>
            <w:vAlign w:val="center"/>
          </w:tcPr>
          <w:p>
            <w:pPr>
              <w:spacing w:before="0" w:after="0" w:line="240" w:lineRule="auto"/>
              <w:jc w:val="left"/>
            </w:pPr>
            <w:permStart w:id="2" w:edGrp="everyone"/>
            <w:sdt>
              <w:sdtPr>
                <w:alias w:val="Bölüm / Program"/>
                <w:tag w:val="Bölüm / Program"/>
                <w:id w:val="410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"/>
          </w:p>
        </w:tc>
        <w:tc>
          <w:tcPr>
            <w:tcW w:type="dxa" w:w="2183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Uygulanacağı Akademik Yıl</w:t>
            </w:r>
          </w:p>
        </w:tc>
        <w:tc>
          <w:tcPr>
            <w:tcW w:type="dxa" w:w="5293"/>
            <w:vAlign w:val="center"/>
          </w:tcPr>
          <w:p>
            <w:pPr>
              <w:spacing w:before="0" w:after="0" w:line="240" w:lineRule="auto"/>
              <w:jc w:val="left"/>
            </w:pPr>
            <w:permStart w:id="3" w:edGrp="everyone"/>
            <w:sdt>
              <w:sdtPr>
                <w:alias w:val="Akademik yıl"/>
                <w:tag w:val="Akademik yıl"/>
                <w:id w:val="41002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2027-2028</w:t>
                </w:r>
              </w:sdtContent>
            </w:sdt>
            <w:permEnd w:id="3"/>
          </w:p>
        </w:tc>
      </w:tr>
      <w:tr>
        <w:trPr>
          <w:trHeight w:val="351" w:hRule="atLeast"/>
          <w:cantSplit/>
        </w:trPr>
        <w:tc>
          <w:tcPr>
            <w:tcW w:type="dxa" w:w="2183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Kurulu Karar Tarihi / Sayısı</w:t>
            </w:r>
          </w:p>
        </w:tc>
        <w:tc>
          <w:tcPr>
            <w:tcW w:type="dxa" w:w="4911"/>
            <w:vAlign w:val="center"/>
          </w:tcPr>
          <w:p>
            <w:pPr>
              <w:spacing w:before="0" w:after="0" w:line="240" w:lineRule="auto"/>
              <w:jc w:val="left"/>
            </w:pPr>
            <w:permStart w:id="4" w:edGrp="everyone"/>
            <w:sdt>
              <w:sdtPr>
                <w:alias w:val="Bölüm Kurulu karar tarihi"/>
                <w:tag w:val="Bölüm Kurulu karar tarihi"/>
                <w:id w:val="4100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4"/>
            <w:r>
              <w:rPr>
                <w:sz w:val="18"/>
                <w:szCs w:val="18"/>
              </w:rPr>
              <w:t xml:space="preserve">  /  </w:t>
            </w:r>
            <w:permStart w:id="5" w:edGrp="everyone"/>
            <w:sdt>
              <w:sdtPr>
                <w:alias w:val="Bölüm Kurulu karar sayısı"/>
                <w:tag w:val="Bölüm Kurulu karar sayısı"/>
                <w:id w:val="410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</w:t>
                </w:r>
              </w:sdtContent>
            </w:sdt>
            <w:permEnd w:id="5"/>
          </w:p>
        </w:tc>
        <w:tc>
          <w:tcPr>
            <w:tcW w:type="dxa" w:w="2183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Değişiklik Yapılan Yarıyıllar</w:t>
            </w:r>
          </w:p>
        </w:tc>
        <w:tc>
          <w:tcPr>
            <w:tcW w:type="dxa" w:w="5293"/>
            <w:vAlign w:val="center"/>
          </w:tcPr>
          <w:p>
            <w:pPr>
              <w:spacing w:before="0" w:after="0" w:line="240" w:lineRule="auto"/>
              <w:jc w:val="left"/>
            </w:pPr>
            <w:permStart w:id="6" w:edGrp="everyone"/>
            <w:sdt>
              <w:sdtPr>
                <w:alias w:val="1"/>
                <w:tag w:val="1"/>
                <w:id w:val="4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6"/>
            <w:r>
              <w:rPr>
                <w:sz w:val="18"/>
                <w:szCs w:val="18"/>
              </w:rPr>
              <w:t xml:space="preserve"> 1   </w:t>
            </w:r>
            <w:r>
              <w:rPr>
                <w:sz w:val="18"/>
                <w:szCs w:val="18"/>
              </w:rPr>
              <w:t xml:space="preserve">  </w:t>
            </w:r>
            <w:permStart w:id="7" w:edGrp="everyone"/>
            <w:sdt>
              <w:sdtPr>
                <w:alias w:val="2"/>
                <w:tag w:val="2"/>
                <w:id w:val="4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7"/>
            <w:r>
              <w:rPr>
                <w:sz w:val="18"/>
                <w:szCs w:val="18"/>
              </w:rPr>
              <w:t xml:space="preserve"> 2   </w:t>
            </w:r>
            <w:r>
              <w:rPr>
                <w:sz w:val="18"/>
                <w:szCs w:val="18"/>
              </w:rPr>
              <w:t xml:space="preserve">  </w:t>
            </w:r>
            <w:permStart w:id="8" w:edGrp="everyone"/>
            <w:sdt>
              <w:sdtPr>
                <w:alias w:val="3"/>
                <w:tag w:val="3"/>
                <w:id w:val="4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8"/>
            <w:r>
              <w:rPr>
                <w:sz w:val="18"/>
                <w:szCs w:val="18"/>
              </w:rPr>
              <w:t xml:space="preserve"> 3   </w:t>
            </w:r>
            <w:r>
              <w:rPr>
                <w:sz w:val="18"/>
                <w:szCs w:val="18"/>
              </w:rPr>
              <w:t xml:space="preserve">  </w:t>
            </w:r>
            <w:permStart w:id="9" w:edGrp="everyone"/>
            <w:sdt>
              <w:sdtPr>
                <w:alias w:val="4"/>
                <w:tag w:val="4"/>
                <w:id w:val="4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9"/>
            <w:r>
              <w:rPr>
                <w:sz w:val="18"/>
                <w:szCs w:val="18"/>
              </w:rPr>
              <w:t xml:space="preserve"> 4   </w:t>
            </w:r>
          </w:p>
        </w:tc>
      </w:tr>
      <w:tr>
        <w:trPr>
          <w:trHeight w:val="351" w:hRule="atLeast"/>
          <w:cantSplit/>
        </w:trPr>
        <w:tc>
          <w:tcPr>
            <w:tcW w:type="dxa" w:w="2183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Değişiklik Türü</w:t>
            </w:r>
          </w:p>
        </w:tc>
        <w:tc>
          <w:tcPr>
            <w:tcW w:type="dxa" w:w="1238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0" w:edGrp="everyone"/>
            <w:sdt>
              <w:sdtPr>
                <w:alias w:val="Yeni ders ekleme"/>
                <w:tag w:val="Yeni ders ekleme"/>
                <w:id w:val="4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0"/>
            <w:r>
              <w:rPr>
                <w:sz w:val="18"/>
                <w:szCs w:val="18"/>
              </w:rPr>
              <w:t xml:space="preserve"> Yeni ders ekleme   </w:t>
            </w:r>
            <w:r>
              <w:rPr>
                <w:sz w:val="18"/>
                <w:szCs w:val="18"/>
              </w:rPr>
              <w:t xml:space="preserve">     </w:t>
            </w:r>
            <w:permStart w:id="11" w:edGrp="everyone"/>
            <w:sdt>
              <w:sdtPr>
                <w:alias w:val="Ders çıkarma"/>
                <w:tag w:val="Ders çıkarma"/>
                <w:id w:val="4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1"/>
            <w:r>
              <w:rPr>
                <w:sz w:val="18"/>
                <w:szCs w:val="18"/>
              </w:rPr>
              <w:t xml:space="preserve"> Ders çıkarma   </w:t>
            </w:r>
            <w:r>
              <w:rPr>
                <w:sz w:val="18"/>
                <w:szCs w:val="18"/>
              </w:rPr>
              <w:t xml:space="preserve">     </w:t>
            </w:r>
            <w:permStart w:id="12" w:edGrp="everyone"/>
            <w:sdt>
              <w:sdtPr>
                <w:alias w:val="Ders adı / içeriği değişikliği"/>
                <w:tag w:val="Ders adı / içeriği değişikliği"/>
                <w:id w:val="4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2"/>
            <w:r>
              <w:rPr>
                <w:sz w:val="18"/>
                <w:szCs w:val="18"/>
              </w:rPr>
              <w:t xml:space="preserve"> Ders adı / içeriği değişikliği   </w:t>
            </w:r>
            <w:r>
              <w:rPr>
                <w:sz w:val="18"/>
                <w:szCs w:val="18"/>
              </w:rPr>
              <w:t xml:space="preserve">     </w:t>
            </w:r>
            <w:permStart w:id="13" w:edGrp="everyone"/>
            <w:sdt>
              <w:sdtPr>
                <w:alias w:val="Kredi / AKTS değişikliği"/>
                <w:tag w:val="Kredi / AKTS değişikliği"/>
                <w:id w:val="4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3"/>
            <w:r>
              <w:rPr>
                <w:sz w:val="18"/>
                <w:szCs w:val="18"/>
              </w:rPr>
              <w:t xml:space="preserve"> Kredi / AKTS değişikliği   </w:t>
            </w:r>
            <w:r>
              <w:rPr>
                <w:sz w:val="18"/>
                <w:szCs w:val="18"/>
              </w:rPr>
              <w:t xml:space="preserve">     </w:t>
            </w:r>
            <w:permStart w:id="14" w:edGrp="everyone"/>
            <w:sdt>
              <w:sdtPr>
                <w:alias w:val="Yarıyıl değişikliği"/>
                <w:tag w:val="Yarıyıl değişikliği"/>
                <w:id w:val="4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4"/>
            <w:r>
              <w:rPr>
                <w:sz w:val="18"/>
                <w:szCs w:val="18"/>
              </w:rPr>
              <w:t xml:space="preserve"> Yarıyıl değişikliği   </w:t>
            </w:r>
            <w:r>
              <w:rPr>
                <w:sz w:val="18"/>
                <w:szCs w:val="18"/>
              </w:rPr>
              <w:t xml:space="preserve">     </w:t>
            </w:r>
            <w:permStart w:id="15" w:edGrp="everyone"/>
            <w:sdt>
              <w:sdtPr>
                <w:alias w:val="Zorunlu / Seçmeli durumu değişikliği"/>
                <w:tag w:val="Zorunlu / Seçmeli durumu değişikliği"/>
                <w:id w:val="4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15"/>
            <w:r>
              <w:rPr>
                <w:sz w:val="18"/>
                <w:szCs w:val="18"/>
              </w:rPr>
              <w:t xml:space="preserve"> Zorunlu / Seçmeli durumu değişikliği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80" w:after="40" w:line="240" w:lineRule="auto"/>
        <w:jc w:val="left"/>
      </w:pPr>
      <w:r>
        <w:rPr>
          <w:b/>
          <w:bCs/>
          <w:sz w:val="19"/>
          <w:szCs w:val="19"/>
        </w:rPr>
        <w:t xml:space="preserve">1. DERS PLANINDA YAPILAN DEĞİŞİKLİKLER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431"/>
        <w:gridCol w:w="1726"/>
        <w:gridCol w:w="971"/>
        <w:gridCol w:w="2266"/>
        <w:gridCol w:w="593"/>
        <w:gridCol w:w="593"/>
        <w:gridCol w:w="593"/>
        <w:gridCol w:w="539"/>
        <w:gridCol w:w="647"/>
        <w:gridCol w:w="971"/>
        <w:gridCol w:w="2266"/>
        <w:gridCol w:w="593"/>
        <w:gridCol w:w="593"/>
        <w:gridCol w:w="593"/>
        <w:gridCol w:w="539"/>
        <w:gridCol w:w="647"/>
      </w:tblGrid>
      <w:tr>
        <w:trPr>
          <w:trHeight w:val="351" w:hRule="atLeast"/>
          <w:cantSplit/>
        </w:trPr>
        <w:tc>
          <w:tcPr>
            <w:tcW w:type="dxa" w:w="43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Sıra</w:t>
            </w:r>
          </w:p>
        </w:tc>
        <w:tc>
          <w:tcPr>
            <w:tcW w:type="dxa" w:w="172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Değişiklik Türü</w:t>
            </w:r>
          </w:p>
        </w:tc>
        <w:tc>
          <w:tcPr>
            <w:tcW w:type="dxa" w:w="6207"/>
            <w:gridSpan w:val="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ESKİ HALİ</w:t>
            </w:r>
          </w:p>
        </w:tc>
        <w:tc>
          <w:tcPr>
            <w:tcW w:type="dxa" w:w="6207"/>
            <w:gridSpan w:val="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ÖNERİLEN HALİ</w:t>
            </w:r>
          </w:p>
        </w:tc>
      </w:tr>
      <w:tr>
        <w:trPr>
          <w:trHeight w:val="351" w:hRule="atLeast"/>
          <w:cantSplit/>
        </w:trPr>
        <w:tc>
          <w:tcPr>
            <w:tcW w:type="dxa" w:w="43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172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97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Ders Kodu</w:t>
            </w:r>
          </w:p>
        </w:tc>
        <w:tc>
          <w:tcPr>
            <w:tcW w:type="dxa" w:w="2266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Dersin Adı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T+U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Kredi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AKTS</w:t>
            </w:r>
          </w:p>
        </w:tc>
        <w:tc>
          <w:tcPr>
            <w:tcW w:type="dxa" w:w="54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Z/S</w:t>
            </w:r>
          </w:p>
        </w:tc>
        <w:tc>
          <w:tcPr>
            <w:tcW w:type="dxa" w:w="6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Yarıyıl</w:t>
            </w:r>
          </w:p>
        </w:tc>
        <w:tc>
          <w:tcPr>
            <w:tcW w:type="dxa" w:w="97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Ders Kodu</w:t>
            </w:r>
          </w:p>
        </w:tc>
        <w:tc>
          <w:tcPr>
            <w:tcW w:type="dxa" w:w="2266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Dersin Adı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T+U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Kredi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AKTS</w:t>
            </w:r>
          </w:p>
        </w:tc>
        <w:tc>
          <w:tcPr>
            <w:tcW w:type="dxa" w:w="54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Z/S</w:t>
            </w:r>
          </w:p>
        </w:tc>
        <w:tc>
          <w:tcPr>
            <w:tcW w:type="dxa" w:w="6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Yarıyıl</w:t>
            </w:r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16" w:edGrp="everyone"/>
            <w:sdt>
              <w:sdtPr>
                <w:alias w:val="Değişiklik türü 1"/>
                <w:tag w:val="Değişiklik türü 1"/>
                <w:id w:val="41015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6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17" w:edGrp="everyone"/>
            <w:sdt>
              <w:sdtPr>
                <w:alias w:val="Eski kod 1"/>
                <w:tag w:val="Eski kod 1"/>
                <w:id w:val="410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18" w:edGrp="everyone"/>
            <w:sdt>
              <w:sdtPr>
                <w:alias w:val="Eski ders adı 1"/>
                <w:tag w:val="Eski ders adı 1"/>
                <w:id w:val="4101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8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9" w:edGrp="everyone"/>
            <w:sdt>
              <w:sdtPr>
                <w:alias w:val="Eski T+U 1"/>
                <w:tag w:val="Eski T+U 1"/>
                <w:id w:val="4101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0" w:edGrp="everyone"/>
            <w:sdt>
              <w:sdtPr>
                <w:alias w:val="Eski kredi 1"/>
                <w:tag w:val="Eski kredi 1"/>
                <w:id w:val="4101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1" w:edGrp="everyone"/>
            <w:sdt>
              <w:sdtPr>
                <w:alias w:val="Eski AKTS 1"/>
                <w:tag w:val="Eski AKTS 1"/>
                <w:id w:val="4102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1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2" w:edGrp="everyone"/>
            <w:sdt>
              <w:sdtPr>
                <w:alias w:val="Eski Z/S 1"/>
                <w:tag w:val="Eski Z/S 1"/>
                <w:id w:val="41021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2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3" w:edGrp="everyone"/>
            <w:sdt>
              <w:sdtPr>
                <w:alias w:val="Eski yarıyıl 1"/>
                <w:tag w:val="Eski yarıyıl 1"/>
                <w:id w:val="410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3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4" w:edGrp="everyone"/>
            <w:sdt>
              <w:sdtPr>
                <w:alias w:val="Önerilen kod 1"/>
                <w:tag w:val="Önerilen kod 1"/>
                <w:id w:val="410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4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5" w:edGrp="everyone"/>
            <w:sdt>
              <w:sdtPr>
                <w:alias w:val="Önerilen ders adı 1"/>
                <w:tag w:val="Önerilen ders adı 1"/>
                <w:id w:val="410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6" w:edGrp="everyone"/>
            <w:sdt>
              <w:sdtPr>
                <w:alias w:val="Önerilen T+U 1"/>
                <w:tag w:val="Önerilen T+U 1"/>
                <w:id w:val="410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7" w:edGrp="everyone"/>
            <w:sdt>
              <w:sdtPr>
                <w:alias w:val="Önerilen kredi 1"/>
                <w:tag w:val="Önerilen kredi 1"/>
                <w:id w:val="410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7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8" w:edGrp="everyone"/>
            <w:sdt>
              <w:sdtPr>
                <w:alias w:val="Önerilen AKTS 1"/>
                <w:tag w:val="Önerilen AKTS 1"/>
                <w:id w:val="4102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9" w:edGrp="everyone"/>
            <w:sdt>
              <w:sdtPr>
                <w:alias w:val="Önerilen Z/S 1"/>
                <w:tag w:val="Önerilen Z/S 1"/>
                <w:id w:val="41028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9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30" w:edGrp="everyone"/>
            <w:sdt>
              <w:sdtPr>
                <w:alias w:val="Önerilen yarıyıl 1"/>
                <w:tag w:val="Önerilen yarıyıl 1"/>
                <w:id w:val="4102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31" w:edGrp="everyone"/>
            <w:sdt>
              <w:sdtPr>
                <w:alias w:val="Değişiklik türü 2"/>
                <w:tag w:val="Değişiklik türü 2"/>
                <w:id w:val="41030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1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32" w:edGrp="everyone"/>
            <w:sdt>
              <w:sdtPr>
                <w:alias w:val="Eski kod 2"/>
                <w:tag w:val="Eski kod 2"/>
                <w:id w:val="410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33" w:edGrp="everyone"/>
            <w:sdt>
              <w:sdtPr>
                <w:alias w:val="Eski ders adı 2"/>
                <w:tag w:val="Eski ders adı 2"/>
                <w:id w:val="410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3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4" w:edGrp="everyone"/>
            <w:sdt>
              <w:sdtPr>
                <w:alias w:val="Eski T+U 2"/>
                <w:tag w:val="Eski T+U 2"/>
                <w:id w:val="4103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5" w:edGrp="everyone"/>
            <w:sdt>
              <w:sdtPr>
                <w:alias w:val="Eski kredi 2"/>
                <w:tag w:val="Eski kredi 2"/>
                <w:id w:val="410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6" w:edGrp="everyone"/>
            <w:sdt>
              <w:sdtPr>
                <w:alias w:val="Eski AKTS 2"/>
                <w:tag w:val="Eski AKTS 2"/>
                <w:id w:val="4103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6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37" w:edGrp="everyone"/>
            <w:sdt>
              <w:sdtPr>
                <w:alias w:val="Eski Z/S 2"/>
                <w:tag w:val="Eski Z/S 2"/>
                <w:id w:val="41036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7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38" w:edGrp="everyone"/>
            <w:sdt>
              <w:sdtPr>
                <w:alias w:val="Eski yarıyıl 2"/>
                <w:tag w:val="Eski yarıyıl 2"/>
                <w:id w:val="4103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8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39" w:edGrp="everyone"/>
            <w:sdt>
              <w:sdtPr>
                <w:alias w:val="Önerilen kod 2"/>
                <w:tag w:val="Önerilen kod 2"/>
                <w:id w:val="4103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9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40" w:edGrp="everyone"/>
            <w:sdt>
              <w:sdtPr>
                <w:alias w:val="Önerilen ders adı 2"/>
                <w:tag w:val="Önerilen ders adı 2"/>
                <w:id w:val="4103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4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41" w:edGrp="everyone"/>
            <w:sdt>
              <w:sdtPr>
                <w:alias w:val="Önerilen T+U 2"/>
                <w:tag w:val="Önerilen T+U 2"/>
                <w:id w:val="410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41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42" w:edGrp="everyone"/>
            <w:sdt>
              <w:sdtPr>
                <w:alias w:val="Önerilen kredi 2"/>
                <w:tag w:val="Önerilen kredi 2"/>
                <w:id w:val="410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42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43" w:edGrp="everyone"/>
            <w:sdt>
              <w:sdtPr>
                <w:alias w:val="Önerilen AKTS 2"/>
                <w:tag w:val="Önerilen AKTS 2"/>
                <w:id w:val="4104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43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44" w:edGrp="everyone"/>
            <w:sdt>
              <w:sdtPr>
                <w:alias w:val="Önerilen Z/S 2"/>
                <w:tag w:val="Önerilen Z/S 2"/>
                <w:id w:val="4104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44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45" w:edGrp="everyone"/>
            <w:sdt>
              <w:sdtPr>
                <w:alias w:val="Önerilen yarıyıl 2"/>
                <w:tag w:val="Önerilen yarıyıl 2"/>
                <w:id w:val="410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45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46" w:edGrp="everyone"/>
            <w:sdt>
              <w:sdtPr>
                <w:alias w:val="Değişiklik türü 3"/>
                <w:tag w:val="Değişiklik türü 3"/>
                <w:id w:val="41045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46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47" w:edGrp="everyone"/>
            <w:sdt>
              <w:sdtPr>
                <w:alias w:val="Eski kod 3"/>
                <w:tag w:val="Eski kod 3"/>
                <w:id w:val="410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47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48" w:edGrp="everyone"/>
            <w:sdt>
              <w:sdtPr>
                <w:alias w:val="Eski ders adı 3"/>
                <w:tag w:val="Eski ders adı 3"/>
                <w:id w:val="410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48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49" w:edGrp="everyone"/>
            <w:sdt>
              <w:sdtPr>
                <w:alias w:val="Eski T+U 3"/>
                <w:tag w:val="Eski T+U 3"/>
                <w:id w:val="4104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4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50" w:edGrp="everyone"/>
            <w:sdt>
              <w:sdtPr>
                <w:alias w:val="Eski kredi 3"/>
                <w:tag w:val="Eski kredi 3"/>
                <w:id w:val="410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51" w:edGrp="everyone"/>
            <w:sdt>
              <w:sdtPr>
                <w:alias w:val="Eski AKTS 3"/>
                <w:tag w:val="Eski AKTS 3"/>
                <w:id w:val="410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1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52" w:edGrp="everyone"/>
            <w:sdt>
              <w:sdtPr>
                <w:alias w:val="Eski Z/S 3"/>
                <w:tag w:val="Eski Z/S 3"/>
                <w:id w:val="41051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2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53" w:edGrp="everyone"/>
            <w:sdt>
              <w:sdtPr>
                <w:alias w:val="Eski yarıyıl 3"/>
                <w:tag w:val="Eski yarıyıl 3"/>
                <w:id w:val="410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3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54" w:edGrp="everyone"/>
            <w:sdt>
              <w:sdtPr>
                <w:alias w:val="Önerilen kod 3"/>
                <w:tag w:val="Önerilen kod 3"/>
                <w:id w:val="410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4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55" w:edGrp="everyone"/>
            <w:sdt>
              <w:sdtPr>
                <w:alias w:val="Önerilen ders adı 3"/>
                <w:tag w:val="Önerilen ders adı 3"/>
                <w:id w:val="4105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5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56" w:edGrp="everyone"/>
            <w:sdt>
              <w:sdtPr>
                <w:alias w:val="Önerilen T+U 3"/>
                <w:tag w:val="Önerilen T+U 3"/>
                <w:id w:val="410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6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57" w:edGrp="everyone"/>
            <w:sdt>
              <w:sdtPr>
                <w:alias w:val="Önerilen kredi 3"/>
                <w:tag w:val="Önerilen kredi 3"/>
                <w:id w:val="410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7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58" w:edGrp="everyone"/>
            <w:sdt>
              <w:sdtPr>
                <w:alias w:val="Önerilen AKTS 3"/>
                <w:tag w:val="Önerilen AKTS 3"/>
                <w:id w:val="410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58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59" w:edGrp="everyone"/>
            <w:sdt>
              <w:sdtPr>
                <w:alias w:val="Önerilen Z/S 3"/>
                <w:tag w:val="Önerilen Z/S 3"/>
                <w:id w:val="41058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59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60" w:edGrp="everyone"/>
            <w:sdt>
              <w:sdtPr>
                <w:alias w:val="Önerilen yarıyıl 3"/>
                <w:tag w:val="Önerilen yarıyıl 3"/>
                <w:id w:val="4105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0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61" w:edGrp="everyone"/>
            <w:sdt>
              <w:sdtPr>
                <w:alias w:val="Değişiklik türü 4"/>
                <w:tag w:val="Değişiklik türü 4"/>
                <w:id w:val="41060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1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62" w:edGrp="everyone"/>
            <w:sdt>
              <w:sdtPr>
                <w:alias w:val="Eski kod 4"/>
                <w:tag w:val="Eski kod 4"/>
                <w:id w:val="410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2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63" w:edGrp="everyone"/>
            <w:sdt>
              <w:sdtPr>
                <w:alias w:val="Eski ders adı 4"/>
                <w:tag w:val="Eski ders adı 4"/>
                <w:id w:val="410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63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64" w:edGrp="everyone"/>
            <w:sdt>
              <w:sdtPr>
                <w:alias w:val="Eski T+U 4"/>
                <w:tag w:val="Eski T+U 4"/>
                <w:id w:val="410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65" w:edGrp="everyone"/>
            <w:sdt>
              <w:sdtPr>
                <w:alias w:val="Eski kredi 4"/>
                <w:tag w:val="Eski kredi 4"/>
                <w:id w:val="410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66" w:edGrp="everyone"/>
            <w:sdt>
              <w:sdtPr>
                <w:alias w:val="Eski AKTS 4"/>
                <w:tag w:val="Eski AKTS 4"/>
                <w:id w:val="410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6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67" w:edGrp="everyone"/>
            <w:sdt>
              <w:sdtPr>
                <w:alias w:val="Eski Z/S 4"/>
                <w:tag w:val="Eski Z/S 4"/>
                <w:id w:val="41066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67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68" w:edGrp="everyone"/>
            <w:sdt>
              <w:sdtPr>
                <w:alias w:val="Eski yarıyıl 4"/>
                <w:tag w:val="Eski yarıyıl 4"/>
                <w:id w:val="410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8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69" w:edGrp="everyone"/>
            <w:sdt>
              <w:sdtPr>
                <w:alias w:val="Önerilen kod 4"/>
                <w:tag w:val="Önerilen kod 4"/>
                <w:id w:val="410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69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70" w:edGrp="everyone"/>
            <w:sdt>
              <w:sdtPr>
                <w:alias w:val="Önerilen ders adı 4"/>
                <w:tag w:val="Önerilen ders adı 4"/>
                <w:id w:val="4106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7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71" w:edGrp="everyone"/>
            <w:sdt>
              <w:sdtPr>
                <w:alias w:val="Önerilen T+U 4"/>
                <w:tag w:val="Önerilen T+U 4"/>
                <w:id w:val="410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1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72" w:edGrp="everyone"/>
            <w:sdt>
              <w:sdtPr>
                <w:alias w:val="Önerilen kredi 4"/>
                <w:tag w:val="Önerilen kredi 4"/>
                <w:id w:val="410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2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73" w:edGrp="everyone"/>
            <w:sdt>
              <w:sdtPr>
                <w:alias w:val="Önerilen AKTS 4"/>
                <w:tag w:val="Önerilen AKTS 4"/>
                <w:id w:val="410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3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74" w:edGrp="everyone"/>
            <w:sdt>
              <w:sdtPr>
                <w:alias w:val="Önerilen Z/S 4"/>
                <w:tag w:val="Önerilen Z/S 4"/>
                <w:id w:val="4107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4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75" w:edGrp="everyone"/>
            <w:sdt>
              <w:sdtPr>
                <w:alias w:val="Önerilen yarıyıl 4"/>
                <w:tag w:val="Önerilen yarıyıl 4"/>
                <w:id w:val="410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5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76" w:edGrp="everyone"/>
            <w:sdt>
              <w:sdtPr>
                <w:alias w:val="Değişiklik türü 5"/>
                <w:tag w:val="Değişiklik türü 5"/>
                <w:id w:val="41075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76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77" w:edGrp="everyone"/>
            <w:sdt>
              <w:sdtPr>
                <w:alias w:val="Eski kod 5"/>
                <w:tag w:val="Eski kod 5"/>
                <w:id w:val="410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7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78" w:edGrp="everyone"/>
            <w:sdt>
              <w:sdtPr>
                <w:alias w:val="Eski ders adı 5"/>
                <w:tag w:val="Eski ders adı 5"/>
                <w:id w:val="4107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78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79" w:edGrp="everyone"/>
            <w:sdt>
              <w:sdtPr>
                <w:alias w:val="Eski T+U 5"/>
                <w:tag w:val="Eski T+U 5"/>
                <w:id w:val="410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7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80" w:edGrp="everyone"/>
            <w:sdt>
              <w:sdtPr>
                <w:alias w:val="Eski kredi 5"/>
                <w:tag w:val="Eski kredi 5"/>
                <w:id w:val="4107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8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81" w:edGrp="everyone"/>
            <w:sdt>
              <w:sdtPr>
                <w:alias w:val="Eski AKTS 5"/>
                <w:tag w:val="Eski AKTS 5"/>
                <w:id w:val="410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81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82" w:edGrp="everyone"/>
            <w:sdt>
              <w:sdtPr>
                <w:alias w:val="Eski Z/S 5"/>
                <w:tag w:val="Eski Z/S 5"/>
                <w:id w:val="41081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82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83" w:edGrp="everyone"/>
            <w:sdt>
              <w:sdtPr>
                <w:alias w:val="Eski yarıyıl 5"/>
                <w:tag w:val="Eski yarıyıl 5"/>
                <w:id w:val="410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83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84" w:edGrp="everyone"/>
            <w:sdt>
              <w:sdtPr>
                <w:alias w:val="Önerilen kod 5"/>
                <w:tag w:val="Önerilen kod 5"/>
                <w:id w:val="410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84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85" w:edGrp="everyone"/>
            <w:sdt>
              <w:sdtPr>
                <w:alias w:val="Önerilen ders adı 5"/>
                <w:tag w:val="Önerilen ders adı 5"/>
                <w:id w:val="4108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8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86" w:edGrp="everyone"/>
            <w:sdt>
              <w:sdtPr>
                <w:alias w:val="Önerilen T+U 5"/>
                <w:tag w:val="Önerilen T+U 5"/>
                <w:id w:val="4108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86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87" w:edGrp="everyone"/>
            <w:sdt>
              <w:sdtPr>
                <w:alias w:val="Önerilen kredi 5"/>
                <w:tag w:val="Önerilen kredi 5"/>
                <w:id w:val="4108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87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88" w:edGrp="everyone"/>
            <w:sdt>
              <w:sdtPr>
                <w:alias w:val="Önerilen AKTS 5"/>
                <w:tag w:val="Önerilen AKTS 5"/>
                <w:id w:val="4108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88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89" w:edGrp="everyone"/>
            <w:sdt>
              <w:sdtPr>
                <w:alias w:val="Önerilen Z/S 5"/>
                <w:tag w:val="Önerilen Z/S 5"/>
                <w:id w:val="41088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89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90" w:edGrp="everyone"/>
            <w:sdt>
              <w:sdtPr>
                <w:alias w:val="Önerilen yarıyıl 5"/>
                <w:tag w:val="Önerilen yarıyıl 5"/>
                <w:id w:val="410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0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91" w:edGrp="everyone"/>
            <w:sdt>
              <w:sdtPr>
                <w:alias w:val="Değişiklik türü 6"/>
                <w:tag w:val="Değişiklik türü 6"/>
                <w:id w:val="41090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91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92" w:edGrp="everyone"/>
            <w:sdt>
              <w:sdtPr>
                <w:alias w:val="Eski kod 6"/>
                <w:tag w:val="Eski kod 6"/>
                <w:id w:val="410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2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93" w:edGrp="everyone"/>
            <w:sdt>
              <w:sdtPr>
                <w:alias w:val="Eski ders adı 6"/>
                <w:tag w:val="Eski ders adı 6"/>
                <w:id w:val="410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93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94" w:edGrp="everyone"/>
            <w:sdt>
              <w:sdtPr>
                <w:alias w:val="Eski T+U 6"/>
                <w:tag w:val="Eski T+U 6"/>
                <w:id w:val="4109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95" w:edGrp="everyone"/>
            <w:sdt>
              <w:sdtPr>
                <w:alias w:val="Eski kredi 6"/>
                <w:tag w:val="Eski kredi 6"/>
                <w:id w:val="4109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96" w:edGrp="everyone"/>
            <w:sdt>
              <w:sdtPr>
                <w:alias w:val="Eski AKTS 6"/>
                <w:tag w:val="Eski AKTS 6"/>
                <w:id w:val="4109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6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97" w:edGrp="everyone"/>
            <w:sdt>
              <w:sdtPr>
                <w:alias w:val="Eski Z/S 6"/>
                <w:tag w:val="Eski Z/S 6"/>
                <w:id w:val="41096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97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98" w:edGrp="everyone"/>
            <w:sdt>
              <w:sdtPr>
                <w:alias w:val="Eski yarıyıl 6"/>
                <w:tag w:val="Eski yarıyıl 6"/>
                <w:id w:val="4109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8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99" w:edGrp="everyone"/>
            <w:sdt>
              <w:sdtPr>
                <w:alias w:val="Önerilen kod 6"/>
                <w:tag w:val="Önerilen kod 6"/>
                <w:id w:val="410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99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100" w:edGrp="everyone"/>
            <w:sdt>
              <w:sdtPr>
                <w:alias w:val="Önerilen ders adı 6"/>
                <w:tag w:val="Önerilen ders adı 6"/>
                <w:id w:val="4109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0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01" w:edGrp="everyone"/>
            <w:sdt>
              <w:sdtPr>
                <w:alias w:val="Önerilen T+U 6"/>
                <w:tag w:val="Önerilen T+U 6"/>
                <w:id w:val="4110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1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02" w:edGrp="everyone"/>
            <w:sdt>
              <w:sdtPr>
                <w:alias w:val="Önerilen kredi 6"/>
                <w:tag w:val="Önerilen kredi 6"/>
                <w:id w:val="4110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2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03" w:edGrp="everyone"/>
            <w:sdt>
              <w:sdtPr>
                <w:alias w:val="Önerilen AKTS 6"/>
                <w:tag w:val="Önerilen AKTS 6"/>
                <w:id w:val="4110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3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104" w:edGrp="everyone"/>
            <w:sdt>
              <w:sdtPr>
                <w:alias w:val="Önerilen Z/S 6"/>
                <w:tag w:val="Önerilen Z/S 6"/>
                <w:id w:val="4110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04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105" w:edGrp="everyone"/>
            <w:sdt>
              <w:sdtPr>
                <w:alias w:val="Önerilen yarıyıl 6"/>
                <w:tag w:val="Önerilen yarıyıl 6"/>
                <w:id w:val="4110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05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Programa yeni eklenen derste ESKİ HALİ, programdan kaldırılan derste ÖNERİLEN HALİ bölümü boş bırakılır. 6 satır yetmezse 2. sayfadaki devam sayfası doldurulur. Devam sayfası gerekmiyorsa yazdırmayınız.</w:t>
      </w:r>
    </w:p>
    <w:p>
      <w:pPr>
        <w:keepNext/>
        <w:pageBreakBefore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2. AKTS İŞ YÜKÜ KONTROLÜ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1417"/>
        <w:gridCol w:w="1700"/>
        <w:gridCol w:w="1700"/>
        <w:gridCol w:w="1870"/>
        <w:gridCol w:w="1870"/>
        <w:gridCol w:w="1417"/>
        <w:gridCol w:w="4592"/>
      </w:tblGrid>
      <w:tr>
        <w:trPr>
          <w:trHeight w:val="283" w:hRule="atLeast"/>
          <w:cantSplit/>
        </w:trPr>
        <w:tc>
          <w:tcPr>
            <w:tcW w:type="dxa" w:w="141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Yarıyıl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Eski Toplam Kredi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Eski Toplam AKTS</w:t>
            </w:r>
          </w:p>
        </w:tc>
        <w:tc>
          <w:tcPr>
            <w:tcW w:type="dxa" w:w="187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Önerilen Toplam Kredi</w:t>
            </w:r>
          </w:p>
        </w:tc>
        <w:tc>
          <w:tcPr>
            <w:tcW w:type="dxa" w:w="187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Önerilen Toplam AKTS</w:t>
            </w:r>
          </w:p>
        </w:tc>
        <w:tc>
          <w:tcPr>
            <w:tcW w:type="dxa" w:w="141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Fark (AKTS)</w:t>
            </w:r>
          </w:p>
        </w:tc>
        <w:tc>
          <w:tcPr>
            <w:tcW w:type="dxa" w:w="459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 (her yarıyıl 30 AKTS olmalıdır)</w:t>
            </w:r>
          </w:p>
        </w:tc>
      </w:tr>
      <w:tr>
        <w:trPr>
          <w:trHeight w:val="283" w:hRule="atLeast"/>
          <w:cantSplit/>
        </w:trPr>
        <w:tc>
          <w:tcPr>
            <w:tcW w:type="dxa" w:w="141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1. Yarıyıl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06" w:edGrp="everyone"/>
            <w:sdt>
              <w:sdtPr>
                <w:alias w:val="1. yarıyıl eski kredi"/>
                <w:tag w:val="1. yarıyıl eski kredi"/>
                <w:id w:val="411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07" w:edGrp="everyone"/>
            <w:sdt>
              <w:sdtPr>
                <w:alias w:val="1. yarıyıl eski AKTS"/>
                <w:tag w:val="1. yarıyıl eski AKTS"/>
                <w:id w:val="411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7"/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permStart w:id="108" w:edGrp="everyone"/>
            <w:sdt>
              <w:sdtPr>
                <w:alias w:val="1. yarıyıl önerilen kredi"/>
                <w:tag w:val="1. yarıyıl önerilen kredi"/>
                <w:id w:val="411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8"/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permStart w:id="109" w:edGrp="everyone"/>
            <w:sdt>
              <w:sdtPr>
                <w:alias w:val="1. yarıyıl önerilen AKTS"/>
                <w:tag w:val="1. yarıyıl önerilen AKTS"/>
                <w:id w:val="411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9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110" w:edGrp="everyone"/>
            <w:sdt>
              <w:sdtPr>
                <w:alias w:val="1. yarıyıl fark"/>
                <w:tag w:val="1. yarıyıl fark"/>
                <w:id w:val="411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10"/>
          </w:p>
        </w:tc>
        <w:tc>
          <w:tcPr>
            <w:tcW w:type="dxa" w:w="4592"/>
            <w:vAlign w:val="center"/>
          </w:tcPr>
          <w:p>
            <w:pPr>
              <w:spacing w:before="0" w:after="0" w:line="240" w:lineRule="auto"/>
              <w:jc w:val="left"/>
            </w:pPr>
            <w:permStart w:id="111" w:edGrp="everyone"/>
            <w:sdt>
              <w:sdtPr>
                <w:alias w:val="1. yarıyıl açıklama"/>
                <w:tag w:val="1. yarıyıl açıklama"/>
                <w:id w:val="411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11"/>
          </w:p>
        </w:tc>
      </w:tr>
      <w:tr>
        <w:trPr>
          <w:trHeight w:val="283" w:hRule="atLeast"/>
          <w:cantSplit/>
        </w:trPr>
        <w:tc>
          <w:tcPr>
            <w:tcW w:type="dxa" w:w="141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2. Yarıyıl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12" w:edGrp="everyone"/>
            <w:sdt>
              <w:sdtPr>
                <w:alias w:val="2. yarıyıl eski kredi"/>
                <w:tag w:val="2. yarıyıl eski kredi"/>
                <w:id w:val="411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13" w:edGrp="everyone"/>
            <w:sdt>
              <w:sdtPr>
                <w:alias w:val="2. yarıyıl eski AKTS"/>
                <w:tag w:val="2. yarıyıl eski AKTS"/>
                <w:id w:val="411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13"/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permStart w:id="114" w:edGrp="everyone"/>
            <w:sdt>
              <w:sdtPr>
                <w:alias w:val="2. yarıyıl önerilen kredi"/>
                <w:tag w:val="2. yarıyıl önerilen kredi"/>
                <w:id w:val="411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4"/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permStart w:id="115" w:edGrp="everyone"/>
            <w:sdt>
              <w:sdtPr>
                <w:alias w:val="2. yarıyıl önerilen AKTS"/>
                <w:tag w:val="2. yarıyıl önerilen AKTS"/>
                <w:id w:val="411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15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116" w:edGrp="everyone"/>
            <w:sdt>
              <w:sdtPr>
                <w:alias w:val="2. yarıyıl fark"/>
                <w:tag w:val="2. yarıyıl fark"/>
                <w:id w:val="411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16"/>
          </w:p>
        </w:tc>
        <w:tc>
          <w:tcPr>
            <w:tcW w:type="dxa" w:w="4592"/>
            <w:vAlign w:val="center"/>
          </w:tcPr>
          <w:p>
            <w:pPr>
              <w:spacing w:before="0" w:after="0" w:line="240" w:lineRule="auto"/>
              <w:jc w:val="left"/>
            </w:pPr>
            <w:permStart w:id="117" w:edGrp="everyone"/>
            <w:sdt>
              <w:sdtPr>
                <w:alias w:val="2. yarıyıl açıklama"/>
                <w:tag w:val="2. yarıyıl açıklama"/>
                <w:id w:val="411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17"/>
          </w:p>
        </w:tc>
      </w:tr>
      <w:tr>
        <w:trPr>
          <w:trHeight w:val="283" w:hRule="atLeast"/>
          <w:cantSplit/>
        </w:trPr>
        <w:tc>
          <w:tcPr>
            <w:tcW w:type="dxa" w:w="141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3. Yarıyıl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18" w:edGrp="everyone"/>
            <w:sdt>
              <w:sdtPr>
                <w:alias w:val="3. yarıyıl eski kredi"/>
                <w:tag w:val="3. yarıyıl eski kredi"/>
                <w:id w:val="411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8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19" w:edGrp="everyone"/>
            <w:sdt>
              <w:sdtPr>
                <w:alias w:val="3. yarıyıl eski AKTS"/>
                <w:tag w:val="3. yarıyıl eski AKTS"/>
                <w:id w:val="411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19"/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permStart w:id="120" w:edGrp="everyone"/>
            <w:sdt>
              <w:sdtPr>
                <w:alias w:val="3. yarıyıl önerilen kredi"/>
                <w:tag w:val="3. yarıyıl önerilen kredi"/>
                <w:id w:val="411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0"/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permStart w:id="121" w:edGrp="everyone"/>
            <w:sdt>
              <w:sdtPr>
                <w:alias w:val="3. yarıyıl önerilen AKTS"/>
                <w:tag w:val="3. yarıyıl önerilen AKTS"/>
                <w:id w:val="411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1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122" w:edGrp="everyone"/>
            <w:sdt>
              <w:sdtPr>
                <w:alias w:val="3. yarıyıl fark"/>
                <w:tag w:val="3. yarıyıl fark"/>
                <w:id w:val="411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2"/>
          </w:p>
        </w:tc>
        <w:tc>
          <w:tcPr>
            <w:tcW w:type="dxa" w:w="4592"/>
            <w:vAlign w:val="center"/>
          </w:tcPr>
          <w:p>
            <w:pPr>
              <w:spacing w:before="0" w:after="0" w:line="240" w:lineRule="auto"/>
              <w:jc w:val="left"/>
            </w:pPr>
            <w:permStart w:id="123" w:edGrp="everyone"/>
            <w:sdt>
              <w:sdtPr>
                <w:alias w:val="3. yarıyıl açıklama"/>
                <w:tag w:val="3. yarıyıl açıklama"/>
                <w:id w:val="411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3"/>
          </w:p>
        </w:tc>
      </w:tr>
      <w:tr>
        <w:trPr>
          <w:trHeight w:val="283" w:hRule="atLeast"/>
          <w:cantSplit/>
        </w:trPr>
        <w:tc>
          <w:tcPr>
            <w:tcW w:type="dxa" w:w="1417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4. Yarıyıl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24" w:edGrp="everyone"/>
            <w:sdt>
              <w:sdtPr>
                <w:alias w:val="4. yarıyıl eski kredi"/>
                <w:tag w:val="4. yarıyıl eski kredi"/>
                <w:id w:val="411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4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25" w:edGrp="everyone"/>
            <w:sdt>
              <w:sdtPr>
                <w:alias w:val="4. yarıyıl eski AKTS"/>
                <w:tag w:val="4. yarıyıl eski AKTS"/>
                <w:id w:val="411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5"/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permStart w:id="126" w:edGrp="everyone"/>
            <w:sdt>
              <w:sdtPr>
                <w:alias w:val="4. yarıyıl önerilen kredi"/>
                <w:tag w:val="4. yarıyıl önerilen kredi"/>
                <w:id w:val="411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26"/>
          </w:p>
        </w:tc>
        <w:tc>
          <w:tcPr>
            <w:tcW w:type="dxa" w:w="1871"/>
            <w:vAlign w:val="center"/>
          </w:tcPr>
          <w:p>
            <w:pPr>
              <w:spacing w:before="0" w:after="0" w:line="240" w:lineRule="auto"/>
              <w:jc w:val="left"/>
            </w:pPr>
            <w:permStart w:id="127" w:edGrp="everyone"/>
            <w:sdt>
              <w:sdtPr>
                <w:alias w:val="4. yarıyıl önerilen AKTS"/>
                <w:tag w:val="4. yarıyıl önerilen AKTS"/>
                <w:id w:val="411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7"/>
          </w:p>
        </w:tc>
        <w:tc>
          <w:tcPr>
            <w:tcW w:type="dxa" w:w="1417"/>
            <w:vAlign w:val="center"/>
          </w:tcPr>
          <w:p>
            <w:pPr>
              <w:spacing w:before="0" w:after="0" w:line="240" w:lineRule="auto"/>
              <w:jc w:val="left"/>
            </w:pPr>
            <w:permStart w:id="128" w:edGrp="everyone"/>
            <w:sdt>
              <w:sdtPr>
                <w:alias w:val="4. yarıyıl fark"/>
                <w:tag w:val="4. yarıyıl fark"/>
                <w:id w:val="411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28"/>
          </w:p>
        </w:tc>
        <w:tc>
          <w:tcPr>
            <w:tcW w:type="dxa" w:w="4592"/>
            <w:vAlign w:val="center"/>
          </w:tcPr>
          <w:p>
            <w:pPr>
              <w:spacing w:before="0" w:after="0" w:line="240" w:lineRule="auto"/>
              <w:jc w:val="left"/>
            </w:pPr>
            <w:permStart w:id="129" w:edGrp="everyone"/>
            <w:sdt>
              <w:sdtPr>
                <w:alias w:val="4. yarıyıl açıklama"/>
                <w:tag w:val="4. yarıyıl açıklama"/>
                <w:id w:val="411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29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80" w:after="40" w:line="240" w:lineRule="auto"/>
        <w:jc w:val="left"/>
      </w:pPr>
      <w:r>
        <w:rPr>
          <w:b/>
          <w:bCs/>
          <w:sz w:val="19"/>
          <w:szCs w:val="19"/>
        </w:rPr>
        <w:t xml:space="preserve">3. ETKİLENEN DİĞER BÖLÜM / PROGRAMLAR (ortak, seçmeli veya havuz dersleri)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2721"/>
        <w:gridCol w:w="2948"/>
        <w:gridCol w:w="2040"/>
        <w:gridCol w:w="2040"/>
        <w:gridCol w:w="2721"/>
        <w:gridCol w:w="2097"/>
      </w:tblGrid>
      <w:tr>
        <w:trPr>
          <w:trHeight w:val="396" w:hRule="atLeast"/>
          <w:cantSplit/>
        </w:trPr>
        <w:tc>
          <w:tcPr>
            <w:tcW w:type="dxa" w:w="272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Etkilenen Bölüm / Program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Etkilenen Ders (Kod, Ad)</w:t>
            </w:r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Etki</w:t>
            </w:r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Bölüm Başkanı Görüşü</w:t>
            </w:r>
          </w:p>
        </w:tc>
        <w:tc>
          <w:tcPr>
            <w:tcW w:type="dxa" w:w="272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Bölüm Başkanı Adı Soyadı</w:t>
            </w:r>
          </w:p>
        </w:tc>
        <w:tc>
          <w:tcPr>
            <w:tcW w:type="dxa" w:w="209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Tarih / İmza</w:t>
            </w:r>
          </w:p>
        </w:tc>
      </w:tr>
      <w:tr>
        <w:trPr>
          <w:trHeight w:val="396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130" w:edGrp="everyone"/>
            <w:sdt>
              <w:sdtPr>
                <w:alias w:val="Etkilenen bölüm 1"/>
                <w:tag w:val="Etkilenen bölüm 1"/>
                <w:id w:val="411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</w:t>
                </w:r>
              </w:sdtContent>
            </w:sdt>
            <w:permEnd w:id="130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31" w:edGrp="everyone"/>
            <w:sdt>
              <w:sdtPr>
                <w:alias w:val="Etkilenen ders 1"/>
                <w:tag w:val="Etkilenen ders 1"/>
                <w:id w:val="411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131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32" w:edGrp="everyone"/>
            <w:sdt>
              <w:sdtPr>
                <w:alias w:val="Etki 1"/>
                <w:tag w:val="Etki 1"/>
                <w:id w:val="41131"/>
                <w:showingPlcHdr/>
                <w:dropDownList>
                  <w:listItem w:displayText="Ortak ders" w:value="Ortak ders"/>
                  <w:listItem w:displayText="Seçmeli / havuz dersi" w:value="Seçmeli / havuz dersi"/>
                  <w:listItem w:displayText="Ön koşul ilişkisi" w:value="Ön koşul ilişkisi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2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33" w:edGrp="everyone"/>
            <w:sdt>
              <w:sdtPr>
                <w:alias w:val="Görüş 1"/>
                <w:tag w:val="Görüş 1"/>
                <w:id w:val="41132"/>
                <w:showingPlcHdr/>
                <w:dropDownList>
                  <w:listItem w:displayText="Uygundur" w:value="Uygundur"/>
                  <w:listItem w:displayText="Uygun değildir" w:value="Uygun değildir"/>
                  <w:listItem w:displayText="Görüş bildirilmemiştir" w:value="Görüş bildirilmemişti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3"/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134" w:edGrp="everyone"/>
            <w:sdt>
              <w:sdtPr>
                <w:alias w:val="Etkilenen bölüm başkanı 1"/>
                <w:tag w:val="Etkilenen bölüm başkanı 1"/>
                <w:id w:val="411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34"/>
          </w:p>
        </w:tc>
        <w:tc>
          <w:tcPr>
            <w:tcW w:type="dxa" w:w="2098"/>
            <w:vAlign w:val="center"/>
          </w:tcPr>
          <w:p>
            <w:pPr>
              <w:spacing w:before="0" w:after="0" w:line="240" w:lineRule="auto"/>
              <w:jc w:val="left"/>
            </w:pPr>
            <w:permStart w:id="135" w:edGrp="everyone"/>
            <w:sdt>
              <w:sdtPr>
                <w:alias w:val="Etkilenen bölüm tarih 1"/>
                <w:tag w:val="Etkilenen bölüm tarih 1"/>
                <w:id w:val="4113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35"/>
          </w:p>
        </w:tc>
      </w:tr>
      <w:tr>
        <w:trPr>
          <w:trHeight w:val="396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136" w:edGrp="everyone"/>
            <w:sdt>
              <w:sdtPr>
                <w:alias w:val="Etkilenen bölüm 2"/>
                <w:tag w:val="Etkilenen bölüm 2"/>
                <w:id w:val="411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</w:t>
                </w:r>
              </w:sdtContent>
            </w:sdt>
            <w:permEnd w:id="136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37" w:edGrp="everyone"/>
            <w:sdt>
              <w:sdtPr>
                <w:alias w:val="Etkilenen ders 2"/>
                <w:tag w:val="Etkilenen ders 2"/>
                <w:id w:val="411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137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38" w:edGrp="everyone"/>
            <w:sdt>
              <w:sdtPr>
                <w:alias w:val="Etki 2"/>
                <w:tag w:val="Etki 2"/>
                <w:id w:val="41137"/>
                <w:showingPlcHdr/>
                <w:dropDownList>
                  <w:listItem w:displayText="Ortak ders" w:value="Ortak ders"/>
                  <w:listItem w:displayText="Seçmeli / havuz dersi" w:value="Seçmeli / havuz dersi"/>
                  <w:listItem w:displayText="Ön koşul ilişkisi" w:value="Ön koşul ilişkisi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8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39" w:edGrp="everyone"/>
            <w:sdt>
              <w:sdtPr>
                <w:alias w:val="Görüş 2"/>
                <w:tag w:val="Görüş 2"/>
                <w:id w:val="41138"/>
                <w:showingPlcHdr/>
                <w:dropDownList>
                  <w:listItem w:displayText="Uygundur" w:value="Uygundur"/>
                  <w:listItem w:displayText="Uygun değildir" w:value="Uygun değildir"/>
                  <w:listItem w:displayText="Görüş bildirilmemiştir" w:value="Görüş bildirilmemişti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39"/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140" w:edGrp="everyone"/>
            <w:sdt>
              <w:sdtPr>
                <w:alias w:val="Etkilenen bölüm başkanı 2"/>
                <w:tag w:val="Etkilenen bölüm başkanı 2"/>
                <w:id w:val="411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0"/>
          </w:p>
        </w:tc>
        <w:tc>
          <w:tcPr>
            <w:tcW w:type="dxa" w:w="2098"/>
            <w:vAlign w:val="center"/>
          </w:tcPr>
          <w:p>
            <w:pPr>
              <w:spacing w:before="0" w:after="0" w:line="240" w:lineRule="auto"/>
              <w:jc w:val="left"/>
            </w:pPr>
            <w:permStart w:id="141" w:edGrp="everyone"/>
            <w:sdt>
              <w:sdtPr>
                <w:alias w:val="Etkilenen bölüm tarih 2"/>
                <w:tag w:val="Etkilenen bölüm tarih 2"/>
                <w:id w:val="4114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1"/>
          </w:p>
        </w:tc>
      </w:tr>
      <w:tr>
        <w:trPr>
          <w:trHeight w:val="396" w:hRule="atLeast"/>
          <w:cantSplit/>
        </w:trPr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142" w:edGrp="everyone"/>
            <w:sdt>
              <w:sdtPr>
                <w:alias w:val="Etkilenen bölüm 3"/>
                <w:tag w:val="Etkilenen bölüm 3"/>
                <w:id w:val="411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</w:t>
                </w:r>
              </w:sdtContent>
            </w:sdt>
            <w:permEnd w:id="142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43" w:edGrp="everyone"/>
            <w:sdt>
              <w:sdtPr>
                <w:alias w:val="Etkilenen ders 3"/>
                <w:tag w:val="Etkilenen ders 3"/>
                <w:id w:val="411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</w:t>
                </w:r>
              </w:sdtContent>
            </w:sdt>
            <w:permEnd w:id="143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44" w:edGrp="everyone"/>
            <w:sdt>
              <w:sdtPr>
                <w:alias w:val="Etki 3"/>
                <w:tag w:val="Etki 3"/>
                <w:id w:val="41143"/>
                <w:showingPlcHdr/>
                <w:dropDownList>
                  <w:listItem w:displayText="Ortak ders" w:value="Ortak ders"/>
                  <w:listItem w:displayText="Seçmeli / havuz dersi" w:value="Seçmeli / havuz dersi"/>
                  <w:listItem w:displayText="Ön koşul ilişkisi" w:value="Ön koşul ilişkisi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4"/>
          </w:p>
        </w:tc>
        <w:tc>
          <w:tcPr>
            <w:tcW w:type="dxa" w:w="2041"/>
            <w:vAlign w:val="center"/>
          </w:tcPr>
          <w:p>
            <w:pPr>
              <w:spacing w:before="0" w:after="0" w:line="240" w:lineRule="auto"/>
              <w:jc w:val="left"/>
            </w:pPr>
            <w:permStart w:id="145" w:edGrp="everyone"/>
            <w:sdt>
              <w:sdtPr>
                <w:alias w:val="Görüş 3"/>
                <w:tag w:val="Görüş 3"/>
                <w:id w:val="41144"/>
                <w:showingPlcHdr/>
                <w:dropDownList>
                  <w:listItem w:displayText="Uygundur" w:value="Uygundur"/>
                  <w:listItem w:displayText="Uygun değildir" w:value="Uygun değildir"/>
                  <w:listItem w:displayText="Görüş bildirilmemiştir" w:value="Görüş bildirilmemiştir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45"/>
          </w:p>
        </w:tc>
        <w:tc>
          <w:tcPr>
            <w:tcW w:type="dxa" w:w="2721"/>
            <w:vAlign w:val="center"/>
          </w:tcPr>
          <w:p>
            <w:pPr>
              <w:spacing w:before="0" w:after="0" w:line="240" w:lineRule="auto"/>
              <w:jc w:val="left"/>
            </w:pPr>
            <w:permStart w:id="146" w:edGrp="everyone"/>
            <w:sdt>
              <w:sdtPr>
                <w:alias w:val="Etkilenen bölüm başkanı 3"/>
                <w:tag w:val="Etkilenen bölüm başkanı 3"/>
                <w:id w:val="411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46"/>
          </w:p>
        </w:tc>
        <w:tc>
          <w:tcPr>
            <w:tcW w:type="dxa" w:w="2098"/>
            <w:vAlign w:val="center"/>
          </w:tcPr>
          <w:p>
            <w:pPr>
              <w:spacing w:before="0" w:after="0" w:line="240" w:lineRule="auto"/>
              <w:jc w:val="left"/>
            </w:pPr>
            <w:permStart w:id="147" w:edGrp="everyone"/>
            <w:sdt>
              <w:sdtPr>
                <w:alias w:val="Etkilenen bölüm tarih 3"/>
                <w:tag w:val="Etkilenen bölüm tarih 3"/>
                <w:id w:val="4114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47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80" w:after="40" w:line="240" w:lineRule="auto"/>
        <w:jc w:val="left"/>
      </w:pPr>
      <w:r>
        <w:rPr>
          <w:b/>
          <w:bCs/>
          <w:sz w:val="19"/>
          <w:szCs w:val="19"/>
        </w:rPr>
        <w:t xml:space="preserve">4. DEĞİŞİKLİK GEREKÇESİ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14570"/>
      </w:tblGrid>
      <w:tr>
        <w:trPr>
          <w:trHeight w:val="623" w:hRule="atLeast"/>
          <w:cantSplit/>
        </w:trPr>
        <w:tc>
          <w:tcPr>
            <w:tcW w:type="dxa" w:w="14570"/>
            <w:vAlign w:val="top"/>
          </w:tcPr>
          <w:p>
            <w:pPr>
              <w:spacing w:before="0" w:after="0" w:line="240" w:lineRule="auto"/>
              <w:jc w:val="left"/>
            </w:pPr>
            <w:permStart w:id="148" w:edGrp="everyone"/>
            <w:sdt>
              <w:sdtPr>
                <w:alias w:val="Değişiklik gerekçesi"/>
                <w:tag w:val="Değişiklik gerekçesi"/>
                <w:id w:val="4114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80" w:after="40" w:line="240" w:lineRule="auto"/>
        <w:jc w:val="left"/>
      </w:pPr>
      <w:r>
        <w:rPr>
          <w:b/>
          <w:bCs/>
          <w:sz w:val="19"/>
          <w:szCs w:val="19"/>
        </w:rPr>
        <w:t xml:space="preserve">5. İNTİBAK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14570"/>
      </w:tblGrid>
      <w:tr>
        <w:trPr>
          <w:trHeight w:val="623" w:hRule="atLeast"/>
          <w:cantSplit/>
        </w:trPr>
        <w:tc>
          <w:tcPr>
            <w:tcW w:type="dxa" w:w="14570"/>
            <w:vAlign w:val="top"/>
          </w:tcPr>
          <w:p>
            <w:pPr>
              <w:spacing w:before="0" w:after="0" w:line="240" w:lineRule="auto"/>
              <w:jc w:val="left"/>
            </w:pPr>
            <w:permStart w:id="149" w:edGrp="everyone"/>
            <w:sdt>
              <w:sdtPr>
                <w:alias w:val="İntibak durumu"/>
                <w:tag w:val="İntibak durumu"/>
                <w:id w:val="4114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9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Örnek: ABC-101 kodlu Eski Ad (T:2 U:0 AKTS:3) dersinden başarısız olan öğrenciler ABC-101 kodlu Yeni Ad (T:2 U:0 AKTS:4) dersinin sınavlarına girer; devamsız veya ilk defa alacaklar yeni dersi alır. Kaldırılan dersten başarısız olanlar için sınav ilgili yarıyılda açılır; devamsız veya ilk defa alacaklar belirtilen havuzdan bir ders alır.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7285"/>
        <w:gridCol w:w="7285"/>
      </w:tblGrid>
      <w:tr>
        <w:trPr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Müdür Yardımcısı</w:t>
            </w:r>
          </w:p>
        </w:tc>
      </w:tr>
      <w:tr>
        <w:trPr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permStart w:id="150" w:edGrp="everyone"/>
            <w:sdt>
              <w:sdtPr>
                <w:alias w:val="Bölüm Başkanı Adı Soyadı"/>
                <w:tag w:val="Bölüm Başkanı Adı Soyadı"/>
                <w:id w:val="4114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50"/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permStart w:id="151" w:edGrp="everyone"/>
            <w:sdt>
              <w:sdtPr>
                <w:alias w:val="Yüksekokul Müdür Yardımcısı Adı Soyadı"/>
                <w:tag w:val="Yüksekokul Müdür Yardımcısı Adı Soyadı"/>
                <w:id w:val="4115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51"/>
          </w:p>
        </w:tc>
      </w:tr>
      <w:tr>
        <w:trPr>
          <w:trHeight w:val="850" w:hRule="atLeast"/>
          <w:cantSplit/>
        </w:trPr>
        <w:tc>
          <w:tcPr>
            <w:tcW w:type="dxa" w:w="728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728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YÜKSEKOKUL YÖNETİM KURULU KARARI</w:t>
      </w:r>
    </w:p>
    <w:p>
      <w:pPr>
        <w:spacing w:before="0" w:after="80" w:line="240" w:lineRule="auto"/>
        <w:jc w:val="center"/>
      </w:pPr>
      <w:r>
        <w:rPr>
          <w:sz w:val="17"/>
          <w:szCs w:val="17"/>
        </w:rPr>
        <w:t xml:space="preserve">(Yüksekokul Müdürlüğü tarafından doldurulur.)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4818"/>
        <w:gridCol w:w="4818"/>
        <w:gridCol w:w="4932"/>
      </w:tblGrid>
      <w:tr>
        <w:trPr>
          <w:trHeight w:val="396" w:hRule="atLeast"/>
          <w:cantSplit/>
        </w:trPr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Toplantı Tarihi</w:t>
            </w:r>
          </w:p>
        </w:tc>
        <w:tc>
          <w:tcPr>
            <w:tcW w:type="dxa" w:w="481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Toplantı Sayısı</w:t>
            </w:r>
          </w:p>
        </w:tc>
        <w:tc>
          <w:tcPr>
            <w:tcW w:type="dxa" w:w="493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Karar Sayısı</w:t>
            </w:r>
          </w:p>
        </w:tc>
      </w:tr>
      <w:tr>
        <w:trPr>
          <w:trHeight w:val="396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152" w:edGrp="everyone"/>
            <w:sdt>
              <w:sdtPr>
                <w:alias w:val="Yönetim Kurulu toplantı tarihi"/>
                <w:tag w:val="Yönetim Kurulu toplantı tarihi"/>
                <w:id w:val="4115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</w:t>
                </w:r>
              </w:sdtContent>
            </w:sdt>
            <w:permEnd w:id="152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153" w:edGrp="everyone"/>
            <w:sdt>
              <w:sdtPr>
                <w:alias w:val="Toplantı sayısı"/>
                <w:tag w:val="Toplantı sayısı"/>
                <w:id w:val="4115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</w:t>
                </w:r>
              </w:sdtContent>
            </w:sdt>
            <w:permEnd w:id="153"/>
          </w:p>
        </w:tc>
        <w:tc>
          <w:tcPr>
            <w:tcW w:type="dxa" w:w="4932"/>
            <w:vAlign w:val="center"/>
          </w:tcPr>
          <w:p>
            <w:pPr>
              <w:spacing w:before="0" w:after="0" w:line="240" w:lineRule="auto"/>
              <w:jc w:val="left"/>
            </w:pPr>
            <w:permStart w:id="154" w:edGrp="everyone"/>
            <w:sdt>
              <w:sdtPr>
                <w:alias w:val="Karar sayısı"/>
                <w:tag w:val="Karar sayısı"/>
                <w:id w:val="4115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</w:t>
                </w:r>
              </w:sdtContent>
            </w:sdt>
            <w:permEnd w:id="154"/>
          </w:p>
        </w:tc>
      </w:tr>
    </w:tbl>
    <w:p>
      <w:pPr>
        <w:spacing w:before="0" w:after="0" w:line="80" w:lineRule="exact"/>
        <w:jc w:val="left"/>
      </w:pPr>
    </w:p>
    <w:p>
      <w:pPr>
        <w:spacing w:before="120" w:after="160" w:line="288" w:lineRule="auto"/>
        <w:jc w:val="both"/>
      </w:pPr>
      <w:r>
        <w:rPr>
          <w:b/>
          <w:bCs/>
          <w:sz w:val="20"/>
          <w:szCs w:val="20"/>
        </w:rPr>
        <w:t xml:space="preserve">Karar: </w:t>
      </w:r>
      <w:r>
        <w:rPr>
          <w:sz w:val="20"/>
          <w:szCs w:val="20"/>
        </w:rPr>
        <w:t xml:space="preserve"> Yüksekokulumuz </w:t>
      </w:r>
      <w:permStart w:id="155" w:edGrp="everyone"/>
      <w:sdt>
        <w:sdtPr>
          <w:alias w:val="Karar bölümü"/>
          <w:tag w:val="Karar bölümü"/>
          <w:id w:val="41154"/>
          <w:showingPlcHdr/>
          <w:text/>
        </w:sdtPr>
        <w:sdtContent>
          <w:r>
            <w:rPr>
              <w:rStyle w:val="PlaceholderText"/>
              <w:sz w:val="20"/>
              <w:szCs w:val="20"/>
            </w:rPr>
            <w:t xml:space="preserve">               </w:t>
          </w:r>
        </w:sdtContent>
      </w:sdt>
      <w:permEnd w:id="155"/>
      <w:r>
        <w:rPr>
          <w:sz w:val="20"/>
          <w:szCs w:val="20"/>
        </w:rPr>
        <w:t xml:space="preserve"> Bölüm Başkanlığı'nın </w:t>
      </w:r>
      <w:permStart w:id="156" w:edGrp="everyone"/>
      <w:sdt>
        <w:sdtPr>
          <w:alias w:val="Bölüm kurul karar tarihi (yönetim kurulu)"/>
          <w:tag w:val="Bölüm kurul karar tarihi (yönetim kurulu)"/>
          <w:id w:val="41155"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>
            <w:rPr>
              <w:rStyle w:val="PlaceholderText"/>
              <w:sz w:val="20"/>
              <w:szCs w:val="20"/>
            </w:rPr>
            <w:t xml:space="preserve">           </w:t>
          </w:r>
        </w:sdtContent>
      </w:sdt>
      <w:permEnd w:id="156"/>
      <w:r>
        <w:rPr>
          <w:sz w:val="20"/>
          <w:szCs w:val="20"/>
        </w:rPr>
        <w:t xml:space="preserve"> tarih ve </w:t>
      </w:r>
      <w:permStart w:id="157" w:edGrp="everyone"/>
      <w:sdt>
        <w:sdtPr>
          <w:alias w:val="Bölüm kurul karar sayısı (yönetim kurulu)"/>
          <w:tag w:val="Bölüm kurul karar sayısı (yönetim kurulu)"/>
          <w:id w:val="41156"/>
          <w:showingPlcHdr/>
          <w:text/>
        </w:sdtPr>
        <w:sdtContent>
          <w:r>
            <w:rPr>
              <w:rStyle w:val="PlaceholderText"/>
              <w:sz w:val="20"/>
              <w:szCs w:val="20"/>
            </w:rPr>
            <w:t xml:space="preserve">    </w:t>
          </w:r>
        </w:sdtContent>
      </w:sdt>
      <w:permEnd w:id="157"/>
      <w:r>
        <w:rPr>
          <w:sz w:val="20"/>
          <w:szCs w:val="20"/>
        </w:rPr>
        <w:t xml:space="preserve"> sayılı Bölüm Kurulu Kararı ile iletilen ders planı değişiklikleri görüşüldü. </w:t>
      </w:r>
      <w:permStart w:id="158" w:edGrp="everyone"/>
      <w:sdt>
        <w:sdtPr>
          <w:alias w:val="Akademik yıl (karar)"/>
          <w:tag w:val="Akademik yıl (karar)"/>
          <w:id w:val="41157"/>
          <w:showingPlcHdr/>
          <w:text/>
        </w:sdtPr>
        <w:sdtContent>
          <w:r>
            <w:rPr>
              <w:rStyle w:val="PlaceholderText"/>
              <w:sz w:val="20"/>
              <w:szCs w:val="20"/>
            </w:rPr>
            <w:t xml:space="preserve">       </w:t>
          </w:r>
        </w:sdtContent>
      </w:sdt>
      <w:permEnd w:id="158"/>
      <w:r>
        <w:rPr>
          <w:sz w:val="20"/>
          <w:szCs w:val="20"/>
        </w:rPr>
        <w:t xml:space="preserve"> eğitim-öğretim yılında öğrencilere uygulanacak olan dört yarıyıllık ders planı değişikliklerinin Bölüm Başkanlığından geldiği şekliyle kabulüne ve konunun Rektörlük Makamına arzına </w:t>
      </w:r>
      <w:permStart w:id="159" w:edGrp="everyone"/>
      <w:sdt>
        <w:sdtPr>
          <w:alias w:val="Oy durumu"/>
          <w:tag w:val="Oy durumu"/>
          <w:id w:val="41158"/>
          <w:showingPlcHdr/>
          <w:dropDownList>
            <w:listItem w:displayText="oy birliği" w:value="oy birliği"/>
            <w:listItem w:displayText="oy çokluğu" w:value="oy çokluğu"/>
          </w:dropDownList>
        </w:sdtPr>
        <w:sdtContent>
          <w:r>
            <w:rPr>
              <w:rStyle w:val="PlaceholderText"/>
              <w:sz w:val="20"/>
              <w:szCs w:val="20"/>
            </w:rPr>
            <w:t xml:space="preserve">       </w:t>
          </w:r>
        </w:sdtContent>
      </w:sdt>
      <w:permEnd w:id="159"/>
      <w:r>
        <w:rPr>
          <w:sz w:val="20"/>
          <w:szCs w:val="20"/>
        </w:rPr>
        <w:t xml:space="preserve"> ile karar verildi.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4818"/>
        <w:gridCol w:w="4818"/>
        <w:gridCol w:w="4932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Yönetim Kurulu Üyesi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Yönetim Kurulu Üyesi</w:t>
            </w:r>
          </w:p>
        </w:tc>
        <w:tc>
          <w:tcPr>
            <w:tcW w:type="dxa" w:w="49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Yönetim Kurulu Başkanı (Yüksekokul Müdürü)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60" w:edGrp="everyone"/>
            <w:sdt>
              <w:sdtPr>
                <w:alias w:val="Üye 1 adı"/>
                <w:tag w:val="Üye 1 adı"/>
                <w:id w:val="4115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60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61" w:edGrp="everyone"/>
            <w:sdt>
              <w:sdtPr>
                <w:alias w:val="Üye 2 adı"/>
                <w:tag w:val="Üye 2 adı"/>
                <w:id w:val="4116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61"/>
          </w:p>
        </w:tc>
        <w:tc>
          <w:tcPr>
            <w:tcW w:type="dxa" w:w="4932"/>
            <w:vAlign w:val="center"/>
          </w:tcPr>
          <w:p>
            <w:pPr>
              <w:spacing w:before="0" w:after="0" w:line="240" w:lineRule="auto"/>
              <w:jc w:val="center"/>
            </w:pPr>
            <w:permStart w:id="162" w:edGrp="everyone"/>
            <w:sdt>
              <w:sdtPr>
                <w:alias w:val="Başkan adı"/>
                <w:tag w:val="Başkan adı"/>
                <w:id w:val="4116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62"/>
          </w:p>
        </w:tc>
      </w:tr>
      <w:tr>
        <w:trPr>
          <w:trHeight w:val="907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932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Bu form, Bölüm Kurulu kararı ve ders bilgi paketi (AKTS) taslağı ile birlikte sunulur. Onaylanan değişiklikler Üniversite Senatosu kararı sonrasında AKTS Bilgi Paketi'nde güncellenir.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DERS PLANI DEĞİŞİKLİK FORMU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7285"/>
        <w:gridCol w:w="7285"/>
      </w:tblGrid>
      <w:tr>
        <w:trPr>
          <w:trHeight w:val="351" w:hRule="atLeast"/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Bölüm / Program: </w:t>
            </w:r>
            <w:permStart w:id="163" w:edGrp="everyone"/>
            <w:sdt>
              <w:sdtPr>
                <w:alias w:val="Devam bölüm / program"/>
                <w:tag w:val="Devam bölüm / program"/>
                <w:id w:val="4116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</w:t>
                </w:r>
              </w:sdtContent>
            </w:sdt>
            <w:permEnd w:id="163"/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Form Tarihi: </w:t>
            </w:r>
            <w:permStart w:id="164" w:edGrp="everyone"/>
            <w:sdt>
              <w:sdtPr>
                <w:alias w:val="Devam tarihi"/>
                <w:tag w:val="Devam tarihi"/>
                <w:id w:val="41163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06.10.2026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16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431"/>
        <w:gridCol w:w="1726"/>
        <w:gridCol w:w="971"/>
        <w:gridCol w:w="2266"/>
        <w:gridCol w:w="593"/>
        <w:gridCol w:w="593"/>
        <w:gridCol w:w="593"/>
        <w:gridCol w:w="539"/>
        <w:gridCol w:w="647"/>
        <w:gridCol w:w="971"/>
        <w:gridCol w:w="2266"/>
        <w:gridCol w:w="593"/>
        <w:gridCol w:w="593"/>
        <w:gridCol w:w="593"/>
        <w:gridCol w:w="539"/>
        <w:gridCol w:w="647"/>
      </w:tblGrid>
      <w:tr>
        <w:trPr>
          <w:trHeight w:val="351" w:hRule="atLeast"/>
          <w:cantSplit/>
        </w:trPr>
        <w:tc>
          <w:tcPr>
            <w:tcW w:type="dxa" w:w="43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Sıra</w:t>
            </w:r>
          </w:p>
        </w:tc>
        <w:tc>
          <w:tcPr>
            <w:tcW w:type="dxa" w:w="172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Değişiklik Türü</w:t>
            </w:r>
          </w:p>
        </w:tc>
        <w:tc>
          <w:tcPr>
            <w:tcW w:type="dxa" w:w="6207"/>
            <w:gridSpan w:val="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ESKİ HALİ</w:t>
            </w:r>
          </w:p>
        </w:tc>
        <w:tc>
          <w:tcPr>
            <w:tcW w:type="dxa" w:w="6207"/>
            <w:gridSpan w:val="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ÖNERİLEN HALİ</w:t>
            </w:r>
          </w:p>
        </w:tc>
      </w:tr>
      <w:tr>
        <w:trPr>
          <w:trHeight w:val="351" w:hRule="atLeast"/>
          <w:cantSplit/>
        </w:trPr>
        <w:tc>
          <w:tcPr>
            <w:tcW w:type="dxa" w:w="43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172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97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Ders Kodu</w:t>
            </w:r>
          </w:p>
        </w:tc>
        <w:tc>
          <w:tcPr>
            <w:tcW w:type="dxa" w:w="2266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Dersin Adı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T+U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Kredi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AKTS</w:t>
            </w:r>
          </w:p>
        </w:tc>
        <w:tc>
          <w:tcPr>
            <w:tcW w:type="dxa" w:w="54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Z/S</w:t>
            </w:r>
          </w:p>
        </w:tc>
        <w:tc>
          <w:tcPr>
            <w:tcW w:type="dxa" w:w="6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Yarıyıl</w:t>
            </w:r>
          </w:p>
        </w:tc>
        <w:tc>
          <w:tcPr>
            <w:tcW w:type="dxa" w:w="97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Ders Kodu</w:t>
            </w:r>
          </w:p>
        </w:tc>
        <w:tc>
          <w:tcPr>
            <w:tcW w:type="dxa" w:w="2266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Dersin Adı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T+U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Kredi</w:t>
            </w:r>
          </w:p>
        </w:tc>
        <w:tc>
          <w:tcPr>
            <w:tcW w:type="dxa" w:w="59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AKTS</w:t>
            </w:r>
          </w:p>
        </w:tc>
        <w:tc>
          <w:tcPr>
            <w:tcW w:type="dxa" w:w="54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Z/S</w:t>
            </w:r>
          </w:p>
        </w:tc>
        <w:tc>
          <w:tcPr>
            <w:tcW w:type="dxa" w:w="6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Yarıyıl</w:t>
            </w:r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165" w:edGrp="everyone"/>
            <w:sdt>
              <w:sdtPr>
                <w:alias w:val="Değişiklik türü 9"/>
                <w:tag w:val="Değişiklik türü 9"/>
                <w:id w:val="41164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65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166" w:edGrp="everyone"/>
            <w:sdt>
              <w:sdtPr>
                <w:alias w:val="Eski kod 9"/>
                <w:tag w:val="Eski kod 9"/>
                <w:id w:val="411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6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167" w:edGrp="everyone"/>
            <w:sdt>
              <w:sdtPr>
                <w:alias w:val="Eski ders adı 9"/>
                <w:tag w:val="Eski ders adı 9"/>
                <w:id w:val="411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67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68" w:edGrp="everyone"/>
            <w:sdt>
              <w:sdtPr>
                <w:alias w:val="Eski T+U 9"/>
                <w:tag w:val="Eski T+U 9"/>
                <w:id w:val="411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8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69" w:edGrp="everyone"/>
            <w:sdt>
              <w:sdtPr>
                <w:alias w:val="Eski kredi 9"/>
                <w:tag w:val="Eski kredi 9"/>
                <w:id w:val="411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70" w:edGrp="everyone"/>
            <w:sdt>
              <w:sdtPr>
                <w:alias w:val="Eski AKTS 9"/>
                <w:tag w:val="Eski AKTS 9"/>
                <w:id w:val="4116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0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171" w:edGrp="everyone"/>
            <w:sdt>
              <w:sdtPr>
                <w:alias w:val="Eski Z/S 9"/>
                <w:tag w:val="Eski Z/S 9"/>
                <w:id w:val="4117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1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172" w:edGrp="everyone"/>
            <w:sdt>
              <w:sdtPr>
                <w:alias w:val="Eski yarıyıl 9"/>
                <w:tag w:val="Eski yarıyıl 9"/>
                <w:id w:val="411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2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173" w:edGrp="everyone"/>
            <w:sdt>
              <w:sdtPr>
                <w:alias w:val="Önerilen kod 9"/>
                <w:tag w:val="Önerilen kod 9"/>
                <w:id w:val="411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3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174" w:edGrp="everyone"/>
            <w:sdt>
              <w:sdtPr>
                <w:alias w:val="Önerilen ders adı 9"/>
                <w:tag w:val="Önerilen ders adı 9"/>
                <w:id w:val="411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7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75" w:edGrp="everyone"/>
            <w:sdt>
              <w:sdtPr>
                <w:alias w:val="Önerilen T+U 9"/>
                <w:tag w:val="Önerilen T+U 9"/>
                <w:id w:val="411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76" w:edGrp="everyone"/>
            <w:sdt>
              <w:sdtPr>
                <w:alias w:val="Önerilen kredi 9"/>
                <w:tag w:val="Önerilen kredi 9"/>
                <w:id w:val="4117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6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77" w:edGrp="everyone"/>
            <w:sdt>
              <w:sdtPr>
                <w:alias w:val="Önerilen AKTS 9"/>
                <w:tag w:val="Önerilen AKTS 9"/>
                <w:id w:val="411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7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178" w:edGrp="everyone"/>
            <w:sdt>
              <w:sdtPr>
                <w:alias w:val="Önerilen Z/S 9"/>
                <w:tag w:val="Önerilen Z/S 9"/>
                <w:id w:val="4117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78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179" w:edGrp="everyone"/>
            <w:sdt>
              <w:sdtPr>
                <w:alias w:val="Önerilen yarıyıl 9"/>
                <w:tag w:val="Önerilen yarıyıl 9"/>
                <w:id w:val="411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9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180" w:edGrp="everyone"/>
            <w:sdt>
              <w:sdtPr>
                <w:alias w:val="Değişiklik türü 10"/>
                <w:tag w:val="Değişiklik türü 10"/>
                <w:id w:val="41179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0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181" w:edGrp="everyone"/>
            <w:sdt>
              <w:sdtPr>
                <w:alias w:val="Eski kod 10"/>
                <w:tag w:val="Eski kod 10"/>
                <w:id w:val="411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1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182" w:edGrp="everyone"/>
            <w:sdt>
              <w:sdtPr>
                <w:alias w:val="Eski ders adı 10"/>
                <w:tag w:val="Eski ders adı 10"/>
                <w:id w:val="4118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82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83" w:edGrp="everyone"/>
            <w:sdt>
              <w:sdtPr>
                <w:alias w:val="Eski T+U 10"/>
                <w:tag w:val="Eski T+U 10"/>
                <w:id w:val="411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3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84" w:edGrp="everyone"/>
            <w:sdt>
              <w:sdtPr>
                <w:alias w:val="Eski kredi 10"/>
                <w:tag w:val="Eski kredi 10"/>
                <w:id w:val="411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85" w:edGrp="everyone"/>
            <w:sdt>
              <w:sdtPr>
                <w:alias w:val="Eski AKTS 10"/>
                <w:tag w:val="Eski AKTS 10"/>
                <w:id w:val="4118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5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186" w:edGrp="everyone"/>
            <w:sdt>
              <w:sdtPr>
                <w:alias w:val="Eski Z/S 10"/>
                <w:tag w:val="Eski Z/S 10"/>
                <w:id w:val="4118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86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187" w:edGrp="everyone"/>
            <w:sdt>
              <w:sdtPr>
                <w:alias w:val="Eski yarıyıl 10"/>
                <w:tag w:val="Eski yarıyıl 10"/>
                <w:id w:val="4118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7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188" w:edGrp="everyone"/>
            <w:sdt>
              <w:sdtPr>
                <w:alias w:val="Önerilen kod 10"/>
                <w:tag w:val="Önerilen kod 10"/>
                <w:id w:val="4118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8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189" w:edGrp="everyone"/>
            <w:sdt>
              <w:sdtPr>
                <w:alias w:val="Önerilen ders adı 10"/>
                <w:tag w:val="Önerilen ders adı 10"/>
                <w:id w:val="4118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8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90" w:edGrp="everyone"/>
            <w:sdt>
              <w:sdtPr>
                <w:alias w:val="Önerilen T+U 10"/>
                <w:tag w:val="Önerilen T+U 10"/>
                <w:id w:val="411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91" w:edGrp="everyone"/>
            <w:sdt>
              <w:sdtPr>
                <w:alias w:val="Önerilen kredi 10"/>
                <w:tag w:val="Önerilen kredi 10"/>
                <w:id w:val="4119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1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92" w:edGrp="everyone"/>
            <w:sdt>
              <w:sdtPr>
                <w:alias w:val="Önerilen AKTS 10"/>
                <w:tag w:val="Önerilen AKTS 10"/>
                <w:id w:val="411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2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193" w:edGrp="everyone"/>
            <w:sdt>
              <w:sdtPr>
                <w:alias w:val="Önerilen Z/S 10"/>
                <w:tag w:val="Önerilen Z/S 10"/>
                <w:id w:val="4119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93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194" w:edGrp="everyone"/>
            <w:sdt>
              <w:sdtPr>
                <w:alias w:val="Önerilen yarıyıl 10"/>
                <w:tag w:val="Önerilen yarıyıl 10"/>
                <w:id w:val="4119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4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11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195" w:edGrp="everyone"/>
            <w:sdt>
              <w:sdtPr>
                <w:alias w:val="Değişiklik türü 11"/>
                <w:tag w:val="Değişiklik türü 11"/>
                <w:id w:val="41194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195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196" w:edGrp="everyone"/>
            <w:sdt>
              <w:sdtPr>
                <w:alias w:val="Eski kod 11"/>
                <w:tag w:val="Eski kod 11"/>
                <w:id w:val="4119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6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197" w:edGrp="everyone"/>
            <w:sdt>
              <w:sdtPr>
                <w:alias w:val="Eski ders adı 11"/>
                <w:tag w:val="Eski ders adı 11"/>
                <w:id w:val="4119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197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98" w:edGrp="everyone"/>
            <w:sdt>
              <w:sdtPr>
                <w:alias w:val="Eski T+U 11"/>
                <w:tag w:val="Eski T+U 11"/>
                <w:id w:val="4119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8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199" w:edGrp="everyone"/>
            <w:sdt>
              <w:sdtPr>
                <w:alias w:val="Eski kredi 11"/>
                <w:tag w:val="Eski kredi 11"/>
                <w:id w:val="411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00" w:edGrp="everyone"/>
            <w:sdt>
              <w:sdtPr>
                <w:alias w:val="Eski AKTS 11"/>
                <w:tag w:val="Eski AKTS 11"/>
                <w:id w:val="4119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0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01" w:edGrp="everyone"/>
            <w:sdt>
              <w:sdtPr>
                <w:alias w:val="Eski Z/S 11"/>
                <w:tag w:val="Eski Z/S 11"/>
                <w:id w:val="4120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01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02" w:edGrp="everyone"/>
            <w:sdt>
              <w:sdtPr>
                <w:alias w:val="Eski yarıyıl 11"/>
                <w:tag w:val="Eski yarıyıl 11"/>
                <w:id w:val="4120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2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03" w:edGrp="everyone"/>
            <w:sdt>
              <w:sdtPr>
                <w:alias w:val="Önerilen kod 11"/>
                <w:tag w:val="Önerilen kod 11"/>
                <w:id w:val="4120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3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04" w:edGrp="everyone"/>
            <w:sdt>
              <w:sdtPr>
                <w:alias w:val="Önerilen ders adı 11"/>
                <w:tag w:val="Önerilen ders adı 11"/>
                <w:id w:val="4120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0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05" w:edGrp="everyone"/>
            <w:sdt>
              <w:sdtPr>
                <w:alias w:val="Önerilen T+U 11"/>
                <w:tag w:val="Önerilen T+U 11"/>
                <w:id w:val="4120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06" w:edGrp="everyone"/>
            <w:sdt>
              <w:sdtPr>
                <w:alias w:val="Önerilen kredi 11"/>
                <w:tag w:val="Önerilen kredi 11"/>
                <w:id w:val="4120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6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07" w:edGrp="everyone"/>
            <w:sdt>
              <w:sdtPr>
                <w:alias w:val="Önerilen AKTS 11"/>
                <w:tag w:val="Önerilen AKTS 11"/>
                <w:id w:val="412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7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08" w:edGrp="everyone"/>
            <w:sdt>
              <w:sdtPr>
                <w:alias w:val="Önerilen Z/S 11"/>
                <w:tag w:val="Önerilen Z/S 11"/>
                <w:id w:val="4120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08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09" w:edGrp="everyone"/>
            <w:sdt>
              <w:sdtPr>
                <w:alias w:val="Önerilen yarıyıl 11"/>
                <w:tag w:val="Önerilen yarıyıl 11"/>
                <w:id w:val="4120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9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210" w:edGrp="everyone"/>
            <w:sdt>
              <w:sdtPr>
                <w:alias w:val="Değişiklik türü 12"/>
                <w:tag w:val="Değişiklik türü 12"/>
                <w:id w:val="41209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10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11" w:edGrp="everyone"/>
            <w:sdt>
              <w:sdtPr>
                <w:alias w:val="Eski kod 12"/>
                <w:tag w:val="Eski kod 12"/>
                <w:id w:val="4121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11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12" w:edGrp="everyone"/>
            <w:sdt>
              <w:sdtPr>
                <w:alias w:val="Eski ders adı 12"/>
                <w:tag w:val="Eski ders adı 12"/>
                <w:id w:val="4121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12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13" w:edGrp="everyone"/>
            <w:sdt>
              <w:sdtPr>
                <w:alias w:val="Eski T+U 12"/>
                <w:tag w:val="Eski T+U 12"/>
                <w:id w:val="4121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13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14" w:edGrp="everyone"/>
            <w:sdt>
              <w:sdtPr>
                <w:alias w:val="Eski kredi 12"/>
                <w:tag w:val="Eski kredi 12"/>
                <w:id w:val="412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1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15" w:edGrp="everyone"/>
            <w:sdt>
              <w:sdtPr>
                <w:alias w:val="Eski AKTS 12"/>
                <w:tag w:val="Eski AKTS 12"/>
                <w:id w:val="4121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15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16" w:edGrp="everyone"/>
            <w:sdt>
              <w:sdtPr>
                <w:alias w:val="Eski Z/S 12"/>
                <w:tag w:val="Eski Z/S 12"/>
                <w:id w:val="4121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16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17" w:edGrp="everyone"/>
            <w:sdt>
              <w:sdtPr>
                <w:alias w:val="Eski yarıyıl 12"/>
                <w:tag w:val="Eski yarıyıl 12"/>
                <w:id w:val="412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17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18" w:edGrp="everyone"/>
            <w:sdt>
              <w:sdtPr>
                <w:alias w:val="Önerilen kod 12"/>
                <w:tag w:val="Önerilen kod 12"/>
                <w:id w:val="4121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18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19" w:edGrp="everyone"/>
            <w:sdt>
              <w:sdtPr>
                <w:alias w:val="Önerilen ders adı 12"/>
                <w:tag w:val="Önerilen ders adı 12"/>
                <w:id w:val="4121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1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20" w:edGrp="everyone"/>
            <w:sdt>
              <w:sdtPr>
                <w:alias w:val="Önerilen T+U 12"/>
                <w:tag w:val="Önerilen T+U 12"/>
                <w:id w:val="4121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2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21" w:edGrp="everyone"/>
            <w:sdt>
              <w:sdtPr>
                <w:alias w:val="Önerilen kredi 12"/>
                <w:tag w:val="Önerilen kredi 12"/>
                <w:id w:val="4122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21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22" w:edGrp="everyone"/>
            <w:sdt>
              <w:sdtPr>
                <w:alias w:val="Önerilen AKTS 12"/>
                <w:tag w:val="Önerilen AKTS 12"/>
                <w:id w:val="4122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22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23" w:edGrp="everyone"/>
            <w:sdt>
              <w:sdtPr>
                <w:alias w:val="Önerilen Z/S 12"/>
                <w:tag w:val="Önerilen Z/S 12"/>
                <w:id w:val="4122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23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24" w:edGrp="everyone"/>
            <w:sdt>
              <w:sdtPr>
                <w:alias w:val="Önerilen yarıyıl 12"/>
                <w:tag w:val="Önerilen yarıyıl 12"/>
                <w:id w:val="412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24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13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225" w:edGrp="everyone"/>
            <w:sdt>
              <w:sdtPr>
                <w:alias w:val="Değişiklik türü 13"/>
                <w:tag w:val="Değişiklik türü 13"/>
                <w:id w:val="41224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25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26" w:edGrp="everyone"/>
            <w:sdt>
              <w:sdtPr>
                <w:alias w:val="Eski kod 13"/>
                <w:tag w:val="Eski kod 13"/>
                <w:id w:val="412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26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27" w:edGrp="everyone"/>
            <w:sdt>
              <w:sdtPr>
                <w:alias w:val="Eski ders adı 13"/>
                <w:tag w:val="Eski ders adı 13"/>
                <w:id w:val="412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27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28" w:edGrp="everyone"/>
            <w:sdt>
              <w:sdtPr>
                <w:alias w:val="Eski T+U 13"/>
                <w:tag w:val="Eski T+U 13"/>
                <w:id w:val="4122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28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29" w:edGrp="everyone"/>
            <w:sdt>
              <w:sdtPr>
                <w:alias w:val="Eski kredi 13"/>
                <w:tag w:val="Eski kredi 13"/>
                <w:id w:val="412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2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30" w:edGrp="everyone"/>
            <w:sdt>
              <w:sdtPr>
                <w:alias w:val="Eski AKTS 13"/>
                <w:tag w:val="Eski AKTS 13"/>
                <w:id w:val="4122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30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31" w:edGrp="everyone"/>
            <w:sdt>
              <w:sdtPr>
                <w:alias w:val="Eski Z/S 13"/>
                <w:tag w:val="Eski Z/S 13"/>
                <w:id w:val="4123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31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32" w:edGrp="everyone"/>
            <w:sdt>
              <w:sdtPr>
                <w:alias w:val="Eski yarıyıl 13"/>
                <w:tag w:val="Eski yarıyıl 13"/>
                <w:id w:val="412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32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33" w:edGrp="everyone"/>
            <w:sdt>
              <w:sdtPr>
                <w:alias w:val="Önerilen kod 13"/>
                <w:tag w:val="Önerilen kod 13"/>
                <w:id w:val="412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33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34" w:edGrp="everyone"/>
            <w:sdt>
              <w:sdtPr>
                <w:alias w:val="Önerilen ders adı 13"/>
                <w:tag w:val="Önerilen ders adı 13"/>
                <w:id w:val="4123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3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35" w:edGrp="everyone"/>
            <w:sdt>
              <w:sdtPr>
                <w:alias w:val="Önerilen T+U 13"/>
                <w:tag w:val="Önerilen T+U 13"/>
                <w:id w:val="412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3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36" w:edGrp="everyone"/>
            <w:sdt>
              <w:sdtPr>
                <w:alias w:val="Önerilen kredi 13"/>
                <w:tag w:val="Önerilen kredi 13"/>
                <w:id w:val="4123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36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37" w:edGrp="everyone"/>
            <w:sdt>
              <w:sdtPr>
                <w:alias w:val="Önerilen AKTS 13"/>
                <w:tag w:val="Önerilen AKTS 13"/>
                <w:id w:val="4123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37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38" w:edGrp="everyone"/>
            <w:sdt>
              <w:sdtPr>
                <w:alias w:val="Önerilen Z/S 13"/>
                <w:tag w:val="Önerilen Z/S 13"/>
                <w:id w:val="4123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38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39" w:edGrp="everyone"/>
            <w:sdt>
              <w:sdtPr>
                <w:alias w:val="Önerilen yarıyıl 13"/>
                <w:tag w:val="Önerilen yarıyıl 13"/>
                <w:id w:val="4123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39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240" w:edGrp="everyone"/>
            <w:sdt>
              <w:sdtPr>
                <w:alias w:val="Değişiklik türü 14"/>
                <w:tag w:val="Değişiklik türü 14"/>
                <w:id w:val="41239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40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41" w:edGrp="everyone"/>
            <w:sdt>
              <w:sdtPr>
                <w:alias w:val="Eski kod 14"/>
                <w:tag w:val="Eski kod 14"/>
                <w:id w:val="412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41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42" w:edGrp="everyone"/>
            <w:sdt>
              <w:sdtPr>
                <w:alias w:val="Eski ders adı 14"/>
                <w:tag w:val="Eski ders adı 14"/>
                <w:id w:val="412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42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43" w:edGrp="everyone"/>
            <w:sdt>
              <w:sdtPr>
                <w:alias w:val="Eski T+U 14"/>
                <w:tag w:val="Eski T+U 14"/>
                <w:id w:val="4124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43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44" w:edGrp="everyone"/>
            <w:sdt>
              <w:sdtPr>
                <w:alias w:val="Eski kredi 14"/>
                <w:tag w:val="Eski kredi 14"/>
                <w:id w:val="412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4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45" w:edGrp="everyone"/>
            <w:sdt>
              <w:sdtPr>
                <w:alias w:val="Eski AKTS 14"/>
                <w:tag w:val="Eski AKTS 14"/>
                <w:id w:val="412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45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46" w:edGrp="everyone"/>
            <w:sdt>
              <w:sdtPr>
                <w:alias w:val="Eski Z/S 14"/>
                <w:tag w:val="Eski Z/S 14"/>
                <w:id w:val="4124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46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47" w:edGrp="everyone"/>
            <w:sdt>
              <w:sdtPr>
                <w:alias w:val="Eski yarıyıl 14"/>
                <w:tag w:val="Eski yarıyıl 14"/>
                <w:id w:val="412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47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48" w:edGrp="everyone"/>
            <w:sdt>
              <w:sdtPr>
                <w:alias w:val="Önerilen kod 14"/>
                <w:tag w:val="Önerilen kod 14"/>
                <w:id w:val="412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48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49" w:edGrp="everyone"/>
            <w:sdt>
              <w:sdtPr>
                <w:alias w:val="Önerilen ders adı 14"/>
                <w:tag w:val="Önerilen ders adı 14"/>
                <w:id w:val="4124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4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50" w:edGrp="everyone"/>
            <w:sdt>
              <w:sdtPr>
                <w:alias w:val="Önerilen T+U 14"/>
                <w:tag w:val="Önerilen T+U 14"/>
                <w:id w:val="412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5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51" w:edGrp="everyone"/>
            <w:sdt>
              <w:sdtPr>
                <w:alias w:val="Önerilen kredi 14"/>
                <w:tag w:val="Önerilen kredi 14"/>
                <w:id w:val="412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51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52" w:edGrp="everyone"/>
            <w:sdt>
              <w:sdtPr>
                <w:alias w:val="Önerilen AKTS 14"/>
                <w:tag w:val="Önerilen AKTS 14"/>
                <w:id w:val="4125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52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53" w:edGrp="everyone"/>
            <w:sdt>
              <w:sdtPr>
                <w:alias w:val="Önerilen Z/S 14"/>
                <w:tag w:val="Önerilen Z/S 14"/>
                <w:id w:val="4125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53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54" w:edGrp="everyone"/>
            <w:sdt>
              <w:sdtPr>
                <w:alias w:val="Önerilen yarıyıl 14"/>
                <w:tag w:val="Önerilen yarıyıl 14"/>
                <w:id w:val="412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54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15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255" w:edGrp="everyone"/>
            <w:sdt>
              <w:sdtPr>
                <w:alias w:val="Değişiklik türü 15"/>
                <w:tag w:val="Değişiklik türü 15"/>
                <w:id w:val="41254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55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56" w:edGrp="everyone"/>
            <w:sdt>
              <w:sdtPr>
                <w:alias w:val="Eski kod 15"/>
                <w:tag w:val="Eski kod 15"/>
                <w:id w:val="412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56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57" w:edGrp="everyone"/>
            <w:sdt>
              <w:sdtPr>
                <w:alias w:val="Eski ders adı 15"/>
                <w:tag w:val="Eski ders adı 15"/>
                <w:id w:val="412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57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58" w:edGrp="everyone"/>
            <w:sdt>
              <w:sdtPr>
                <w:alias w:val="Eski T+U 15"/>
                <w:tag w:val="Eski T+U 15"/>
                <w:id w:val="412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58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59" w:edGrp="everyone"/>
            <w:sdt>
              <w:sdtPr>
                <w:alias w:val="Eski kredi 15"/>
                <w:tag w:val="Eski kredi 15"/>
                <w:id w:val="412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5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60" w:edGrp="everyone"/>
            <w:sdt>
              <w:sdtPr>
                <w:alias w:val="Eski AKTS 15"/>
                <w:tag w:val="Eski AKTS 15"/>
                <w:id w:val="4125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0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61" w:edGrp="everyone"/>
            <w:sdt>
              <w:sdtPr>
                <w:alias w:val="Eski Z/S 15"/>
                <w:tag w:val="Eski Z/S 15"/>
                <w:id w:val="4126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61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62" w:edGrp="everyone"/>
            <w:sdt>
              <w:sdtPr>
                <w:alias w:val="Eski yarıyıl 15"/>
                <w:tag w:val="Eski yarıyıl 15"/>
                <w:id w:val="412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2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63" w:edGrp="everyone"/>
            <w:sdt>
              <w:sdtPr>
                <w:alias w:val="Önerilen kod 15"/>
                <w:tag w:val="Önerilen kod 15"/>
                <w:id w:val="412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3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64" w:edGrp="everyone"/>
            <w:sdt>
              <w:sdtPr>
                <w:alias w:val="Önerilen ders adı 15"/>
                <w:tag w:val="Önerilen ders adı 15"/>
                <w:id w:val="412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6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65" w:edGrp="everyone"/>
            <w:sdt>
              <w:sdtPr>
                <w:alias w:val="Önerilen T+U 15"/>
                <w:tag w:val="Önerilen T+U 15"/>
                <w:id w:val="412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66" w:edGrp="everyone"/>
            <w:sdt>
              <w:sdtPr>
                <w:alias w:val="Önerilen kredi 15"/>
                <w:tag w:val="Önerilen kredi 15"/>
                <w:id w:val="412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6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67" w:edGrp="everyone"/>
            <w:sdt>
              <w:sdtPr>
                <w:alias w:val="Önerilen AKTS 15"/>
                <w:tag w:val="Önerilen AKTS 15"/>
                <w:id w:val="412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7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68" w:edGrp="everyone"/>
            <w:sdt>
              <w:sdtPr>
                <w:alias w:val="Önerilen Z/S 15"/>
                <w:tag w:val="Önerilen Z/S 15"/>
                <w:id w:val="4126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68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69" w:edGrp="everyone"/>
            <w:sdt>
              <w:sdtPr>
                <w:alias w:val="Önerilen yarıyıl 15"/>
                <w:tag w:val="Önerilen yarıyıl 15"/>
                <w:id w:val="412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69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16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270" w:edGrp="everyone"/>
            <w:sdt>
              <w:sdtPr>
                <w:alias w:val="Değişiklik türü 16"/>
                <w:tag w:val="Değişiklik türü 16"/>
                <w:id w:val="41269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70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71" w:edGrp="everyone"/>
            <w:sdt>
              <w:sdtPr>
                <w:alias w:val="Eski kod 16"/>
                <w:tag w:val="Eski kod 16"/>
                <w:id w:val="412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71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72" w:edGrp="everyone"/>
            <w:sdt>
              <w:sdtPr>
                <w:alias w:val="Eski ders adı 16"/>
                <w:tag w:val="Eski ders adı 16"/>
                <w:id w:val="412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72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73" w:edGrp="everyone"/>
            <w:sdt>
              <w:sdtPr>
                <w:alias w:val="Eski T+U 16"/>
                <w:tag w:val="Eski T+U 16"/>
                <w:id w:val="412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73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74" w:edGrp="everyone"/>
            <w:sdt>
              <w:sdtPr>
                <w:alias w:val="Eski kredi 16"/>
                <w:tag w:val="Eski kredi 16"/>
                <w:id w:val="412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7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75" w:edGrp="everyone"/>
            <w:sdt>
              <w:sdtPr>
                <w:alias w:val="Eski AKTS 16"/>
                <w:tag w:val="Eski AKTS 16"/>
                <w:id w:val="412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75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76" w:edGrp="everyone"/>
            <w:sdt>
              <w:sdtPr>
                <w:alias w:val="Eski Z/S 16"/>
                <w:tag w:val="Eski Z/S 16"/>
                <w:id w:val="4127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76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77" w:edGrp="everyone"/>
            <w:sdt>
              <w:sdtPr>
                <w:alias w:val="Eski yarıyıl 16"/>
                <w:tag w:val="Eski yarıyıl 16"/>
                <w:id w:val="412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77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78" w:edGrp="everyone"/>
            <w:sdt>
              <w:sdtPr>
                <w:alias w:val="Önerilen kod 16"/>
                <w:tag w:val="Önerilen kod 16"/>
                <w:id w:val="4127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78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79" w:edGrp="everyone"/>
            <w:sdt>
              <w:sdtPr>
                <w:alias w:val="Önerilen ders adı 16"/>
                <w:tag w:val="Önerilen ders adı 16"/>
                <w:id w:val="412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7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80" w:edGrp="everyone"/>
            <w:sdt>
              <w:sdtPr>
                <w:alias w:val="Önerilen T+U 16"/>
                <w:tag w:val="Önerilen T+U 16"/>
                <w:id w:val="4127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81" w:edGrp="everyone"/>
            <w:sdt>
              <w:sdtPr>
                <w:alias w:val="Önerilen kredi 16"/>
                <w:tag w:val="Önerilen kredi 16"/>
                <w:id w:val="412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1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82" w:edGrp="everyone"/>
            <w:sdt>
              <w:sdtPr>
                <w:alias w:val="Önerilen AKTS 16"/>
                <w:tag w:val="Önerilen AKTS 16"/>
                <w:id w:val="4128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2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83" w:edGrp="everyone"/>
            <w:sdt>
              <w:sdtPr>
                <w:alias w:val="Önerilen Z/S 16"/>
                <w:tag w:val="Önerilen Z/S 16"/>
                <w:id w:val="4128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83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84" w:edGrp="everyone"/>
            <w:sdt>
              <w:sdtPr>
                <w:alias w:val="Önerilen yarıyıl 16"/>
                <w:tag w:val="Önerilen yarıyıl 16"/>
                <w:id w:val="412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4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17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285" w:edGrp="everyone"/>
            <w:sdt>
              <w:sdtPr>
                <w:alias w:val="Değişiklik türü 17"/>
                <w:tag w:val="Değişiklik türü 17"/>
                <w:id w:val="41284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85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86" w:edGrp="everyone"/>
            <w:sdt>
              <w:sdtPr>
                <w:alias w:val="Eski kod 17"/>
                <w:tag w:val="Eski kod 17"/>
                <w:id w:val="4128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6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87" w:edGrp="everyone"/>
            <w:sdt>
              <w:sdtPr>
                <w:alias w:val="Eski ders adı 17"/>
                <w:tag w:val="Eski ders adı 17"/>
                <w:id w:val="4128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87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88" w:edGrp="everyone"/>
            <w:sdt>
              <w:sdtPr>
                <w:alias w:val="Eski T+U 17"/>
                <w:tag w:val="Eski T+U 17"/>
                <w:id w:val="4128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8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89" w:edGrp="everyone"/>
            <w:sdt>
              <w:sdtPr>
                <w:alias w:val="Eski kredi 17"/>
                <w:tag w:val="Eski kredi 17"/>
                <w:id w:val="4128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8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90" w:edGrp="everyone"/>
            <w:sdt>
              <w:sdtPr>
                <w:alias w:val="Eski AKTS 17"/>
                <w:tag w:val="Eski AKTS 17"/>
                <w:id w:val="412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0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91" w:edGrp="everyone"/>
            <w:sdt>
              <w:sdtPr>
                <w:alias w:val="Eski Z/S 17"/>
                <w:tag w:val="Eski Z/S 17"/>
                <w:id w:val="4129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91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92" w:edGrp="everyone"/>
            <w:sdt>
              <w:sdtPr>
                <w:alias w:val="Eski yarıyıl 17"/>
                <w:tag w:val="Eski yarıyıl 17"/>
                <w:id w:val="412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2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293" w:edGrp="everyone"/>
            <w:sdt>
              <w:sdtPr>
                <w:alias w:val="Önerilen kod 17"/>
                <w:tag w:val="Önerilen kod 17"/>
                <w:id w:val="412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3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294" w:edGrp="everyone"/>
            <w:sdt>
              <w:sdtPr>
                <w:alias w:val="Önerilen ders adı 17"/>
                <w:tag w:val="Önerilen ders adı 17"/>
                <w:id w:val="4129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29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95" w:edGrp="everyone"/>
            <w:sdt>
              <w:sdtPr>
                <w:alias w:val="Önerilen T+U 17"/>
                <w:tag w:val="Önerilen T+U 17"/>
                <w:id w:val="4129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96" w:edGrp="everyone"/>
            <w:sdt>
              <w:sdtPr>
                <w:alias w:val="Önerilen kredi 17"/>
                <w:tag w:val="Önerilen kredi 17"/>
                <w:id w:val="4129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6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297" w:edGrp="everyone"/>
            <w:sdt>
              <w:sdtPr>
                <w:alias w:val="Önerilen AKTS 17"/>
                <w:tag w:val="Önerilen AKTS 17"/>
                <w:id w:val="4129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7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298" w:edGrp="everyone"/>
            <w:sdt>
              <w:sdtPr>
                <w:alias w:val="Önerilen Z/S 17"/>
                <w:tag w:val="Önerilen Z/S 17"/>
                <w:id w:val="4129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298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299" w:edGrp="everyone"/>
            <w:sdt>
              <w:sdtPr>
                <w:alias w:val="Önerilen yarıyıl 17"/>
                <w:tag w:val="Önerilen yarıyıl 17"/>
                <w:id w:val="412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99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18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300" w:edGrp="everyone"/>
            <w:sdt>
              <w:sdtPr>
                <w:alias w:val="Değişiklik türü 18"/>
                <w:tag w:val="Değişiklik türü 18"/>
                <w:id w:val="41299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00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301" w:edGrp="everyone"/>
            <w:sdt>
              <w:sdtPr>
                <w:alias w:val="Eski kod 18"/>
                <w:tag w:val="Eski kod 18"/>
                <w:id w:val="4130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1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302" w:edGrp="everyone"/>
            <w:sdt>
              <w:sdtPr>
                <w:alias w:val="Eski ders adı 18"/>
                <w:tag w:val="Eski ders adı 18"/>
                <w:id w:val="4130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02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03" w:edGrp="everyone"/>
            <w:sdt>
              <w:sdtPr>
                <w:alias w:val="Eski T+U 18"/>
                <w:tag w:val="Eski T+U 18"/>
                <w:id w:val="4130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3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04" w:edGrp="everyone"/>
            <w:sdt>
              <w:sdtPr>
                <w:alias w:val="Eski kredi 18"/>
                <w:tag w:val="Eski kredi 18"/>
                <w:id w:val="4130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05" w:edGrp="everyone"/>
            <w:sdt>
              <w:sdtPr>
                <w:alias w:val="Eski AKTS 18"/>
                <w:tag w:val="Eski AKTS 18"/>
                <w:id w:val="4130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5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306" w:edGrp="everyone"/>
            <w:sdt>
              <w:sdtPr>
                <w:alias w:val="Eski Z/S 18"/>
                <w:tag w:val="Eski Z/S 18"/>
                <w:id w:val="4130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06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307" w:edGrp="everyone"/>
            <w:sdt>
              <w:sdtPr>
                <w:alias w:val="Eski yarıyıl 18"/>
                <w:tag w:val="Eski yarıyıl 18"/>
                <w:id w:val="413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7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308" w:edGrp="everyone"/>
            <w:sdt>
              <w:sdtPr>
                <w:alias w:val="Önerilen kod 18"/>
                <w:tag w:val="Önerilen kod 18"/>
                <w:id w:val="4130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08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309" w:edGrp="everyone"/>
            <w:sdt>
              <w:sdtPr>
                <w:alias w:val="Önerilen ders adı 18"/>
                <w:tag w:val="Önerilen ders adı 18"/>
                <w:id w:val="4130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0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10" w:edGrp="everyone"/>
            <w:sdt>
              <w:sdtPr>
                <w:alias w:val="Önerilen T+U 18"/>
                <w:tag w:val="Önerilen T+U 18"/>
                <w:id w:val="4130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1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11" w:edGrp="everyone"/>
            <w:sdt>
              <w:sdtPr>
                <w:alias w:val="Önerilen kredi 18"/>
                <w:tag w:val="Önerilen kredi 18"/>
                <w:id w:val="4131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11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12" w:edGrp="everyone"/>
            <w:sdt>
              <w:sdtPr>
                <w:alias w:val="Önerilen AKTS 18"/>
                <w:tag w:val="Önerilen AKTS 18"/>
                <w:id w:val="4131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12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313" w:edGrp="everyone"/>
            <w:sdt>
              <w:sdtPr>
                <w:alias w:val="Önerilen Z/S 18"/>
                <w:tag w:val="Önerilen Z/S 18"/>
                <w:id w:val="4131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13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314" w:edGrp="everyone"/>
            <w:sdt>
              <w:sdtPr>
                <w:alias w:val="Önerilen yarıyıl 18"/>
                <w:tag w:val="Önerilen yarıyıl 18"/>
                <w:id w:val="413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14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19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315" w:edGrp="everyone"/>
            <w:sdt>
              <w:sdtPr>
                <w:alias w:val="Değişiklik türü 19"/>
                <w:tag w:val="Değişiklik türü 19"/>
                <w:id w:val="41314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15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316" w:edGrp="everyone"/>
            <w:sdt>
              <w:sdtPr>
                <w:alias w:val="Eski kod 19"/>
                <w:tag w:val="Eski kod 19"/>
                <w:id w:val="4131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16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317" w:edGrp="everyone"/>
            <w:sdt>
              <w:sdtPr>
                <w:alias w:val="Eski ders adı 19"/>
                <w:tag w:val="Eski ders adı 19"/>
                <w:id w:val="4131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17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18" w:edGrp="everyone"/>
            <w:sdt>
              <w:sdtPr>
                <w:alias w:val="Eski T+U 19"/>
                <w:tag w:val="Eski T+U 19"/>
                <w:id w:val="4131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18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19" w:edGrp="everyone"/>
            <w:sdt>
              <w:sdtPr>
                <w:alias w:val="Eski kredi 19"/>
                <w:tag w:val="Eski kredi 19"/>
                <w:id w:val="4131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1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20" w:edGrp="everyone"/>
            <w:sdt>
              <w:sdtPr>
                <w:alias w:val="Eski AKTS 19"/>
                <w:tag w:val="Eski AKTS 19"/>
                <w:id w:val="4131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0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321" w:edGrp="everyone"/>
            <w:sdt>
              <w:sdtPr>
                <w:alias w:val="Eski Z/S 19"/>
                <w:tag w:val="Eski Z/S 19"/>
                <w:id w:val="4132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21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322" w:edGrp="everyone"/>
            <w:sdt>
              <w:sdtPr>
                <w:alias w:val="Eski yarıyıl 19"/>
                <w:tag w:val="Eski yarıyıl 19"/>
                <w:id w:val="4132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2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323" w:edGrp="everyone"/>
            <w:sdt>
              <w:sdtPr>
                <w:alias w:val="Önerilen kod 19"/>
                <w:tag w:val="Önerilen kod 19"/>
                <w:id w:val="413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3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324" w:edGrp="everyone"/>
            <w:sdt>
              <w:sdtPr>
                <w:alias w:val="Önerilen ders adı 19"/>
                <w:tag w:val="Önerilen ders adı 19"/>
                <w:id w:val="413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2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25" w:edGrp="everyone"/>
            <w:sdt>
              <w:sdtPr>
                <w:alias w:val="Önerilen T+U 19"/>
                <w:tag w:val="Önerilen T+U 19"/>
                <w:id w:val="413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5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26" w:edGrp="everyone"/>
            <w:sdt>
              <w:sdtPr>
                <w:alias w:val="Önerilen kredi 19"/>
                <w:tag w:val="Önerilen kredi 19"/>
                <w:id w:val="413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6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27" w:edGrp="everyone"/>
            <w:sdt>
              <w:sdtPr>
                <w:alias w:val="Önerilen AKTS 19"/>
                <w:tag w:val="Önerilen AKTS 19"/>
                <w:id w:val="413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7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328" w:edGrp="everyone"/>
            <w:sdt>
              <w:sdtPr>
                <w:alias w:val="Önerilen Z/S 19"/>
                <w:tag w:val="Önerilen Z/S 19"/>
                <w:id w:val="4132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28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329" w:edGrp="everyone"/>
            <w:sdt>
              <w:sdtPr>
                <w:alias w:val="Önerilen yarıyıl 19"/>
                <w:tag w:val="Önerilen yarıyıl 19"/>
                <w:id w:val="413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29"/>
          </w:p>
        </w:tc>
      </w:tr>
      <w:tr>
        <w:trPr>
          <w:trHeight w:val="351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type="dxa" w:w="1727"/>
            <w:vAlign w:val="center"/>
          </w:tcPr>
          <w:p>
            <w:pPr>
              <w:spacing w:before="0" w:after="0" w:line="240" w:lineRule="auto"/>
              <w:jc w:val="left"/>
            </w:pPr>
            <w:permStart w:id="330" w:edGrp="everyone"/>
            <w:sdt>
              <w:sdtPr>
                <w:alias w:val="Değişiklik türü 20"/>
                <w:tag w:val="Değişiklik türü 20"/>
                <w:id w:val="41329"/>
                <w:showingPlcHdr/>
                <w:dropDownList>
                  <w:listItem w:displayText="Yeni eklenen ders" w:value="Yeni eklenen ders"/>
                  <w:listItem w:displayText="Programdan kaldırılan ders" w:value="Programdan kaldırılan ders"/>
                  <w:listItem w:displayText="Ad / içerik değişikliği" w:value="Ad / içerik değişikliği"/>
                  <w:listItem w:displayText="Kredi / AKTS değişikliği" w:value="Kredi / AKTS değişikliği"/>
                  <w:listItem w:displayText="Yarıyıl değişikliği" w:value="Yarıyıl değişikliği"/>
                  <w:listItem w:displayText="Z/S durumu değişikliği" w:value="Z/S durumu değişikliği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30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331" w:edGrp="everyone"/>
            <w:sdt>
              <w:sdtPr>
                <w:alias w:val="Eski kod 20"/>
                <w:tag w:val="Eski kod 20"/>
                <w:id w:val="4133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31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332" w:edGrp="everyone"/>
            <w:sdt>
              <w:sdtPr>
                <w:alias w:val="Eski ders adı 20"/>
                <w:tag w:val="Eski ders adı 20"/>
                <w:id w:val="413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32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33" w:edGrp="everyone"/>
            <w:sdt>
              <w:sdtPr>
                <w:alias w:val="Eski T+U 20"/>
                <w:tag w:val="Eski T+U 20"/>
                <w:id w:val="413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33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34" w:edGrp="everyone"/>
            <w:sdt>
              <w:sdtPr>
                <w:alias w:val="Eski kredi 20"/>
                <w:tag w:val="Eski kredi 20"/>
                <w:id w:val="4133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34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35" w:edGrp="everyone"/>
            <w:sdt>
              <w:sdtPr>
                <w:alias w:val="Eski AKTS 20"/>
                <w:tag w:val="Eski AKTS 20"/>
                <w:id w:val="413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35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336" w:edGrp="everyone"/>
            <w:sdt>
              <w:sdtPr>
                <w:alias w:val="Eski Z/S 20"/>
                <w:tag w:val="Eski Z/S 20"/>
                <w:id w:val="4133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36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337" w:edGrp="everyone"/>
            <w:sdt>
              <w:sdtPr>
                <w:alias w:val="Eski yarıyıl 20"/>
                <w:tag w:val="Eski yarıyıl 20"/>
                <w:id w:val="4133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37"/>
          </w:p>
        </w:tc>
        <w:tc>
          <w:tcPr>
            <w:tcW w:type="dxa" w:w="971"/>
            <w:vAlign w:val="center"/>
          </w:tcPr>
          <w:p>
            <w:pPr>
              <w:spacing w:before="0" w:after="0" w:line="240" w:lineRule="auto"/>
              <w:jc w:val="left"/>
            </w:pPr>
            <w:permStart w:id="338" w:edGrp="everyone"/>
            <w:sdt>
              <w:sdtPr>
                <w:alias w:val="Önerilen kod 20"/>
                <w:tag w:val="Önerilen kod 20"/>
                <w:id w:val="4133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38"/>
          </w:p>
        </w:tc>
        <w:tc>
          <w:tcPr>
            <w:tcW w:type="dxa" w:w="2266"/>
            <w:vAlign w:val="center"/>
          </w:tcPr>
          <w:p>
            <w:pPr>
              <w:spacing w:before="0" w:after="0" w:line="240" w:lineRule="auto"/>
              <w:jc w:val="left"/>
            </w:pPr>
            <w:permStart w:id="339" w:edGrp="everyone"/>
            <w:sdt>
              <w:sdtPr>
                <w:alias w:val="Önerilen ders adı 20"/>
                <w:tag w:val="Önerilen ders adı 20"/>
                <w:id w:val="4133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</w:t>
                </w:r>
              </w:sdtContent>
            </w:sdt>
            <w:permEnd w:id="339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40" w:edGrp="everyone"/>
            <w:sdt>
              <w:sdtPr>
                <w:alias w:val="Önerilen T+U 20"/>
                <w:tag w:val="Önerilen T+U 20"/>
                <w:id w:val="4133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40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41" w:edGrp="everyone"/>
            <w:sdt>
              <w:sdtPr>
                <w:alias w:val="Önerilen kredi 20"/>
                <w:tag w:val="Önerilen kredi 20"/>
                <w:id w:val="413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41"/>
          </w:p>
        </w:tc>
        <w:tc>
          <w:tcPr>
            <w:tcW w:type="dxa" w:w="594"/>
            <w:vAlign w:val="center"/>
          </w:tcPr>
          <w:p>
            <w:pPr>
              <w:spacing w:before="0" w:after="0" w:line="240" w:lineRule="auto"/>
              <w:jc w:val="left"/>
            </w:pPr>
            <w:permStart w:id="342" w:edGrp="everyone"/>
            <w:sdt>
              <w:sdtPr>
                <w:alias w:val="Önerilen AKTS 20"/>
                <w:tag w:val="Önerilen AKTS 20"/>
                <w:id w:val="413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42"/>
          </w:p>
        </w:tc>
        <w:tc>
          <w:tcPr>
            <w:tcW w:type="dxa" w:w="540"/>
            <w:vAlign w:val="center"/>
          </w:tcPr>
          <w:p>
            <w:pPr>
              <w:spacing w:before="0" w:after="0" w:line="240" w:lineRule="auto"/>
              <w:jc w:val="left"/>
            </w:pPr>
            <w:permStart w:id="343" w:edGrp="everyone"/>
            <w:sdt>
              <w:sdtPr>
                <w:alias w:val="Önerilen Z/S 20"/>
                <w:tag w:val="Önerilen Z/S 20"/>
                <w:id w:val="4134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</w:t>
                </w:r>
              </w:sdtContent>
            </w:sdt>
            <w:permEnd w:id="343"/>
          </w:p>
        </w:tc>
        <w:tc>
          <w:tcPr>
            <w:tcW w:type="dxa" w:w="648"/>
            <w:vAlign w:val="center"/>
          </w:tcPr>
          <w:p>
            <w:pPr>
              <w:spacing w:before="0" w:after="0" w:line="240" w:lineRule="auto"/>
              <w:jc w:val="left"/>
            </w:pPr>
            <w:permStart w:id="344" w:edGrp="everyone"/>
            <w:sdt>
              <w:sdtPr>
                <w:alias w:val="Önerilen yarıyıl 20"/>
                <w:tag w:val="Önerilen yarıyıl 20"/>
                <w:id w:val="413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34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14570"/>
      </w:tblGrid>
      <w:tr>
        <w:trPr>
          <w:cantSplit/>
        </w:trPr>
        <w:tc>
          <w:tcPr>
            <w:tcW w:type="dxa" w:w="1457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14570"/>
            <w:vAlign w:val="center"/>
          </w:tcPr>
          <w:p>
            <w:pPr>
              <w:spacing w:before="0" w:after="0" w:line="240" w:lineRule="auto"/>
              <w:jc w:val="center"/>
            </w:pPr>
            <w:permStart w:id="345" w:edGrp="everyone"/>
            <w:sdt>
              <w:sdtPr>
                <w:alias w:val="Bölüm Başkanı Adı Soyadı"/>
                <w:tag w:val="Bölüm Başkanı Adı Soyadı"/>
                <w:id w:val="4134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345"/>
          </w:p>
        </w:tc>
      </w:tr>
      <w:tr>
        <w:trPr>
          <w:trHeight w:val="850" w:hRule="atLeast"/>
          <w:cantSplit/>
        </w:trPr>
        <w:tc>
          <w:tcPr>
            <w:tcW w:type="dxa" w:w="14570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HTMYO-PFRM-224  |  Ders Planı Değişiklik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HTMYO-PFRM-224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05.08.2025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Planı Değişiklik Formu</dc:title>
  <dc:subject>HTMYO-PFRM-224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