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HAFTALIK DERS GÖREVLENDIRME ÇIZELGESI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608" w:edGrp="everyone"/>
      <w:sdt>
        <w:sdtPr>
          <w:alias w:val="Tarih"/>
          <w:tag w:val="Tarih"/>
          <w:id w:val="41607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608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2267"/>
        <w:gridCol w:w="4988"/>
        <w:gridCol w:w="2551"/>
        <w:gridCol w:w="4762"/>
      </w:tblGrid>
      <w:tr>
        <w:trPr>
          <w:trHeight w:val="351" w:hRule="atLeast"/>
          <w:cantSplit/>
        </w:trPr>
        <w:tc>
          <w:tcPr>
            <w:tcW w:type="dxa" w:w="226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4989"/>
            <w:vAlign w:val="center"/>
          </w:tcPr>
          <w:p>
            <w:pPr>
              <w:spacing w:before="0" w:after="0" w:line="240" w:lineRule="auto"/>
              <w:jc w:val="left"/>
            </w:pPr>
            <w:permStart w:id="609" w:edGrp="everyone"/>
            <w:sdt>
              <w:sdtPr>
                <w:alias w:val="Bölüm / Program"/>
                <w:tag w:val="Bölüm / Program"/>
                <w:id w:val="4160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09"/>
          </w:p>
        </w:tc>
        <w:tc>
          <w:tcPr>
            <w:tcW w:type="dxa" w:w="255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Akademik Yıl / Yarıyıl</w:t>
            </w:r>
          </w:p>
        </w:tc>
        <w:tc>
          <w:tcPr>
            <w:tcW w:type="dxa" w:w="4762"/>
            <w:vAlign w:val="center"/>
          </w:tcPr>
          <w:p>
            <w:pPr>
              <w:spacing w:before="0" w:after="0" w:line="240" w:lineRule="auto"/>
              <w:jc w:val="left"/>
            </w:pPr>
            <w:permStart w:id="610" w:edGrp="everyone"/>
            <w:sdt>
              <w:sdtPr>
                <w:alias w:val="Akademik yıl"/>
                <w:tag w:val="Akademik yıl"/>
                <w:id w:val="41609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20__ / 20__</w:t>
                </w:r>
              </w:sdtContent>
            </w:sdt>
            <w:permEnd w:id="610"/>
            <w:r>
              <w:rPr>
                <w:sz w:val="18"/>
                <w:szCs w:val="18"/>
              </w:rPr>
              <w:t xml:space="preserve">  </w:t>
            </w:r>
            <w:permStart w:id="611" w:edGrp="everyone"/>
            <w:sdt>
              <w:sdtPr>
                <w:alias w:val="Yarıyıl"/>
                <w:tag w:val="Yarıyıl"/>
                <w:id w:val="41610"/>
                <w:showingPlcHdr/>
                <w:dropDownList>
                  <w:listItem w:displayText="Güz" w:value="Güz"/>
                  <w:listItem w:displayText="Bahar" w:value="Baha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1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566"/>
        <w:gridCol w:w="2834"/>
        <w:gridCol w:w="1247"/>
        <w:gridCol w:w="2834"/>
        <w:gridCol w:w="1247"/>
        <w:gridCol w:w="1247"/>
        <w:gridCol w:w="850"/>
        <w:gridCol w:w="1020"/>
        <w:gridCol w:w="1247"/>
        <w:gridCol w:w="1474"/>
      </w:tblGrid>
      <w:tr>
        <w:trPr>
          <w:trHeight w:val="351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Öğretim Elemanı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Ders Kodu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Ders Adı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Sınıf / Şube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Öğretim Türü</w:t>
            </w:r>
          </w:p>
        </w:tc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Teorik</w:t>
            </w:r>
          </w:p>
        </w:tc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Uygulama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Haftalık Toplam Saat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Görev Türü</w:t>
            </w:r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12" w:edGrp="everyone"/>
            <w:sdt>
              <w:sdtPr>
                <w:alias w:val="Görev Öğretim Elemanı 1"/>
                <w:tag w:val="Görev Öğretim Elemanı 1"/>
                <w:id w:val="4161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1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13" w:edGrp="everyone"/>
            <w:sdt>
              <w:sdtPr>
                <w:alias w:val="Görev Ders Kodu 1"/>
                <w:tag w:val="Görev Ders Kodu 1"/>
                <w:id w:val="4161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613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14" w:edGrp="everyone"/>
            <w:sdt>
              <w:sdtPr>
                <w:alias w:val="Görev Ders Adı 1"/>
                <w:tag w:val="Görev Ders Adı 1"/>
                <w:id w:val="4161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14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15" w:edGrp="everyone"/>
            <w:sdt>
              <w:sdtPr>
                <w:alias w:val="Görev Sınıf / Şube 1"/>
                <w:tag w:val="Görev Sınıf / Şube 1"/>
                <w:id w:val="4161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61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16" w:edGrp="everyone"/>
            <w:sdt>
              <w:sdtPr>
                <w:alias w:val="Görev Öğretim Türü 1"/>
                <w:tag w:val="Görev Öğretim Türü 1"/>
                <w:id w:val="41615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16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617" w:edGrp="everyone"/>
            <w:sdt>
              <w:sdtPr>
                <w:alias w:val="Görev Teorik 1"/>
                <w:tag w:val="Görev Teorik 1"/>
                <w:id w:val="4161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617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18" w:edGrp="everyone"/>
            <w:sdt>
              <w:sdtPr>
                <w:alias w:val="Görev Uygulama 1"/>
                <w:tag w:val="Görev Uygulama 1"/>
                <w:id w:val="4161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18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19" w:edGrp="everyone"/>
            <w:sdt>
              <w:sdtPr>
                <w:alias w:val="Görev Haftalık Toplam Saat 1"/>
                <w:tag w:val="Görev Haftalık Toplam Saat 1"/>
                <w:id w:val="4161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1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20" w:edGrp="everyone"/>
            <w:sdt>
              <w:sdtPr>
                <w:alias w:val="Görev Görev Türü 1"/>
                <w:tag w:val="Görev Görev Türü 1"/>
                <w:id w:val="41619"/>
                <w:showingPlcHdr/>
                <w:dropDownList>
                  <w:listItem w:displayText="Kadrolu" w:value="Kadrolu"/>
                  <w:listItem w:displayText="Ek ders" w:value="Ek ders"/>
                  <w:listItem w:displayText="Görevlendirme" w:value="Görevlendirme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20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21" w:edGrp="everyone"/>
            <w:sdt>
              <w:sdtPr>
                <w:alias w:val="Görev Öğretim Elemanı 2"/>
                <w:tag w:val="Görev Öğretim Elemanı 2"/>
                <w:id w:val="4162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21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22" w:edGrp="everyone"/>
            <w:sdt>
              <w:sdtPr>
                <w:alias w:val="Görev Ders Kodu 2"/>
                <w:tag w:val="Görev Ders Kodu 2"/>
                <w:id w:val="4162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622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23" w:edGrp="everyone"/>
            <w:sdt>
              <w:sdtPr>
                <w:alias w:val="Görev Ders Adı 2"/>
                <w:tag w:val="Görev Ders Adı 2"/>
                <w:id w:val="4162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23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24" w:edGrp="everyone"/>
            <w:sdt>
              <w:sdtPr>
                <w:alias w:val="Görev Sınıf / Şube 2"/>
                <w:tag w:val="Görev Sınıf / Şube 2"/>
                <w:id w:val="4162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624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25" w:edGrp="everyone"/>
            <w:sdt>
              <w:sdtPr>
                <w:alias w:val="Görev Öğretim Türü 2"/>
                <w:tag w:val="Görev Öğretim Türü 2"/>
                <w:id w:val="41624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25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626" w:edGrp="everyone"/>
            <w:sdt>
              <w:sdtPr>
                <w:alias w:val="Görev Teorik 2"/>
                <w:tag w:val="Görev Teorik 2"/>
                <w:id w:val="4162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626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27" w:edGrp="everyone"/>
            <w:sdt>
              <w:sdtPr>
                <w:alias w:val="Görev Uygulama 2"/>
                <w:tag w:val="Görev Uygulama 2"/>
                <w:id w:val="4162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2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28" w:edGrp="everyone"/>
            <w:sdt>
              <w:sdtPr>
                <w:alias w:val="Görev Haftalık Toplam Saat 2"/>
                <w:tag w:val="Görev Haftalık Toplam Saat 2"/>
                <w:id w:val="4162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2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29" w:edGrp="everyone"/>
            <w:sdt>
              <w:sdtPr>
                <w:alias w:val="Görev Görev Türü 2"/>
                <w:tag w:val="Görev Görev Türü 2"/>
                <w:id w:val="41628"/>
                <w:showingPlcHdr/>
                <w:dropDownList>
                  <w:listItem w:displayText="Kadrolu" w:value="Kadrolu"/>
                  <w:listItem w:displayText="Ek ders" w:value="Ek ders"/>
                  <w:listItem w:displayText="Görevlendirme" w:value="Görevlendirme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29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30" w:edGrp="everyone"/>
            <w:sdt>
              <w:sdtPr>
                <w:alias w:val="Görev Öğretim Elemanı 3"/>
                <w:tag w:val="Görev Öğretim Elemanı 3"/>
                <w:id w:val="4162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3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31" w:edGrp="everyone"/>
            <w:sdt>
              <w:sdtPr>
                <w:alias w:val="Görev Ders Kodu 3"/>
                <w:tag w:val="Görev Ders Kodu 3"/>
                <w:id w:val="4163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631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32" w:edGrp="everyone"/>
            <w:sdt>
              <w:sdtPr>
                <w:alias w:val="Görev Ders Adı 3"/>
                <w:tag w:val="Görev Ders Adı 3"/>
                <w:id w:val="4163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3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33" w:edGrp="everyone"/>
            <w:sdt>
              <w:sdtPr>
                <w:alias w:val="Görev Sınıf / Şube 3"/>
                <w:tag w:val="Görev Sınıf / Şube 3"/>
                <w:id w:val="4163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633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34" w:edGrp="everyone"/>
            <w:sdt>
              <w:sdtPr>
                <w:alias w:val="Görev Öğretim Türü 3"/>
                <w:tag w:val="Görev Öğretim Türü 3"/>
                <w:id w:val="41633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34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635" w:edGrp="everyone"/>
            <w:sdt>
              <w:sdtPr>
                <w:alias w:val="Görev Teorik 3"/>
                <w:tag w:val="Görev Teorik 3"/>
                <w:id w:val="4163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635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36" w:edGrp="everyone"/>
            <w:sdt>
              <w:sdtPr>
                <w:alias w:val="Görev Uygulama 3"/>
                <w:tag w:val="Görev Uygulama 3"/>
                <w:id w:val="4163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36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37" w:edGrp="everyone"/>
            <w:sdt>
              <w:sdtPr>
                <w:alias w:val="Görev Haftalık Toplam Saat 3"/>
                <w:tag w:val="Görev Haftalık Toplam Saat 3"/>
                <w:id w:val="4163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3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38" w:edGrp="everyone"/>
            <w:sdt>
              <w:sdtPr>
                <w:alias w:val="Görev Görev Türü 3"/>
                <w:tag w:val="Görev Görev Türü 3"/>
                <w:id w:val="41637"/>
                <w:showingPlcHdr/>
                <w:dropDownList>
                  <w:listItem w:displayText="Kadrolu" w:value="Kadrolu"/>
                  <w:listItem w:displayText="Ek ders" w:value="Ek ders"/>
                  <w:listItem w:displayText="Görevlendirme" w:value="Görevlendirme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38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39" w:edGrp="everyone"/>
            <w:sdt>
              <w:sdtPr>
                <w:alias w:val="Görev Öğretim Elemanı 4"/>
                <w:tag w:val="Görev Öğretim Elemanı 4"/>
                <w:id w:val="4163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39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40" w:edGrp="everyone"/>
            <w:sdt>
              <w:sdtPr>
                <w:alias w:val="Görev Ders Kodu 4"/>
                <w:tag w:val="Görev Ders Kodu 4"/>
                <w:id w:val="4163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640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41" w:edGrp="everyone"/>
            <w:sdt>
              <w:sdtPr>
                <w:alias w:val="Görev Ders Adı 4"/>
                <w:tag w:val="Görev Ders Adı 4"/>
                <w:id w:val="4164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41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42" w:edGrp="everyone"/>
            <w:sdt>
              <w:sdtPr>
                <w:alias w:val="Görev Sınıf / Şube 4"/>
                <w:tag w:val="Görev Sınıf / Şube 4"/>
                <w:id w:val="4164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64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43" w:edGrp="everyone"/>
            <w:sdt>
              <w:sdtPr>
                <w:alias w:val="Görev Öğretim Türü 4"/>
                <w:tag w:val="Görev Öğretim Türü 4"/>
                <w:id w:val="41642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43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644" w:edGrp="everyone"/>
            <w:sdt>
              <w:sdtPr>
                <w:alias w:val="Görev Teorik 4"/>
                <w:tag w:val="Görev Teorik 4"/>
                <w:id w:val="4164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644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45" w:edGrp="everyone"/>
            <w:sdt>
              <w:sdtPr>
                <w:alias w:val="Görev Uygulama 4"/>
                <w:tag w:val="Görev Uygulama 4"/>
                <w:id w:val="4164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4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46" w:edGrp="everyone"/>
            <w:sdt>
              <w:sdtPr>
                <w:alias w:val="Görev Haftalık Toplam Saat 4"/>
                <w:tag w:val="Görev Haftalık Toplam Saat 4"/>
                <w:id w:val="4164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4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47" w:edGrp="everyone"/>
            <w:sdt>
              <w:sdtPr>
                <w:alias w:val="Görev Görev Türü 4"/>
                <w:tag w:val="Görev Görev Türü 4"/>
                <w:id w:val="41646"/>
                <w:showingPlcHdr/>
                <w:dropDownList>
                  <w:listItem w:displayText="Kadrolu" w:value="Kadrolu"/>
                  <w:listItem w:displayText="Ek ders" w:value="Ek ders"/>
                  <w:listItem w:displayText="Görevlendirme" w:value="Görevlendirme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47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48" w:edGrp="everyone"/>
            <w:sdt>
              <w:sdtPr>
                <w:alias w:val="Görev Öğretim Elemanı 5"/>
                <w:tag w:val="Görev Öğretim Elemanı 5"/>
                <w:id w:val="4164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48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49" w:edGrp="everyone"/>
            <w:sdt>
              <w:sdtPr>
                <w:alias w:val="Görev Ders Kodu 5"/>
                <w:tag w:val="Görev Ders Kodu 5"/>
                <w:id w:val="4164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649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50" w:edGrp="everyone"/>
            <w:sdt>
              <w:sdtPr>
                <w:alias w:val="Görev Ders Adı 5"/>
                <w:tag w:val="Görev Ders Adı 5"/>
                <w:id w:val="4164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5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51" w:edGrp="everyone"/>
            <w:sdt>
              <w:sdtPr>
                <w:alias w:val="Görev Sınıf / Şube 5"/>
                <w:tag w:val="Görev Sınıf / Şube 5"/>
                <w:id w:val="4165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651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52" w:edGrp="everyone"/>
            <w:sdt>
              <w:sdtPr>
                <w:alias w:val="Görev Öğretim Türü 5"/>
                <w:tag w:val="Görev Öğretim Türü 5"/>
                <w:id w:val="41651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52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653" w:edGrp="everyone"/>
            <w:sdt>
              <w:sdtPr>
                <w:alias w:val="Görev Teorik 5"/>
                <w:tag w:val="Görev Teorik 5"/>
                <w:id w:val="4165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653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54" w:edGrp="everyone"/>
            <w:sdt>
              <w:sdtPr>
                <w:alias w:val="Görev Uygulama 5"/>
                <w:tag w:val="Görev Uygulama 5"/>
                <w:id w:val="4165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54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55" w:edGrp="everyone"/>
            <w:sdt>
              <w:sdtPr>
                <w:alias w:val="Görev Haftalık Toplam Saat 5"/>
                <w:tag w:val="Görev Haftalık Toplam Saat 5"/>
                <w:id w:val="4165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5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56" w:edGrp="everyone"/>
            <w:sdt>
              <w:sdtPr>
                <w:alias w:val="Görev Görev Türü 5"/>
                <w:tag w:val="Görev Görev Türü 5"/>
                <w:id w:val="41655"/>
                <w:showingPlcHdr/>
                <w:dropDownList>
                  <w:listItem w:displayText="Kadrolu" w:value="Kadrolu"/>
                  <w:listItem w:displayText="Ek ders" w:value="Ek ders"/>
                  <w:listItem w:displayText="Görevlendirme" w:value="Görevlendirme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56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57" w:edGrp="everyone"/>
            <w:sdt>
              <w:sdtPr>
                <w:alias w:val="Görev Öğretim Elemanı 6"/>
                <w:tag w:val="Görev Öğretim Elemanı 6"/>
                <w:id w:val="4165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5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58" w:edGrp="everyone"/>
            <w:sdt>
              <w:sdtPr>
                <w:alias w:val="Görev Ders Kodu 6"/>
                <w:tag w:val="Görev Ders Kodu 6"/>
                <w:id w:val="4165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658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59" w:edGrp="everyone"/>
            <w:sdt>
              <w:sdtPr>
                <w:alias w:val="Görev Ders Adı 6"/>
                <w:tag w:val="Görev Ders Adı 6"/>
                <w:id w:val="4165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59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60" w:edGrp="everyone"/>
            <w:sdt>
              <w:sdtPr>
                <w:alias w:val="Görev Sınıf / Şube 6"/>
                <w:tag w:val="Görev Sınıf / Şube 6"/>
                <w:id w:val="4165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66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61" w:edGrp="everyone"/>
            <w:sdt>
              <w:sdtPr>
                <w:alias w:val="Görev Öğretim Türü 6"/>
                <w:tag w:val="Görev Öğretim Türü 6"/>
                <w:id w:val="41660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61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662" w:edGrp="everyone"/>
            <w:sdt>
              <w:sdtPr>
                <w:alias w:val="Görev Teorik 6"/>
                <w:tag w:val="Görev Teorik 6"/>
                <w:id w:val="4166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662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63" w:edGrp="everyone"/>
            <w:sdt>
              <w:sdtPr>
                <w:alias w:val="Görev Uygulama 6"/>
                <w:tag w:val="Görev Uygulama 6"/>
                <w:id w:val="4166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63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64" w:edGrp="everyone"/>
            <w:sdt>
              <w:sdtPr>
                <w:alias w:val="Görev Haftalık Toplam Saat 6"/>
                <w:tag w:val="Görev Haftalık Toplam Saat 6"/>
                <w:id w:val="4166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6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65" w:edGrp="everyone"/>
            <w:sdt>
              <w:sdtPr>
                <w:alias w:val="Görev Görev Türü 6"/>
                <w:tag w:val="Görev Görev Türü 6"/>
                <w:id w:val="41664"/>
                <w:showingPlcHdr/>
                <w:dropDownList>
                  <w:listItem w:displayText="Kadrolu" w:value="Kadrolu"/>
                  <w:listItem w:displayText="Ek ders" w:value="Ek ders"/>
                  <w:listItem w:displayText="Görevlendirme" w:value="Görevlendirme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65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66" w:edGrp="everyone"/>
            <w:sdt>
              <w:sdtPr>
                <w:alias w:val="Görev Öğretim Elemanı 7"/>
                <w:tag w:val="Görev Öğretim Elemanı 7"/>
                <w:id w:val="4166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66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67" w:edGrp="everyone"/>
            <w:sdt>
              <w:sdtPr>
                <w:alias w:val="Görev Ders Kodu 7"/>
                <w:tag w:val="Görev Ders Kodu 7"/>
                <w:id w:val="4166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667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68" w:edGrp="everyone"/>
            <w:sdt>
              <w:sdtPr>
                <w:alias w:val="Görev Ders Adı 7"/>
                <w:tag w:val="Görev Ders Adı 7"/>
                <w:id w:val="4166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68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69" w:edGrp="everyone"/>
            <w:sdt>
              <w:sdtPr>
                <w:alias w:val="Görev Sınıf / Şube 7"/>
                <w:tag w:val="Görev Sınıf / Şube 7"/>
                <w:id w:val="4166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669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70" w:edGrp="everyone"/>
            <w:sdt>
              <w:sdtPr>
                <w:alias w:val="Görev Öğretim Türü 7"/>
                <w:tag w:val="Görev Öğretim Türü 7"/>
                <w:id w:val="41669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70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671" w:edGrp="everyone"/>
            <w:sdt>
              <w:sdtPr>
                <w:alias w:val="Görev Teorik 7"/>
                <w:tag w:val="Görev Teorik 7"/>
                <w:id w:val="4167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671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72" w:edGrp="everyone"/>
            <w:sdt>
              <w:sdtPr>
                <w:alias w:val="Görev Uygulama 7"/>
                <w:tag w:val="Görev Uygulama 7"/>
                <w:id w:val="4167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7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73" w:edGrp="everyone"/>
            <w:sdt>
              <w:sdtPr>
                <w:alias w:val="Görev Haftalık Toplam Saat 7"/>
                <w:tag w:val="Görev Haftalık Toplam Saat 7"/>
                <w:id w:val="4167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7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74" w:edGrp="everyone"/>
            <w:sdt>
              <w:sdtPr>
                <w:alias w:val="Görev Görev Türü 7"/>
                <w:tag w:val="Görev Görev Türü 7"/>
                <w:id w:val="41673"/>
                <w:showingPlcHdr/>
                <w:dropDownList>
                  <w:listItem w:displayText="Kadrolu" w:value="Kadrolu"/>
                  <w:listItem w:displayText="Ek ders" w:value="Ek ders"/>
                  <w:listItem w:displayText="Görevlendirme" w:value="Görevlendirme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74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75" w:edGrp="everyone"/>
            <w:sdt>
              <w:sdtPr>
                <w:alias w:val="Görev Öğretim Elemanı 8"/>
                <w:tag w:val="Görev Öğretim Elemanı 8"/>
                <w:id w:val="4167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7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76" w:edGrp="everyone"/>
            <w:sdt>
              <w:sdtPr>
                <w:alias w:val="Görev Ders Kodu 8"/>
                <w:tag w:val="Görev Ders Kodu 8"/>
                <w:id w:val="4167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676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77" w:edGrp="everyone"/>
            <w:sdt>
              <w:sdtPr>
                <w:alias w:val="Görev Ders Adı 8"/>
                <w:tag w:val="Görev Ders Adı 8"/>
                <w:id w:val="4167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7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78" w:edGrp="everyone"/>
            <w:sdt>
              <w:sdtPr>
                <w:alias w:val="Görev Sınıf / Şube 8"/>
                <w:tag w:val="Görev Sınıf / Şube 8"/>
                <w:id w:val="4167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678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79" w:edGrp="everyone"/>
            <w:sdt>
              <w:sdtPr>
                <w:alias w:val="Görev Öğretim Türü 8"/>
                <w:tag w:val="Görev Öğretim Türü 8"/>
                <w:id w:val="41678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79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680" w:edGrp="everyone"/>
            <w:sdt>
              <w:sdtPr>
                <w:alias w:val="Görev Teorik 8"/>
                <w:tag w:val="Görev Teorik 8"/>
                <w:id w:val="4167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680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81" w:edGrp="everyone"/>
            <w:sdt>
              <w:sdtPr>
                <w:alias w:val="Görev Uygulama 8"/>
                <w:tag w:val="Görev Uygulama 8"/>
                <w:id w:val="4168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81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82" w:edGrp="everyone"/>
            <w:sdt>
              <w:sdtPr>
                <w:alias w:val="Görev Haftalık Toplam Saat 8"/>
                <w:tag w:val="Görev Haftalık Toplam Saat 8"/>
                <w:id w:val="4168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8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83" w:edGrp="everyone"/>
            <w:sdt>
              <w:sdtPr>
                <w:alias w:val="Görev Görev Türü 8"/>
                <w:tag w:val="Görev Görev Türü 8"/>
                <w:id w:val="41682"/>
                <w:showingPlcHdr/>
                <w:dropDownList>
                  <w:listItem w:displayText="Kadrolu" w:value="Kadrolu"/>
                  <w:listItem w:displayText="Ek ders" w:value="Ek ders"/>
                  <w:listItem w:displayText="Görevlendirme" w:value="Görevlendirme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83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84" w:edGrp="everyone"/>
            <w:sdt>
              <w:sdtPr>
                <w:alias w:val="Görev Öğretim Elemanı 9"/>
                <w:tag w:val="Görev Öğretim Elemanı 9"/>
                <w:id w:val="4168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84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85" w:edGrp="everyone"/>
            <w:sdt>
              <w:sdtPr>
                <w:alias w:val="Görev Ders Kodu 9"/>
                <w:tag w:val="Görev Ders Kodu 9"/>
                <w:id w:val="4168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685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86" w:edGrp="everyone"/>
            <w:sdt>
              <w:sdtPr>
                <w:alias w:val="Görev Ders Adı 9"/>
                <w:tag w:val="Görev Ders Adı 9"/>
                <w:id w:val="4168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86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87" w:edGrp="everyone"/>
            <w:sdt>
              <w:sdtPr>
                <w:alias w:val="Görev Sınıf / Şube 9"/>
                <w:tag w:val="Görev Sınıf / Şube 9"/>
                <w:id w:val="4168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68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88" w:edGrp="everyone"/>
            <w:sdt>
              <w:sdtPr>
                <w:alias w:val="Görev Öğretim Türü 9"/>
                <w:tag w:val="Görev Öğretim Türü 9"/>
                <w:id w:val="41687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88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689" w:edGrp="everyone"/>
            <w:sdt>
              <w:sdtPr>
                <w:alias w:val="Görev Teorik 9"/>
                <w:tag w:val="Görev Teorik 9"/>
                <w:id w:val="4168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689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90" w:edGrp="everyone"/>
            <w:sdt>
              <w:sdtPr>
                <w:alias w:val="Görev Uygulama 9"/>
                <w:tag w:val="Görev Uygulama 9"/>
                <w:id w:val="4168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9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91" w:edGrp="everyone"/>
            <w:sdt>
              <w:sdtPr>
                <w:alias w:val="Görev Haftalık Toplam Saat 9"/>
                <w:tag w:val="Görev Haftalık Toplam Saat 9"/>
                <w:id w:val="4169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9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692" w:edGrp="everyone"/>
            <w:sdt>
              <w:sdtPr>
                <w:alias w:val="Görev Görev Türü 9"/>
                <w:tag w:val="Görev Görev Türü 9"/>
                <w:id w:val="41691"/>
                <w:showingPlcHdr/>
                <w:dropDownList>
                  <w:listItem w:displayText="Kadrolu" w:value="Kadrolu"/>
                  <w:listItem w:displayText="Ek ders" w:value="Ek ders"/>
                  <w:listItem w:displayText="Görevlendirme" w:value="Görevlendirme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92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93" w:edGrp="everyone"/>
            <w:sdt>
              <w:sdtPr>
                <w:alias w:val="Görev Öğretim Elemanı 10"/>
                <w:tag w:val="Görev Öğretim Elemanı 10"/>
                <w:id w:val="4169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93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94" w:edGrp="everyone"/>
            <w:sdt>
              <w:sdtPr>
                <w:alias w:val="Görev Ders Kodu 10"/>
                <w:tag w:val="Görev Ders Kodu 10"/>
                <w:id w:val="4169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694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695" w:edGrp="everyone"/>
            <w:sdt>
              <w:sdtPr>
                <w:alias w:val="Görev Ders Adı 10"/>
                <w:tag w:val="Görev Ders Adı 10"/>
                <w:id w:val="4169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9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96" w:edGrp="everyone"/>
            <w:sdt>
              <w:sdtPr>
                <w:alias w:val="Görev Sınıf / Şube 10"/>
                <w:tag w:val="Görev Sınıf / Şube 10"/>
                <w:id w:val="4169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696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697" w:edGrp="everyone"/>
            <w:sdt>
              <w:sdtPr>
                <w:alias w:val="Görev Öğretim Türü 10"/>
                <w:tag w:val="Görev Öğretim Türü 10"/>
                <w:id w:val="41696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97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698" w:edGrp="everyone"/>
            <w:sdt>
              <w:sdtPr>
                <w:alias w:val="Görev Teorik 10"/>
                <w:tag w:val="Görev Teorik 10"/>
                <w:id w:val="4169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698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699" w:edGrp="everyone"/>
            <w:sdt>
              <w:sdtPr>
                <w:alias w:val="Görev Uygulama 10"/>
                <w:tag w:val="Görev Uygulama 10"/>
                <w:id w:val="4169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99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00" w:edGrp="everyone"/>
            <w:sdt>
              <w:sdtPr>
                <w:alias w:val="Görev Haftalık Toplam Saat 10"/>
                <w:tag w:val="Görev Haftalık Toplam Saat 10"/>
                <w:id w:val="4169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70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01" w:edGrp="everyone"/>
            <w:sdt>
              <w:sdtPr>
                <w:alias w:val="Görev Görev Türü 10"/>
                <w:tag w:val="Görev Görev Türü 10"/>
                <w:id w:val="41700"/>
                <w:showingPlcHdr/>
                <w:dropDownList>
                  <w:listItem w:displayText="Kadrolu" w:value="Kadrolu"/>
                  <w:listItem w:displayText="Ek ders" w:value="Ek ders"/>
                  <w:listItem w:displayText="Görevlendirme" w:value="Görevlendirme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701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02" w:edGrp="everyone"/>
            <w:sdt>
              <w:sdtPr>
                <w:alias w:val="Görev Öğretim Elemanı 11"/>
                <w:tag w:val="Görev Öğretim Elemanı 11"/>
                <w:id w:val="4170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70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03" w:edGrp="everyone"/>
            <w:sdt>
              <w:sdtPr>
                <w:alias w:val="Görev Ders Kodu 11"/>
                <w:tag w:val="Görev Ders Kodu 11"/>
                <w:id w:val="4170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703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04" w:edGrp="everyone"/>
            <w:sdt>
              <w:sdtPr>
                <w:alias w:val="Görev Ders Adı 11"/>
                <w:tag w:val="Görev Ders Adı 11"/>
                <w:id w:val="4170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704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05" w:edGrp="everyone"/>
            <w:sdt>
              <w:sdtPr>
                <w:alias w:val="Görev Sınıf / Şube 11"/>
                <w:tag w:val="Görev Sınıf / Şube 11"/>
                <w:id w:val="4170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70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06" w:edGrp="everyone"/>
            <w:sdt>
              <w:sdtPr>
                <w:alias w:val="Görev Öğretim Türü 11"/>
                <w:tag w:val="Görev Öğretim Türü 11"/>
                <w:id w:val="41705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706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707" w:edGrp="everyone"/>
            <w:sdt>
              <w:sdtPr>
                <w:alias w:val="Görev Teorik 11"/>
                <w:tag w:val="Görev Teorik 11"/>
                <w:id w:val="4170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707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708" w:edGrp="everyone"/>
            <w:sdt>
              <w:sdtPr>
                <w:alias w:val="Görev Uygulama 11"/>
                <w:tag w:val="Görev Uygulama 11"/>
                <w:id w:val="4170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708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09" w:edGrp="everyone"/>
            <w:sdt>
              <w:sdtPr>
                <w:alias w:val="Görev Haftalık Toplam Saat 11"/>
                <w:tag w:val="Görev Haftalık Toplam Saat 11"/>
                <w:id w:val="4170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70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10" w:edGrp="everyone"/>
            <w:sdt>
              <w:sdtPr>
                <w:alias w:val="Görev Görev Türü 11"/>
                <w:tag w:val="Görev Görev Türü 11"/>
                <w:id w:val="41709"/>
                <w:showingPlcHdr/>
                <w:dropDownList>
                  <w:listItem w:displayText="Kadrolu" w:value="Kadrolu"/>
                  <w:listItem w:displayText="Ek ders" w:value="Ek ders"/>
                  <w:listItem w:displayText="Görevlendirme" w:value="Görevlendirme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710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11" w:edGrp="everyone"/>
            <w:sdt>
              <w:sdtPr>
                <w:alias w:val="Görev Öğretim Elemanı 12"/>
                <w:tag w:val="Görev Öğretim Elemanı 12"/>
                <w:id w:val="4171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711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12" w:edGrp="everyone"/>
            <w:sdt>
              <w:sdtPr>
                <w:alias w:val="Görev Ders Kodu 12"/>
                <w:tag w:val="Görev Ders Kodu 12"/>
                <w:id w:val="4171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712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13" w:edGrp="everyone"/>
            <w:sdt>
              <w:sdtPr>
                <w:alias w:val="Görev Ders Adı 12"/>
                <w:tag w:val="Görev Ders Adı 12"/>
                <w:id w:val="4171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713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14" w:edGrp="everyone"/>
            <w:sdt>
              <w:sdtPr>
                <w:alias w:val="Görev Sınıf / Şube 12"/>
                <w:tag w:val="Görev Sınıf / Şube 12"/>
                <w:id w:val="4171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714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15" w:edGrp="everyone"/>
            <w:sdt>
              <w:sdtPr>
                <w:alias w:val="Görev Öğretim Türü 12"/>
                <w:tag w:val="Görev Öğretim Türü 12"/>
                <w:id w:val="41714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715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716" w:edGrp="everyone"/>
            <w:sdt>
              <w:sdtPr>
                <w:alias w:val="Görev Teorik 12"/>
                <w:tag w:val="Görev Teorik 12"/>
                <w:id w:val="4171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716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717" w:edGrp="everyone"/>
            <w:sdt>
              <w:sdtPr>
                <w:alias w:val="Görev Uygulama 12"/>
                <w:tag w:val="Görev Uygulama 12"/>
                <w:id w:val="4171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717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18" w:edGrp="everyone"/>
            <w:sdt>
              <w:sdtPr>
                <w:alias w:val="Görev Haftalık Toplam Saat 12"/>
                <w:tag w:val="Görev Haftalık Toplam Saat 12"/>
                <w:id w:val="4171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71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19" w:edGrp="everyone"/>
            <w:sdt>
              <w:sdtPr>
                <w:alias w:val="Görev Görev Türü 12"/>
                <w:tag w:val="Görev Görev Türü 12"/>
                <w:id w:val="41718"/>
                <w:showingPlcHdr/>
                <w:dropDownList>
                  <w:listItem w:displayText="Kadrolu" w:value="Kadrolu"/>
                  <w:listItem w:displayText="Ek ders" w:value="Ek ders"/>
                  <w:listItem w:displayText="Görevlendirme" w:value="Görevlendirme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719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20" w:edGrp="everyone"/>
            <w:sdt>
              <w:sdtPr>
                <w:alias w:val="Görev Öğretim Elemanı 13"/>
                <w:tag w:val="Görev Öğretim Elemanı 13"/>
                <w:id w:val="4171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720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21" w:edGrp="everyone"/>
            <w:sdt>
              <w:sdtPr>
                <w:alias w:val="Görev Ders Kodu 13"/>
                <w:tag w:val="Görev Ders Kodu 13"/>
                <w:id w:val="4172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721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22" w:edGrp="everyone"/>
            <w:sdt>
              <w:sdtPr>
                <w:alias w:val="Görev Ders Adı 13"/>
                <w:tag w:val="Görev Ders Adı 13"/>
                <w:id w:val="4172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72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23" w:edGrp="everyone"/>
            <w:sdt>
              <w:sdtPr>
                <w:alias w:val="Görev Sınıf / Şube 13"/>
                <w:tag w:val="Görev Sınıf / Şube 13"/>
                <w:id w:val="4172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723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24" w:edGrp="everyone"/>
            <w:sdt>
              <w:sdtPr>
                <w:alias w:val="Görev Öğretim Türü 13"/>
                <w:tag w:val="Görev Öğretim Türü 13"/>
                <w:id w:val="41723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724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725" w:edGrp="everyone"/>
            <w:sdt>
              <w:sdtPr>
                <w:alias w:val="Görev Teorik 13"/>
                <w:tag w:val="Görev Teorik 13"/>
                <w:id w:val="4172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725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726" w:edGrp="everyone"/>
            <w:sdt>
              <w:sdtPr>
                <w:alias w:val="Görev Uygulama 13"/>
                <w:tag w:val="Görev Uygulama 13"/>
                <w:id w:val="4172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726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27" w:edGrp="everyone"/>
            <w:sdt>
              <w:sdtPr>
                <w:alias w:val="Görev Haftalık Toplam Saat 13"/>
                <w:tag w:val="Görev Haftalık Toplam Saat 13"/>
                <w:id w:val="4172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72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28" w:edGrp="everyone"/>
            <w:sdt>
              <w:sdtPr>
                <w:alias w:val="Görev Görev Türü 13"/>
                <w:tag w:val="Görev Görev Türü 13"/>
                <w:id w:val="41727"/>
                <w:showingPlcHdr/>
                <w:dropDownList>
                  <w:listItem w:displayText="Kadrolu" w:value="Kadrolu"/>
                  <w:listItem w:displayText="Ek ders" w:value="Ek ders"/>
                  <w:listItem w:displayText="Görevlendirme" w:value="Görevlendirme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728"/>
          </w:p>
        </w:tc>
      </w:tr>
      <w:tr>
        <w:trPr>
          <w:trHeight w:val="35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29" w:edGrp="everyone"/>
            <w:sdt>
              <w:sdtPr>
                <w:alias w:val="Görev Öğretim Elemanı 14"/>
                <w:tag w:val="Görev Öğretim Elemanı 14"/>
                <w:id w:val="4172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729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30" w:edGrp="everyone"/>
            <w:sdt>
              <w:sdtPr>
                <w:alias w:val="Görev Ders Kodu 14"/>
                <w:tag w:val="Görev Ders Kodu 14"/>
                <w:id w:val="4172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</w:t>
                </w:r>
              </w:sdtContent>
            </w:sdt>
            <w:permEnd w:id="730"/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731" w:edGrp="everyone"/>
            <w:sdt>
              <w:sdtPr>
                <w:alias w:val="Görev Ders Adı 14"/>
                <w:tag w:val="Görev Ders Adı 14"/>
                <w:id w:val="4173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731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32" w:edGrp="everyone"/>
            <w:sdt>
              <w:sdtPr>
                <w:alias w:val="Görev Sınıf / Şube 14"/>
                <w:tag w:val="Görev Sınıf / Şube 14"/>
                <w:id w:val="4173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732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33" w:edGrp="everyone"/>
            <w:sdt>
              <w:sdtPr>
                <w:alias w:val="Görev Öğretim Türü 14"/>
                <w:tag w:val="Görev Öğretim Türü 14"/>
                <w:id w:val="41732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733"/>
          </w:p>
        </w:tc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left"/>
            </w:pPr>
            <w:permStart w:id="734" w:edGrp="everyone"/>
            <w:sdt>
              <w:sdtPr>
                <w:alias w:val="Görev Teorik 14"/>
                <w:tag w:val="Görev Teorik 14"/>
                <w:id w:val="4173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</w:t>
                </w:r>
              </w:sdtContent>
            </w:sdt>
            <w:permEnd w:id="734"/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735" w:edGrp="everyone"/>
            <w:sdt>
              <w:sdtPr>
                <w:alias w:val="Görev Uygulama 14"/>
                <w:tag w:val="Görev Uygulama 14"/>
                <w:id w:val="4173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735"/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736" w:edGrp="everyone"/>
            <w:sdt>
              <w:sdtPr>
                <w:alias w:val="Görev Haftalık Toplam Saat 14"/>
                <w:tag w:val="Görev Haftalık Toplam Saat 14"/>
                <w:id w:val="4173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73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737" w:edGrp="everyone"/>
            <w:sdt>
              <w:sdtPr>
                <w:alias w:val="Görev Görev Türü 14"/>
                <w:tag w:val="Görev Görev Türü 14"/>
                <w:id w:val="41736"/>
                <w:showingPlcHdr/>
                <w:dropDownList>
                  <w:listItem w:displayText="Kadrolu" w:value="Kadrolu"/>
                  <w:listItem w:displayText="Ek ders" w:value="Ek ders"/>
                  <w:listItem w:displayText="Görevlendirme" w:value="Görevlendirme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73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7285"/>
        <w:gridCol w:w="7285"/>
      </w:tblGrid>
      <w:tr>
        <w:trPr>
          <w:cantSplit/>
        </w:trPr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Yüksekokul Müdürü</w:t>
            </w:r>
          </w:p>
        </w:tc>
      </w:tr>
      <w:tr>
        <w:trPr>
          <w:cantSplit/>
        </w:trPr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permStart w:id="738" w:edGrp="everyone"/>
            <w:sdt>
              <w:sdtPr>
                <w:alias w:val="Bölüm Başkanı Adı Soyadı"/>
                <w:tag w:val="Bölüm Başkanı Adı Soyadı"/>
                <w:id w:val="4173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738"/>
          </w:p>
        </w:tc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permStart w:id="739" w:edGrp="everyone"/>
            <w:sdt>
              <w:sdtPr>
                <w:alias w:val="Yüksekokul Müdürü Adı Soyadı"/>
                <w:tag w:val="Yüksekokul Müdürü Adı Soyadı"/>
                <w:id w:val="4173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739"/>
          </w:p>
        </w:tc>
      </w:tr>
      <w:tr>
        <w:trPr>
          <w:trHeight w:val="850" w:hRule="atLeast"/>
          <w:cantSplit/>
        </w:trPr>
        <w:tc>
          <w:tcPr>
            <w:tcW w:type="dxa" w:w="728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728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HTMYO-PFRM-231  |  Haftalık Ders Görevlendirme Çizelgesi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HTMYO-PFRM-231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Haftalık Ders Görevlendirme Çizelgesi</dc:title>
  <dc:subject>HTMYO-PFRM-231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