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DERS YOKLAMA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740" w:edGrp="everyone"/>
            <w:sdt>
              <w:sdtPr>
                <w:alias w:val="Ders"/>
                <w:tag w:val="Ders"/>
                <w:id w:val="417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4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741" w:edGrp="everyone"/>
            <w:sdt>
              <w:sdtPr>
                <w:alias w:val="Bölüm / Program"/>
                <w:tag w:val="Bölüm / Program"/>
                <w:id w:val="417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41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742" w:edGrp="everyone"/>
            <w:sdt>
              <w:sdtPr>
                <w:alias w:val="Öğretim türü"/>
                <w:tag w:val="Öğretim türü"/>
                <w:id w:val="41741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742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743" w:edGrp="everyone"/>
            <w:sdt>
              <w:sdtPr>
                <w:alias w:val="Sınıf şube"/>
                <w:tag w:val="Sınıf şube"/>
                <w:id w:val="4174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43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Hafta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744" w:edGrp="everyone"/>
            <w:sdt>
              <w:sdtPr>
                <w:alias w:val="Hafta"/>
                <w:tag w:val="Hafta"/>
                <w:id w:val="4174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74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Tarih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745" w:edGrp="everyone"/>
            <w:sdt>
              <w:sdtPr>
                <w:alias w:val="Yoklama tarihi"/>
                <w:tag w:val="Yoklama tarihi"/>
                <w:id w:val="417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74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0"/>
        <w:gridCol w:w="3362"/>
        <w:gridCol w:w="1681"/>
        <w:gridCol w:w="1008"/>
        <w:gridCol w:w="1008"/>
        <w:gridCol w:w="1008"/>
        <w:gridCol w:w="1008"/>
      </w:tblGrid>
      <w:tr>
        <w:trPr>
          <w:trHeight w:val="311" w:hRule="atLeast"/>
          <w:cantSplit/>
        </w:trPr>
        <w:tc>
          <w:tcPr>
            <w:tcW w:type="dxa" w:w="56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S.N</w:t>
            </w:r>
          </w:p>
        </w:tc>
        <w:tc>
          <w:tcPr>
            <w:tcW w:type="dxa" w:w="336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Adı Soyadı</w:t>
            </w:r>
          </w:p>
        </w:tc>
        <w:tc>
          <w:tcPr>
            <w:tcW w:type="dxa" w:w="168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Öğrenci No</w:t>
            </w:r>
          </w:p>
        </w:tc>
        <w:tc>
          <w:tcPr>
            <w:tcW w:type="dxa" w:w="100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I. Ders</w:t>
            </w:r>
          </w:p>
        </w:tc>
        <w:tc>
          <w:tcPr>
            <w:tcW w:type="dxa" w:w="100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II. Ders</w:t>
            </w:r>
          </w:p>
        </w:tc>
        <w:tc>
          <w:tcPr>
            <w:tcW w:type="dxa" w:w="100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III. Ders</w:t>
            </w:r>
          </w:p>
        </w:tc>
        <w:tc>
          <w:tcPr>
            <w:tcW w:type="dxa" w:w="100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IV. Ders</w:t>
            </w:r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46" w:edGrp="everyone"/>
            <w:sdt>
              <w:sdtPr>
                <w:alias w:val="Yoklama Adı Soyadı 1"/>
                <w:tag w:val="Yoklama Adı Soyadı 1"/>
                <w:id w:val="4174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46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47" w:edGrp="everyone"/>
            <w:sdt>
              <w:sdtPr>
                <w:alias w:val="Yoklama Öğrenci No 1"/>
                <w:tag w:val="Yoklama Öğrenci No 1"/>
                <w:id w:val="417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4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48" w:edGrp="everyone"/>
            <w:sdt>
              <w:sdtPr>
                <w:alias w:val="Yoklama I. Ders 1"/>
                <w:tag w:val="Yoklama I. Ders 1"/>
                <w:id w:val="4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4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49" w:edGrp="everyone"/>
            <w:sdt>
              <w:sdtPr>
                <w:alias w:val="Yoklama II. Ders 1"/>
                <w:tag w:val="Yoklama II. Ders 1"/>
                <w:id w:val="41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4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50" w:edGrp="everyone"/>
            <w:sdt>
              <w:sdtPr>
                <w:alias w:val="Yoklama III. Ders 1"/>
                <w:tag w:val="Yoklama III. Ders 1"/>
                <w:id w:val="41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5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51" w:edGrp="everyone"/>
            <w:sdt>
              <w:sdtPr>
                <w:alias w:val="Yoklama IV. Ders 1"/>
                <w:tag w:val="Yoklama IV. Ders 1"/>
                <w:id w:val="4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51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52" w:edGrp="everyone"/>
            <w:sdt>
              <w:sdtPr>
                <w:alias w:val="Yoklama Adı Soyadı 2"/>
                <w:tag w:val="Yoklama Adı Soyadı 2"/>
                <w:id w:val="417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52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53" w:edGrp="everyone"/>
            <w:sdt>
              <w:sdtPr>
                <w:alias w:val="Yoklama Öğrenci No 2"/>
                <w:tag w:val="Yoklama Öğrenci No 2"/>
                <w:id w:val="417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5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54" w:edGrp="everyone"/>
            <w:sdt>
              <w:sdtPr>
                <w:alias w:val="Yoklama I. Ders 2"/>
                <w:tag w:val="Yoklama I. Ders 2"/>
                <w:id w:val="4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5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55" w:edGrp="everyone"/>
            <w:sdt>
              <w:sdtPr>
                <w:alias w:val="Yoklama II. Ders 2"/>
                <w:tag w:val="Yoklama II. Ders 2"/>
                <w:id w:val="4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5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56" w:edGrp="everyone"/>
            <w:sdt>
              <w:sdtPr>
                <w:alias w:val="Yoklama III. Ders 2"/>
                <w:tag w:val="Yoklama III. Ders 2"/>
                <w:id w:val="4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5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57" w:edGrp="everyone"/>
            <w:sdt>
              <w:sdtPr>
                <w:alias w:val="Yoklama IV. Ders 2"/>
                <w:tag w:val="Yoklama IV. Ders 2"/>
                <w:id w:val="4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57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58" w:edGrp="everyone"/>
            <w:sdt>
              <w:sdtPr>
                <w:alias w:val="Yoklama Adı Soyadı 3"/>
                <w:tag w:val="Yoklama Adı Soyadı 3"/>
                <w:id w:val="417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58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59" w:edGrp="everyone"/>
            <w:sdt>
              <w:sdtPr>
                <w:alias w:val="Yoklama Öğrenci No 3"/>
                <w:tag w:val="Yoklama Öğrenci No 3"/>
                <w:id w:val="417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5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0" w:edGrp="everyone"/>
            <w:sdt>
              <w:sdtPr>
                <w:alias w:val="Yoklama I. Ders 3"/>
                <w:tag w:val="Yoklama I. Ders 3"/>
                <w:id w:val="41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1" w:edGrp="everyone"/>
            <w:sdt>
              <w:sdtPr>
                <w:alias w:val="Yoklama II. Ders 3"/>
                <w:tag w:val="Yoklama II. Ders 3"/>
                <w:id w:val="4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2" w:edGrp="everyone"/>
            <w:sdt>
              <w:sdtPr>
                <w:alias w:val="Yoklama III. Ders 3"/>
                <w:tag w:val="Yoklama III. Ders 3"/>
                <w:id w:val="4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3" w:edGrp="everyone"/>
            <w:sdt>
              <w:sdtPr>
                <w:alias w:val="Yoklama IV. Ders 3"/>
                <w:tag w:val="Yoklama IV. Ders 3"/>
                <w:id w:val="4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3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64" w:edGrp="everyone"/>
            <w:sdt>
              <w:sdtPr>
                <w:alias w:val="Yoklama Adı Soyadı 4"/>
                <w:tag w:val="Yoklama Adı Soyadı 4"/>
                <w:id w:val="417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64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65" w:edGrp="everyone"/>
            <w:sdt>
              <w:sdtPr>
                <w:alias w:val="Yoklama Öğrenci No 4"/>
                <w:tag w:val="Yoklama Öğrenci No 4"/>
                <w:id w:val="417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6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6" w:edGrp="everyone"/>
            <w:sdt>
              <w:sdtPr>
                <w:alias w:val="Yoklama I. Ders 4"/>
                <w:tag w:val="Yoklama I. Ders 4"/>
                <w:id w:val="4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7" w:edGrp="everyone"/>
            <w:sdt>
              <w:sdtPr>
                <w:alias w:val="Yoklama II. Ders 4"/>
                <w:tag w:val="Yoklama II. Ders 4"/>
                <w:id w:val="41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8" w:edGrp="everyone"/>
            <w:sdt>
              <w:sdtPr>
                <w:alias w:val="Yoklama III. Ders 4"/>
                <w:tag w:val="Yoklama III. Ders 4"/>
                <w:id w:val="4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69" w:edGrp="everyone"/>
            <w:sdt>
              <w:sdtPr>
                <w:alias w:val="Yoklama IV. Ders 4"/>
                <w:tag w:val="Yoklama IV. Ders 4"/>
                <w:id w:val="4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69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70" w:edGrp="everyone"/>
            <w:sdt>
              <w:sdtPr>
                <w:alias w:val="Yoklama Adı Soyadı 5"/>
                <w:tag w:val="Yoklama Adı Soyadı 5"/>
                <w:id w:val="4176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70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71" w:edGrp="everyone"/>
            <w:sdt>
              <w:sdtPr>
                <w:alias w:val="Yoklama Öğrenci No 5"/>
                <w:tag w:val="Yoklama Öğrenci No 5"/>
                <w:id w:val="417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7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72" w:edGrp="everyone"/>
            <w:sdt>
              <w:sdtPr>
                <w:alias w:val="Yoklama I. Ders 5"/>
                <w:tag w:val="Yoklama I. Ders 5"/>
                <w:id w:val="4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7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73" w:edGrp="everyone"/>
            <w:sdt>
              <w:sdtPr>
                <w:alias w:val="Yoklama II. Ders 5"/>
                <w:tag w:val="Yoklama II. Ders 5"/>
                <w:id w:val="4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7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74" w:edGrp="everyone"/>
            <w:sdt>
              <w:sdtPr>
                <w:alias w:val="Yoklama III. Ders 5"/>
                <w:tag w:val="Yoklama III. Ders 5"/>
                <w:id w:val="41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7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75" w:edGrp="everyone"/>
            <w:sdt>
              <w:sdtPr>
                <w:alias w:val="Yoklama IV. Ders 5"/>
                <w:tag w:val="Yoklama IV. Ders 5"/>
                <w:id w:val="4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75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76" w:edGrp="everyone"/>
            <w:sdt>
              <w:sdtPr>
                <w:alias w:val="Yoklama Adı Soyadı 6"/>
                <w:tag w:val="Yoklama Adı Soyadı 6"/>
                <w:id w:val="4177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76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77" w:edGrp="everyone"/>
            <w:sdt>
              <w:sdtPr>
                <w:alias w:val="Yoklama Öğrenci No 6"/>
                <w:tag w:val="Yoklama Öğrenci No 6"/>
                <w:id w:val="417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7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78" w:edGrp="everyone"/>
            <w:sdt>
              <w:sdtPr>
                <w:alias w:val="Yoklama I. Ders 6"/>
                <w:tag w:val="Yoklama I. Ders 6"/>
                <w:id w:val="41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7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79" w:edGrp="everyone"/>
            <w:sdt>
              <w:sdtPr>
                <w:alias w:val="Yoklama II. Ders 6"/>
                <w:tag w:val="Yoklama II. Ders 6"/>
                <w:id w:val="4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7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80" w:edGrp="everyone"/>
            <w:sdt>
              <w:sdtPr>
                <w:alias w:val="Yoklama III. Ders 6"/>
                <w:tag w:val="Yoklama III. Ders 6"/>
                <w:id w:val="4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8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81" w:edGrp="everyone"/>
            <w:sdt>
              <w:sdtPr>
                <w:alias w:val="Yoklama IV. Ders 6"/>
                <w:tag w:val="Yoklama IV. Ders 6"/>
                <w:id w:val="4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81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82" w:edGrp="everyone"/>
            <w:sdt>
              <w:sdtPr>
                <w:alias w:val="Yoklama Adı Soyadı 7"/>
                <w:tag w:val="Yoklama Adı Soyadı 7"/>
                <w:id w:val="417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82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83" w:edGrp="everyone"/>
            <w:sdt>
              <w:sdtPr>
                <w:alias w:val="Yoklama Öğrenci No 7"/>
                <w:tag w:val="Yoklama Öğrenci No 7"/>
                <w:id w:val="417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8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84" w:edGrp="everyone"/>
            <w:sdt>
              <w:sdtPr>
                <w:alias w:val="Yoklama I. Ders 7"/>
                <w:tag w:val="Yoklama I. Ders 7"/>
                <w:id w:val="4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8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85" w:edGrp="everyone"/>
            <w:sdt>
              <w:sdtPr>
                <w:alias w:val="Yoklama II. Ders 7"/>
                <w:tag w:val="Yoklama II. Ders 7"/>
                <w:id w:val="4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8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86" w:edGrp="everyone"/>
            <w:sdt>
              <w:sdtPr>
                <w:alias w:val="Yoklama III. Ders 7"/>
                <w:tag w:val="Yoklama III. Ders 7"/>
                <w:id w:val="41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8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87" w:edGrp="everyone"/>
            <w:sdt>
              <w:sdtPr>
                <w:alias w:val="Yoklama IV. Ders 7"/>
                <w:tag w:val="Yoklama IV. Ders 7"/>
                <w:id w:val="4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87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88" w:edGrp="everyone"/>
            <w:sdt>
              <w:sdtPr>
                <w:alias w:val="Yoklama Adı Soyadı 8"/>
                <w:tag w:val="Yoklama Adı Soyadı 8"/>
                <w:id w:val="417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88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89" w:edGrp="everyone"/>
            <w:sdt>
              <w:sdtPr>
                <w:alias w:val="Yoklama Öğrenci No 8"/>
                <w:tag w:val="Yoklama Öğrenci No 8"/>
                <w:id w:val="417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8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0" w:edGrp="everyone"/>
            <w:sdt>
              <w:sdtPr>
                <w:alias w:val="Yoklama I. Ders 8"/>
                <w:tag w:val="Yoklama I. Ders 8"/>
                <w:id w:val="4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1" w:edGrp="everyone"/>
            <w:sdt>
              <w:sdtPr>
                <w:alias w:val="Yoklama II. Ders 8"/>
                <w:tag w:val="Yoklama II. Ders 8"/>
                <w:id w:val="41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2" w:edGrp="everyone"/>
            <w:sdt>
              <w:sdtPr>
                <w:alias w:val="Yoklama III. Ders 8"/>
                <w:tag w:val="Yoklama III. Ders 8"/>
                <w:id w:val="4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3" w:edGrp="everyone"/>
            <w:sdt>
              <w:sdtPr>
                <w:alias w:val="Yoklama IV. Ders 8"/>
                <w:tag w:val="Yoklama IV. Ders 8"/>
                <w:id w:val="41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3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794" w:edGrp="everyone"/>
            <w:sdt>
              <w:sdtPr>
                <w:alias w:val="Yoklama Adı Soyadı 9"/>
                <w:tag w:val="Yoklama Adı Soyadı 9"/>
                <w:id w:val="4179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94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795" w:edGrp="everyone"/>
            <w:sdt>
              <w:sdtPr>
                <w:alias w:val="Yoklama Öğrenci No 9"/>
                <w:tag w:val="Yoklama Öğrenci No 9"/>
                <w:id w:val="4179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79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6" w:edGrp="everyone"/>
            <w:sdt>
              <w:sdtPr>
                <w:alias w:val="Yoklama I. Ders 9"/>
                <w:tag w:val="Yoklama I. Ders 9"/>
                <w:id w:val="41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7" w:edGrp="everyone"/>
            <w:sdt>
              <w:sdtPr>
                <w:alias w:val="Yoklama II. Ders 9"/>
                <w:tag w:val="Yoklama II. Ders 9"/>
                <w:id w:val="41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8" w:edGrp="everyone"/>
            <w:sdt>
              <w:sdtPr>
                <w:alias w:val="Yoklama III. Ders 9"/>
                <w:tag w:val="Yoklama III. Ders 9"/>
                <w:id w:val="4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799" w:edGrp="everyone"/>
            <w:sdt>
              <w:sdtPr>
                <w:alias w:val="Yoklama IV. Ders 9"/>
                <w:tag w:val="Yoklama IV. Ders 9"/>
                <w:id w:val="41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799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00" w:edGrp="everyone"/>
            <w:sdt>
              <w:sdtPr>
                <w:alias w:val="Yoklama Adı Soyadı 10"/>
                <w:tag w:val="Yoklama Adı Soyadı 10"/>
                <w:id w:val="4179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00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01" w:edGrp="everyone"/>
            <w:sdt>
              <w:sdtPr>
                <w:alias w:val="Yoklama Öğrenci No 10"/>
                <w:tag w:val="Yoklama Öğrenci No 10"/>
                <w:id w:val="4180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0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02" w:edGrp="everyone"/>
            <w:sdt>
              <w:sdtPr>
                <w:alias w:val="Yoklama I. Ders 10"/>
                <w:tag w:val="Yoklama I. Ders 10"/>
                <w:id w:val="41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0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03" w:edGrp="everyone"/>
            <w:sdt>
              <w:sdtPr>
                <w:alias w:val="Yoklama II. Ders 10"/>
                <w:tag w:val="Yoklama II. Ders 10"/>
                <w:id w:val="4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0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04" w:edGrp="everyone"/>
            <w:sdt>
              <w:sdtPr>
                <w:alias w:val="Yoklama III. Ders 10"/>
                <w:tag w:val="Yoklama III. Ders 10"/>
                <w:id w:val="4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0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05" w:edGrp="everyone"/>
            <w:sdt>
              <w:sdtPr>
                <w:alias w:val="Yoklama IV. Ders 10"/>
                <w:tag w:val="Yoklama IV. Ders 10"/>
                <w:id w:val="4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05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06" w:edGrp="everyone"/>
            <w:sdt>
              <w:sdtPr>
                <w:alias w:val="Yoklama Adı Soyadı 11"/>
                <w:tag w:val="Yoklama Adı Soyadı 11"/>
                <w:id w:val="4180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06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07" w:edGrp="everyone"/>
            <w:sdt>
              <w:sdtPr>
                <w:alias w:val="Yoklama Öğrenci No 11"/>
                <w:tag w:val="Yoklama Öğrenci No 11"/>
                <w:id w:val="418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0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08" w:edGrp="everyone"/>
            <w:sdt>
              <w:sdtPr>
                <w:alias w:val="Yoklama I. Ders 11"/>
                <w:tag w:val="Yoklama I. Ders 11"/>
                <w:id w:val="4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0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09" w:edGrp="everyone"/>
            <w:sdt>
              <w:sdtPr>
                <w:alias w:val="Yoklama II. Ders 11"/>
                <w:tag w:val="Yoklama II. Ders 11"/>
                <w:id w:val="41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0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10" w:edGrp="everyone"/>
            <w:sdt>
              <w:sdtPr>
                <w:alias w:val="Yoklama III. Ders 11"/>
                <w:tag w:val="Yoklama III. Ders 11"/>
                <w:id w:val="4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1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11" w:edGrp="everyone"/>
            <w:sdt>
              <w:sdtPr>
                <w:alias w:val="Yoklama IV. Ders 11"/>
                <w:tag w:val="Yoklama IV. Ders 11"/>
                <w:id w:val="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11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12" w:edGrp="everyone"/>
            <w:sdt>
              <w:sdtPr>
                <w:alias w:val="Yoklama Adı Soyadı 12"/>
                <w:tag w:val="Yoklama Adı Soyadı 12"/>
                <w:id w:val="4181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12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13" w:edGrp="everyone"/>
            <w:sdt>
              <w:sdtPr>
                <w:alias w:val="Yoklama Öğrenci No 12"/>
                <w:tag w:val="Yoklama Öğrenci No 12"/>
                <w:id w:val="4181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1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14" w:edGrp="everyone"/>
            <w:sdt>
              <w:sdtPr>
                <w:alias w:val="Yoklama I. Ders 12"/>
                <w:tag w:val="Yoklama I. Ders 12"/>
                <w:id w:val="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1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15" w:edGrp="everyone"/>
            <w:sdt>
              <w:sdtPr>
                <w:alias w:val="Yoklama II. Ders 12"/>
                <w:tag w:val="Yoklama II. Ders 12"/>
                <w:id w:val="41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1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16" w:edGrp="everyone"/>
            <w:sdt>
              <w:sdtPr>
                <w:alias w:val="Yoklama III. Ders 12"/>
                <w:tag w:val="Yoklama III. Ders 12"/>
                <w:id w:val="4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1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17" w:edGrp="everyone"/>
            <w:sdt>
              <w:sdtPr>
                <w:alias w:val="Yoklama IV. Ders 12"/>
                <w:tag w:val="Yoklama IV. Ders 12"/>
                <w:id w:val="41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17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18" w:edGrp="everyone"/>
            <w:sdt>
              <w:sdtPr>
                <w:alias w:val="Yoklama Adı Soyadı 13"/>
                <w:tag w:val="Yoklama Adı Soyadı 13"/>
                <w:id w:val="4181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18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19" w:edGrp="everyone"/>
            <w:sdt>
              <w:sdtPr>
                <w:alias w:val="Yoklama Öğrenci No 13"/>
                <w:tag w:val="Yoklama Öğrenci No 13"/>
                <w:id w:val="4181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1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0" w:edGrp="everyone"/>
            <w:sdt>
              <w:sdtPr>
                <w:alias w:val="Yoklama I. Ders 13"/>
                <w:tag w:val="Yoklama I. Ders 13"/>
                <w:id w:val="41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1" w:edGrp="everyone"/>
            <w:sdt>
              <w:sdtPr>
                <w:alias w:val="Yoklama II. Ders 13"/>
                <w:tag w:val="Yoklama II. Ders 13"/>
                <w:id w:val="41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2" w:edGrp="everyone"/>
            <w:sdt>
              <w:sdtPr>
                <w:alias w:val="Yoklama III. Ders 13"/>
                <w:tag w:val="Yoklama III. Ders 13"/>
                <w:id w:val="4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3" w:edGrp="everyone"/>
            <w:sdt>
              <w:sdtPr>
                <w:alias w:val="Yoklama IV. Ders 13"/>
                <w:tag w:val="Yoklama IV. Ders 13"/>
                <w:id w:val="41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3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24" w:edGrp="everyone"/>
            <w:sdt>
              <w:sdtPr>
                <w:alias w:val="Yoklama Adı Soyadı 14"/>
                <w:tag w:val="Yoklama Adı Soyadı 14"/>
                <w:id w:val="418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24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25" w:edGrp="everyone"/>
            <w:sdt>
              <w:sdtPr>
                <w:alias w:val="Yoklama Öğrenci No 14"/>
                <w:tag w:val="Yoklama Öğrenci No 14"/>
                <w:id w:val="4182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2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6" w:edGrp="everyone"/>
            <w:sdt>
              <w:sdtPr>
                <w:alias w:val="Yoklama I. Ders 14"/>
                <w:tag w:val="Yoklama I. Ders 14"/>
                <w:id w:val="41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7" w:edGrp="everyone"/>
            <w:sdt>
              <w:sdtPr>
                <w:alias w:val="Yoklama II. Ders 14"/>
                <w:tag w:val="Yoklama II. Ders 14"/>
                <w:id w:val="41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8" w:edGrp="everyone"/>
            <w:sdt>
              <w:sdtPr>
                <w:alias w:val="Yoklama III. Ders 14"/>
                <w:tag w:val="Yoklama III. Ders 14"/>
                <w:id w:val="41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29" w:edGrp="everyone"/>
            <w:sdt>
              <w:sdtPr>
                <w:alias w:val="Yoklama IV. Ders 14"/>
                <w:tag w:val="Yoklama IV. Ders 14"/>
                <w:id w:val="41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29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15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30" w:edGrp="everyone"/>
            <w:sdt>
              <w:sdtPr>
                <w:alias w:val="Yoklama Adı Soyadı 15"/>
                <w:tag w:val="Yoklama Adı Soyadı 15"/>
                <w:id w:val="418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30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31" w:edGrp="everyone"/>
            <w:sdt>
              <w:sdtPr>
                <w:alias w:val="Yoklama Öğrenci No 15"/>
                <w:tag w:val="Yoklama Öğrenci No 15"/>
                <w:id w:val="4183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3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32" w:edGrp="everyone"/>
            <w:sdt>
              <w:sdtPr>
                <w:alias w:val="Yoklama I. Ders 15"/>
                <w:tag w:val="Yoklama I. Ders 15"/>
                <w:id w:val="4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3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33" w:edGrp="everyone"/>
            <w:sdt>
              <w:sdtPr>
                <w:alias w:val="Yoklama II. Ders 15"/>
                <w:tag w:val="Yoklama II. Ders 15"/>
                <w:id w:val="41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3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34" w:edGrp="everyone"/>
            <w:sdt>
              <w:sdtPr>
                <w:alias w:val="Yoklama III. Ders 15"/>
                <w:tag w:val="Yoklama III. Ders 15"/>
                <w:id w:val="4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3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35" w:edGrp="everyone"/>
            <w:sdt>
              <w:sdtPr>
                <w:alias w:val="Yoklama IV. Ders 15"/>
                <w:tag w:val="Yoklama IV. Ders 15"/>
                <w:id w:val="4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35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16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36" w:edGrp="everyone"/>
            <w:sdt>
              <w:sdtPr>
                <w:alias w:val="Yoklama Adı Soyadı 16"/>
                <w:tag w:val="Yoklama Adı Soyadı 16"/>
                <w:id w:val="418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36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37" w:edGrp="everyone"/>
            <w:sdt>
              <w:sdtPr>
                <w:alias w:val="Yoklama Öğrenci No 16"/>
                <w:tag w:val="Yoklama Öğrenci No 16"/>
                <w:id w:val="4183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3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38" w:edGrp="everyone"/>
            <w:sdt>
              <w:sdtPr>
                <w:alias w:val="Yoklama I. Ders 16"/>
                <w:tag w:val="Yoklama I. Ders 16"/>
                <w:id w:val="4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3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39" w:edGrp="everyone"/>
            <w:sdt>
              <w:sdtPr>
                <w:alias w:val="Yoklama II. Ders 16"/>
                <w:tag w:val="Yoklama II. Ders 16"/>
                <w:id w:val="4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3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40" w:edGrp="everyone"/>
            <w:sdt>
              <w:sdtPr>
                <w:alias w:val="Yoklama III. Ders 16"/>
                <w:tag w:val="Yoklama III. Ders 16"/>
                <w:id w:val="4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4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41" w:edGrp="everyone"/>
            <w:sdt>
              <w:sdtPr>
                <w:alias w:val="Yoklama IV. Ders 16"/>
                <w:tag w:val="Yoklama IV. Ders 16"/>
                <w:id w:val="4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41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17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42" w:edGrp="everyone"/>
            <w:sdt>
              <w:sdtPr>
                <w:alias w:val="Yoklama Adı Soyadı 17"/>
                <w:tag w:val="Yoklama Adı Soyadı 17"/>
                <w:id w:val="418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42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43" w:edGrp="everyone"/>
            <w:sdt>
              <w:sdtPr>
                <w:alias w:val="Yoklama Öğrenci No 17"/>
                <w:tag w:val="Yoklama Öğrenci No 17"/>
                <w:id w:val="418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4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44" w:edGrp="everyone"/>
            <w:sdt>
              <w:sdtPr>
                <w:alias w:val="Yoklama I. Ders 17"/>
                <w:tag w:val="Yoklama I. Ders 17"/>
                <w:id w:val="4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4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45" w:edGrp="everyone"/>
            <w:sdt>
              <w:sdtPr>
                <w:alias w:val="Yoklama II. Ders 17"/>
                <w:tag w:val="Yoklama II. Ders 17"/>
                <w:id w:val="41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4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46" w:edGrp="everyone"/>
            <w:sdt>
              <w:sdtPr>
                <w:alias w:val="Yoklama III. Ders 17"/>
                <w:tag w:val="Yoklama III. Ders 17"/>
                <w:id w:val="4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4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47" w:edGrp="everyone"/>
            <w:sdt>
              <w:sdtPr>
                <w:alias w:val="Yoklama IV. Ders 17"/>
                <w:tag w:val="Yoklama IV. Ders 17"/>
                <w:id w:val="4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47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18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48" w:edGrp="everyone"/>
            <w:sdt>
              <w:sdtPr>
                <w:alias w:val="Yoklama Adı Soyadı 18"/>
                <w:tag w:val="Yoklama Adı Soyadı 18"/>
                <w:id w:val="418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48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49" w:edGrp="everyone"/>
            <w:sdt>
              <w:sdtPr>
                <w:alias w:val="Yoklama Öğrenci No 18"/>
                <w:tag w:val="Yoklama Öğrenci No 18"/>
                <w:id w:val="418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4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0" w:edGrp="everyone"/>
            <w:sdt>
              <w:sdtPr>
                <w:alias w:val="Yoklama I. Ders 18"/>
                <w:tag w:val="Yoklama I. Ders 18"/>
                <w:id w:val="4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1" w:edGrp="everyone"/>
            <w:sdt>
              <w:sdtPr>
                <w:alias w:val="Yoklama II. Ders 18"/>
                <w:tag w:val="Yoklama II. Ders 18"/>
                <w:id w:val="4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2" w:edGrp="everyone"/>
            <w:sdt>
              <w:sdtPr>
                <w:alias w:val="Yoklama III. Ders 18"/>
                <w:tag w:val="Yoklama III. Ders 18"/>
                <w:id w:val="41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3" w:edGrp="everyone"/>
            <w:sdt>
              <w:sdtPr>
                <w:alias w:val="Yoklama IV. Ders 18"/>
                <w:tag w:val="Yoklama IV. Ders 18"/>
                <w:id w:val="4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3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19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54" w:edGrp="everyone"/>
            <w:sdt>
              <w:sdtPr>
                <w:alias w:val="Yoklama Adı Soyadı 19"/>
                <w:tag w:val="Yoklama Adı Soyadı 19"/>
                <w:id w:val="418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54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55" w:edGrp="everyone"/>
            <w:sdt>
              <w:sdtPr>
                <w:alias w:val="Yoklama Öğrenci No 19"/>
                <w:tag w:val="Yoklama Öğrenci No 19"/>
                <w:id w:val="4185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5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6" w:edGrp="everyone"/>
            <w:sdt>
              <w:sdtPr>
                <w:alias w:val="Yoklama I. Ders 19"/>
                <w:tag w:val="Yoklama I. Ders 19"/>
                <w:id w:val="4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7" w:edGrp="everyone"/>
            <w:sdt>
              <w:sdtPr>
                <w:alias w:val="Yoklama II. Ders 19"/>
                <w:tag w:val="Yoklama II. Ders 19"/>
                <w:id w:val="41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8" w:edGrp="everyone"/>
            <w:sdt>
              <w:sdtPr>
                <w:alias w:val="Yoklama III. Ders 19"/>
                <w:tag w:val="Yoklama III. Ders 19"/>
                <w:id w:val="4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59" w:edGrp="everyone"/>
            <w:sdt>
              <w:sdtPr>
                <w:alias w:val="Yoklama IV. Ders 19"/>
                <w:tag w:val="Yoklama IV. Ders 19"/>
                <w:id w:val="41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59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20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60" w:edGrp="everyone"/>
            <w:sdt>
              <w:sdtPr>
                <w:alias w:val="Yoklama Adı Soyadı 20"/>
                <w:tag w:val="Yoklama Adı Soyadı 20"/>
                <w:id w:val="418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60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61" w:edGrp="everyone"/>
            <w:sdt>
              <w:sdtPr>
                <w:alias w:val="Yoklama Öğrenci No 20"/>
                <w:tag w:val="Yoklama Öğrenci No 20"/>
                <w:id w:val="4186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6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62" w:edGrp="everyone"/>
            <w:sdt>
              <w:sdtPr>
                <w:alias w:val="Yoklama I. Ders 20"/>
                <w:tag w:val="Yoklama I. Ders 20"/>
                <w:id w:val="41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6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63" w:edGrp="everyone"/>
            <w:sdt>
              <w:sdtPr>
                <w:alias w:val="Yoklama II. Ders 20"/>
                <w:tag w:val="Yoklama II. Ders 20"/>
                <w:id w:val="4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6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64" w:edGrp="everyone"/>
            <w:sdt>
              <w:sdtPr>
                <w:alias w:val="Yoklama III. Ders 20"/>
                <w:tag w:val="Yoklama III. Ders 20"/>
                <w:id w:val="4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6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65" w:edGrp="everyone"/>
            <w:sdt>
              <w:sdtPr>
                <w:alias w:val="Yoklama IV. Ders 20"/>
                <w:tag w:val="Yoklama IV. Ders 20"/>
                <w:id w:val="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65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21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66" w:edGrp="everyone"/>
            <w:sdt>
              <w:sdtPr>
                <w:alias w:val="Yoklama Adı Soyadı 21"/>
                <w:tag w:val="Yoklama Adı Soyadı 21"/>
                <w:id w:val="418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66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67" w:edGrp="everyone"/>
            <w:sdt>
              <w:sdtPr>
                <w:alias w:val="Yoklama Öğrenci No 21"/>
                <w:tag w:val="Yoklama Öğrenci No 21"/>
                <w:id w:val="418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6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68" w:edGrp="everyone"/>
            <w:sdt>
              <w:sdtPr>
                <w:alias w:val="Yoklama I. Ders 21"/>
                <w:tag w:val="Yoklama I. Ders 21"/>
                <w:id w:val="4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6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69" w:edGrp="everyone"/>
            <w:sdt>
              <w:sdtPr>
                <w:alias w:val="Yoklama II. Ders 21"/>
                <w:tag w:val="Yoklama II. Ders 21"/>
                <w:id w:val="41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6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70" w:edGrp="everyone"/>
            <w:sdt>
              <w:sdtPr>
                <w:alias w:val="Yoklama III. Ders 21"/>
                <w:tag w:val="Yoklama III. Ders 21"/>
                <w:id w:val="41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7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71" w:edGrp="everyone"/>
            <w:sdt>
              <w:sdtPr>
                <w:alias w:val="Yoklama IV. Ders 21"/>
                <w:tag w:val="Yoklama IV. Ders 21"/>
                <w:id w:val="4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71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22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72" w:edGrp="everyone"/>
            <w:sdt>
              <w:sdtPr>
                <w:alias w:val="Yoklama Adı Soyadı 22"/>
                <w:tag w:val="Yoklama Adı Soyadı 22"/>
                <w:id w:val="418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72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73" w:edGrp="everyone"/>
            <w:sdt>
              <w:sdtPr>
                <w:alias w:val="Yoklama Öğrenci No 22"/>
                <w:tag w:val="Yoklama Öğrenci No 22"/>
                <w:id w:val="418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7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74" w:edGrp="everyone"/>
            <w:sdt>
              <w:sdtPr>
                <w:alias w:val="Yoklama I. Ders 22"/>
                <w:tag w:val="Yoklama I. Ders 22"/>
                <w:id w:val="41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7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75" w:edGrp="everyone"/>
            <w:sdt>
              <w:sdtPr>
                <w:alias w:val="Yoklama II. Ders 22"/>
                <w:tag w:val="Yoklama II. Ders 22"/>
                <w:id w:val="41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7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76" w:edGrp="everyone"/>
            <w:sdt>
              <w:sdtPr>
                <w:alias w:val="Yoklama III. Ders 22"/>
                <w:tag w:val="Yoklama III. Ders 22"/>
                <w:id w:val="4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7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77" w:edGrp="everyone"/>
            <w:sdt>
              <w:sdtPr>
                <w:alias w:val="Yoklama IV. Ders 22"/>
                <w:tag w:val="Yoklama IV. Ders 22"/>
                <w:id w:val="4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77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23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78" w:edGrp="everyone"/>
            <w:sdt>
              <w:sdtPr>
                <w:alias w:val="Yoklama Adı Soyadı 23"/>
                <w:tag w:val="Yoklama Adı Soyadı 23"/>
                <w:id w:val="418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78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79" w:edGrp="everyone"/>
            <w:sdt>
              <w:sdtPr>
                <w:alias w:val="Yoklama Öğrenci No 23"/>
                <w:tag w:val="Yoklama Öğrenci No 23"/>
                <w:id w:val="418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79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0" w:edGrp="everyone"/>
            <w:sdt>
              <w:sdtPr>
                <w:alias w:val="Yoklama I. Ders 23"/>
                <w:tag w:val="Yoklama I. Ders 23"/>
                <w:id w:val="4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0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1" w:edGrp="everyone"/>
            <w:sdt>
              <w:sdtPr>
                <w:alias w:val="Yoklama II. Ders 23"/>
                <w:tag w:val="Yoklama II. Ders 23"/>
                <w:id w:val="41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2" w:edGrp="everyone"/>
            <w:sdt>
              <w:sdtPr>
                <w:alias w:val="Yoklama III. Ders 23"/>
                <w:tag w:val="Yoklama III. Ders 23"/>
                <w:id w:val="4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3" w:edGrp="everyone"/>
            <w:sdt>
              <w:sdtPr>
                <w:alias w:val="Yoklama IV. Ders 23"/>
                <w:tag w:val="Yoklama IV. Ders 23"/>
                <w:id w:val="41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3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24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84" w:edGrp="everyone"/>
            <w:sdt>
              <w:sdtPr>
                <w:alias w:val="Yoklama Adı Soyadı 24"/>
                <w:tag w:val="Yoklama Adı Soyadı 24"/>
                <w:id w:val="418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84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85" w:edGrp="everyone"/>
            <w:sdt>
              <w:sdtPr>
                <w:alias w:val="Yoklama Öğrenci No 24"/>
                <w:tag w:val="Yoklama Öğrenci No 24"/>
                <w:id w:val="4188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85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6" w:edGrp="everyone"/>
            <w:sdt>
              <w:sdtPr>
                <w:alias w:val="Yoklama I. Ders 24"/>
                <w:tag w:val="Yoklama I. Ders 24"/>
                <w:id w:val="41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6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7" w:edGrp="everyone"/>
            <w:sdt>
              <w:sdtPr>
                <w:alias w:val="Yoklama II. Ders 24"/>
                <w:tag w:val="Yoklama II. Ders 24"/>
                <w:id w:val="4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7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8" w:edGrp="everyone"/>
            <w:sdt>
              <w:sdtPr>
                <w:alias w:val="Yoklama III. Ders 24"/>
                <w:tag w:val="Yoklama III. Ders 24"/>
                <w:id w:val="4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8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89" w:edGrp="everyone"/>
            <w:sdt>
              <w:sdtPr>
                <w:alias w:val="Yoklama IV. Ders 24"/>
                <w:tag w:val="Yoklama IV. Ders 24"/>
                <w:id w:val="4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89"/>
          </w:p>
        </w:tc>
      </w:tr>
      <w:tr>
        <w:trPr>
          <w:trHeight w:val="311" w:hRule="atLeast"/>
          <w:cantSplit/>
        </w:trPr>
        <w:tc>
          <w:tcPr>
            <w:tcW w:type="dxa" w:w="56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25</w:t>
            </w:r>
          </w:p>
        </w:tc>
        <w:tc>
          <w:tcPr>
            <w:tcW w:type="dxa" w:w="3362"/>
            <w:vAlign w:val="center"/>
          </w:tcPr>
          <w:p>
            <w:pPr>
              <w:spacing w:before="0" w:after="0" w:line="240" w:lineRule="auto"/>
              <w:jc w:val="left"/>
            </w:pPr>
            <w:permStart w:id="890" w:edGrp="everyone"/>
            <w:sdt>
              <w:sdtPr>
                <w:alias w:val="Yoklama Adı Soyadı 25"/>
                <w:tag w:val="Yoklama Adı Soyadı 25"/>
                <w:id w:val="418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90"/>
          </w:p>
        </w:tc>
        <w:tc>
          <w:tcPr>
            <w:tcW w:type="dxa" w:w="1681"/>
            <w:vAlign w:val="center"/>
          </w:tcPr>
          <w:p>
            <w:pPr>
              <w:spacing w:before="0" w:after="0" w:line="240" w:lineRule="auto"/>
              <w:jc w:val="left"/>
            </w:pPr>
            <w:permStart w:id="891" w:edGrp="everyone"/>
            <w:sdt>
              <w:sdtPr>
                <w:alias w:val="Yoklama Öğrenci No 25"/>
                <w:tag w:val="Yoklama Öğrenci No 25"/>
                <w:id w:val="4189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</w:t>
                </w:r>
              </w:sdtContent>
            </w:sdt>
            <w:permEnd w:id="891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92" w:edGrp="everyone"/>
            <w:sdt>
              <w:sdtPr>
                <w:alias w:val="Yoklama I. Ders 25"/>
                <w:tag w:val="Yoklama I. Ders 25"/>
                <w:id w:val="4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92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93" w:edGrp="everyone"/>
            <w:sdt>
              <w:sdtPr>
                <w:alias w:val="Yoklama II. Ders 25"/>
                <w:tag w:val="Yoklama II. Ders 25"/>
                <w:id w:val="4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93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94" w:edGrp="everyone"/>
            <w:sdt>
              <w:sdtPr>
                <w:alias w:val="Yoklama III. Ders 25"/>
                <w:tag w:val="Yoklama III. Ders 25"/>
                <w:id w:val="4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94"/>
          </w:p>
        </w:tc>
        <w:tc>
          <w:tcPr>
            <w:tcW w:type="dxa" w:w="1009"/>
            <w:vAlign w:val="center"/>
          </w:tcPr>
          <w:p>
            <w:pPr>
              <w:spacing w:before="0" w:after="0" w:line="240" w:lineRule="auto"/>
              <w:jc w:val="center"/>
            </w:pPr>
            <w:permStart w:id="895" w:edGrp="everyone"/>
            <w:sdt>
              <w:sdtPr>
                <w:alias w:val="Yoklama IV. Ders 25"/>
                <w:tag w:val="Yoklama IV. Ders 25"/>
                <w:id w:val="4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permEnd w:id="895"/>
          </w:p>
        </w:tc>
      </w:tr>
    </w:tbl>
    <w:p>
      <w:pPr>
        <w:spacing w:before="0" w:after="0" w:line="80" w:lineRule="exact"/>
        <w:jc w:val="left"/>
      </w:pPr>
    </w:p>
    <w:p>
      <w:pPr>
        <w:spacing w:before="80" w:after="40" w:line="240" w:lineRule="auto"/>
        <w:jc w:val="left"/>
      </w:pPr>
      <w:r>
        <w:rPr>
          <w:sz w:val="18"/>
          <w:szCs w:val="18"/>
        </w:rPr>
        <w:t xml:space="preserve">Öğretim elemanı: </w:t>
      </w:r>
      <w:permStart w:id="896" w:edGrp="everyone"/>
      <w:sdt>
        <w:sdtPr>
          <w:alias w:val="Öğretim elemanı"/>
          <w:tag w:val="Öğretim elemanı"/>
          <w:id w:val="41895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      </w:t>
          </w:r>
        </w:sdtContent>
      </w:sdt>
      <w:permEnd w:id="896"/>
      <w:r>
        <w:rPr>
          <w:sz w:val="18"/>
          <w:szCs w:val="18"/>
        </w:rPr>
        <w:t xml:space="preserve">     İmza: ________________     Toplam katılan: </w:t>
      </w:r>
      <w:permStart w:id="897" w:edGrp="everyone"/>
      <w:sdt>
        <w:sdtPr>
          <w:alias w:val="Toplam"/>
          <w:tag w:val="Toplam"/>
          <w:id w:val="41896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</w:t>
          </w:r>
        </w:sdtContent>
      </w:sdt>
      <w:permEnd w:id="897"/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Derse katılan öğrencinin ilgili ders kutusu işaretlenir. 25 öğrenciden fazlası için formun ikinci nüshası kullanılır.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HTMYO-PFRM-232  |  Ders Yoklama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Yoklama Formu</dc:title>
  <dc:subject>HTMYO-PFRM-232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