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DERS DEĞERLENDİRME FORMU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I. DERS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Kodu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54" w:edGrp="everyone"/>
            <w:sdt>
              <w:sdtPr>
                <w:alias w:val="Dersin kodu"/>
                <w:tag w:val="Dersin kodu"/>
                <w:id w:val="4195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5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55" w:edGrp="everyone"/>
            <w:sdt>
              <w:sdtPr>
                <w:alias w:val="Dersin adı"/>
                <w:tag w:val="Dersin adı"/>
                <w:id w:val="419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55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Yılı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56" w:edGrp="everyone"/>
            <w:sdt>
              <w:sdtPr>
                <w:alias w:val="Akademik yıl"/>
                <w:tag w:val="Akademik yıl"/>
                <w:id w:val="41955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2026-2027</w:t>
                </w:r>
              </w:sdtContent>
            </w:sdt>
            <w:permEnd w:id="956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Dönemi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57" w:edGrp="everyone"/>
            <w:sdt>
              <w:sdtPr>
                <w:alias w:val="Güz"/>
                <w:tag w:val="Güz"/>
                <w:id w:val="4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57"/>
            <w:r>
              <w:rPr>
                <w:sz w:val="18"/>
                <w:szCs w:val="18"/>
              </w:rPr>
              <w:t xml:space="preserve"> Güz   </w:t>
            </w:r>
            <w:permStart w:id="958" w:edGrp="everyone"/>
            <w:sdt>
              <w:sdtPr>
                <w:alias w:val="Bahar"/>
                <w:tag w:val="Bahar"/>
                <w:id w:val="4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58"/>
            <w:r>
              <w:rPr>
                <w:sz w:val="18"/>
                <w:szCs w:val="18"/>
              </w:rPr>
              <w:t xml:space="preserve"> Bahar   </w:t>
            </w:r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59" w:edGrp="everyone"/>
            <w:sdt>
              <w:sdtPr>
                <w:alias w:val="Vize"/>
                <w:tag w:val="Vize"/>
                <w:id w:val="41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59"/>
            <w:r>
              <w:rPr>
                <w:sz w:val="18"/>
                <w:szCs w:val="18"/>
              </w:rPr>
              <w:t xml:space="preserve"> Vize   </w:t>
            </w:r>
            <w:permStart w:id="960" w:edGrp="everyone"/>
            <w:sdt>
              <w:sdtPr>
                <w:alias w:val="Final"/>
                <w:tag w:val="Final"/>
                <w:id w:val="4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60"/>
            <w:r>
              <w:rPr>
                <w:sz w:val="18"/>
                <w:szCs w:val="18"/>
              </w:rPr>
              <w:t xml:space="preserve"> Final   </w:t>
            </w:r>
            <w:permStart w:id="961" w:edGrp="everyone"/>
            <w:sdt>
              <w:sdtPr>
                <w:alias w:val="Büt."/>
                <w:tag w:val="Büt."/>
                <w:id w:val="4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61"/>
            <w:r>
              <w:rPr>
                <w:sz w:val="18"/>
                <w:szCs w:val="18"/>
              </w:rPr>
              <w:t xml:space="preserve"> Büt.   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Elemanı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962" w:edGrp="everyone"/>
            <w:sdt>
              <w:sdtPr>
                <w:alias w:val="Öğretim elemanı"/>
                <w:tag w:val="Öğretim elemanı"/>
                <w:id w:val="4196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6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II. SINAV SONUÇLARI VE ÖĞRENME ÇIKTILARI BAŞARI DÜZEYİ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45"/>
        <w:gridCol w:w="673"/>
        <w:gridCol w:w="673"/>
        <w:gridCol w:w="673"/>
        <w:gridCol w:w="673"/>
        <w:gridCol w:w="673"/>
        <w:gridCol w:w="1213"/>
        <w:gridCol w:w="1617"/>
        <w:gridCol w:w="2291"/>
      </w:tblGrid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6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ÖÇ1</w:t>
            </w:r>
          </w:p>
        </w:tc>
        <w:tc>
          <w:tcPr>
            <w:tcW w:type="dxa" w:w="6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ÖÇ2</w:t>
            </w:r>
          </w:p>
        </w:tc>
        <w:tc>
          <w:tcPr>
            <w:tcW w:type="dxa" w:w="6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ÖÇ3</w:t>
            </w:r>
          </w:p>
        </w:tc>
        <w:tc>
          <w:tcPr>
            <w:tcW w:type="dxa" w:w="6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ÖÇ4</w:t>
            </w:r>
          </w:p>
        </w:tc>
        <w:tc>
          <w:tcPr>
            <w:tcW w:type="dxa" w:w="6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ÖÇ5</w:t>
            </w:r>
          </w:p>
        </w:tc>
        <w:tc>
          <w:tcPr>
            <w:tcW w:type="dxa" w:w="121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Puan Değeri</w:t>
            </w:r>
          </w:p>
        </w:tc>
        <w:tc>
          <w:tcPr>
            <w:tcW w:type="dxa" w:w="16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Başarı Yüzdesi (%)</w:t>
            </w:r>
          </w:p>
        </w:tc>
        <w:tc>
          <w:tcPr>
            <w:tcW w:type="dxa" w:w="229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Başarı Durumu</w:t>
            </w:r>
          </w:p>
        </w:tc>
      </w:tr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Soru 1</w:t>
            </w:r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63" w:edGrp="everyone"/>
            <w:sdt>
              <w:sdtPr>
                <w:alias w:val="Soru 1 ÖÇ1"/>
                <w:tag w:val="Soru 1 ÖÇ1"/>
                <w:id w:val="4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63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64" w:edGrp="everyone"/>
            <w:sdt>
              <w:sdtPr>
                <w:alias w:val="Soru 1 ÖÇ2"/>
                <w:tag w:val="Soru 1 ÖÇ2"/>
                <w:id w:val="4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64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65" w:edGrp="everyone"/>
            <w:sdt>
              <w:sdtPr>
                <w:alias w:val="Soru 1 ÖÇ3"/>
                <w:tag w:val="Soru 1 ÖÇ3"/>
                <w:id w:val="4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65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66" w:edGrp="everyone"/>
            <w:sdt>
              <w:sdtPr>
                <w:alias w:val="Soru 1 ÖÇ4"/>
                <w:tag w:val="Soru 1 ÖÇ4"/>
                <w:id w:val="4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66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67" w:edGrp="everyone"/>
            <w:sdt>
              <w:sdtPr>
                <w:alias w:val="Soru 1 ÖÇ5"/>
                <w:tag w:val="Soru 1 ÖÇ5"/>
                <w:id w:val="4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67"/>
          </w:p>
        </w:tc>
        <w:tc>
          <w:tcPr>
            <w:tcW w:type="dxa" w:w="1213"/>
            <w:vAlign w:val="center"/>
          </w:tcPr>
          <w:p>
            <w:pPr>
              <w:spacing w:before="0" w:after="0" w:line="240" w:lineRule="auto"/>
              <w:jc w:val="left"/>
            </w:pPr>
            <w:permStart w:id="968" w:edGrp="everyone"/>
            <w:sdt>
              <w:sdtPr>
                <w:alias w:val="S1 puan"/>
                <w:tag w:val="S1 puan"/>
                <w:id w:val="419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68"/>
          </w:p>
        </w:tc>
        <w:tc>
          <w:tcPr>
            <w:tcW w:type="dxa" w:w="1618"/>
            <w:vAlign w:val="center"/>
          </w:tcPr>
          <w:p>
            <w:pPr>
              <w:spacing w:before="0" w:after="0" w:line="240" w:lineRule="auto"/>
              <w:jc w:val="left"/>
            </w:pPr>
            <w:permStart w:id="969" w:edGrp="everyone"/>
            <w:sdt>
              <w:sdtPr>
                <w:alias w:val="S1 yüzde"/>
                <w:tag w:val="S1 yüzde"/>
                <w:id w:val="419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69"/>
          </w:p>
        </w:tc>
        <w:tc>
          <w:tcPr>
            <w:tcW w:type="dxa" w:w="2292"/>
            <w:vAlign w:val="center"/>
          </w:tcPr>
          <w:p>
            <w:pPr>
              <w:spacing w:before="0" w:after="0" w:line="240" w:lineRule="auto"/>
              <w:jc w:val="left"/>
            </w:pPr>
            <w:permStart w:id="970" w:edGrp="everyone"/>
            <w:sdt>
              <w:sdtPr>
                <w:alias w:val="S1 durum"/>
                <w:tag w:val="S1 durum"/>
                <w:id w:val="41969"/>
                <w:showingPlcHdr/>
                <w:dropDownList>
                  <w:listItem w:displayText="Düşük Başarı" w:value="Düşük Başarı"/>
                  <w:listItem w:displayText="Orta Seviye Başarı" w:value="Orta Seviye Başarı"/>
                  <w:listItem w:displayText="Başarılı" w:value="Başarılı"/>
                  <w:listItem w:displayText="Çok Başarılı" w:value="Çok Başarılı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970"/>
          </w:p>
        </w:tc>
      </w:tr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Soru 2</w:t>
            </w:r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71" w:edGrp="everyone"/>
            <w:sdt>
              <w:sdtPr>
                <w:alias w:val="Soru 2 ÖÇ1"/>
                <w:tag w:val="Soru 2 ÖÇ1"/>
                <w:id w:val="4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71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72" w:edGrp="everyone"/>
            <w:sdt>
              <w:sdtPr>
                <w:alias w:val="Soru 2 ÖÇ2"/>
                <w:tag w:val="Soru 2 ÖÇ2"/>
                <w:id w:val="41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72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73" w:edGrp="everyone"/>
            <w:sdt>
              <w:sdtPr>
                <w:alias w:val="Soru 2 ÖÇ3"/>
                <w:tag w:val="Soru 2 ÖÇ3"/>
                <w:id w:val="4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73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74" w:edGrp="everyone"/>
            <w:sdt>
              <w:sdtPr>
                <w:alias w:val="Soru 2 ÖÇ4"/>
                <w:tag w:val="Soru 2 ÖÇ4"/>
                <w:id w:val="4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74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75" w:edGrp="everyone"/>
            <w:sdt>
              <w:sdtPr>
                <w:alias w:val="Soru 2 ÖÇ5"/>
                <w:tag w:val="Soru 2 ÖÇ5"/>
                <w:id w:val="4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75"/>
          </w:p>
        </w:tc>
        <w:tc>
          <w:tcPr>
            <w:tcW w:type="dxa" w:w="1213"/>
            <w:vAlign w:val="center"/>
          </w:tcPr>
          <w:p>
            <w:pPr>
              <w:spacing w:before="0" w:after="0" w:line="240" w:lineRule="auto"/>
              <w:jc w:val="left"/>
            </w:pPr>
            <w:permStart w:id="976" w:edGrp="everyone"/>
            <w:sdt>
              <w:sdtPr>
                <w:alias w:val="S2 puan"/>
                <w:tag w:val="S2 puan"/>
                <w:id w:val="419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76"/>
          </w:p>
        </w:tc>
        <w:tc>
          <w:tcPr>
            <w:tcW w:type="dxa" w:w="1618"/>
            <w:vAlign w:val="center"/>
          </w:tcPr>
          <w:p>
            <w:pPr>
              <w:spacing w:before="0" w:after="0" w:line="240" w:lineRule="auto"/>
              <w:jc w:val="left"/>
            </w:pPr>
            <w:permStart w:id="977" w:edGrp="everyone"/>
            <w:sdt>
              <w:sdtPr>
                <w:alias w:val="S2 yüzde"/>
                <w:tag w:val="S2 yüzde"/>
                <w:id w:val="419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77"/>
          </w:p>
        </w:tc>
        <w:tc>
          <w:tcPr>
            <w:tcW w:type="dxa" w:w="2292"/>
            <w:vAlign w:val="center"/>
          </w:tcPr>
          <w:p>
            <w:pPr>
              <w:spacing w:before="0" w:after="0" w:line="240" w:lineRule="auto"/>
              <w:jc w:val="left"/>
            </w:pPr>
            <w:permStart w:id="978" w:edGrp="everyone"/>
            <w:sdt>
              <w:sdtPr>
                <w:alias w:val="S2 durum"/>
                <w:tag w:val="S2 durum"/>
                <w:id w:val="41977"/>
                <w:showingPlcHdr/>
                <w:dropDownList>
                  <w:listItem w:displayText="Düşük Başarı" w:value="Düşük Başarı"/>
                  <w:listItem w:displayText="Orta Seviye Başarı" w:value="Orta Seviye Başarı"/>
                  <w:listItem w:displayText="Başarılı" w:value="Başarılı"/>
                  <w:listItem w:displayText="Çok Başarılı" w:value="Çok Başarılı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978"/>
          </w:p>
        </w:tc>
      </w:tr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Soru 3</w:t>
            </w:r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79" w:edGrp="everyone"/>
            <w:sdt>
              <w:sdtPr>
                <w:alias w:val="Soru 3 ÖÇ1"/>
                <w:tag w:val="Soru 3 ÖÇ1"/>
                <w:id w:val="4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79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80" w:edGrp="everyone"/>
            <w:sdt>
              <w:sdtPr>
                <w:alias w:val="Soru 3 ÖÇ2"/>
                <w:tag w:val="Soru 3 ÖÇ2"/>
                <w:id w:val="4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80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81" w:edGrp="everyone"/>
            <w:sdt>
              <w:sdtPr>
                <w:alias w:val="Soru 3 ÖÇ3"/>
                <w:tag w:val="Soru 3 ÖÇ3"/>
                <w:id w:val="4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81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82" w:edGrp="everyone"/>
            <w:sdt>
              <w:sdtPr>
                <w:alias w:val="Soru 3 ÖÇ4"/>
                <w:tag w:val="Soru 3 ÖÇ4"/>
                <w:id w:val="4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82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83" w:edGrp="everyone"/>
            <w:sdt>
              <w:sdtPr>
                <w:alias w:val="Soru 3 ÖÇ5"/>
                <w:tag w:val="Soru 3 ÖÇ5"/>
                <w:id w:val="4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83"/>
          </w:p>
        </w:tc>
        <w:tc>
          <w:tcPr>
            <w:tcW w:type="dxa" w:w="1213"/>
            <w:vAlign w:val="center"/>
          </w:tcPr>
          <w:p>
            <w:pPr>
              <w:spacing w:before="0" w:after="0" w:line="240" w:lineRule="auto"/>
              <w:jc w:val="left"/>
            </w:pPr>
            <w:permStart w:id="984" w:edGrp="everyone"/>
            <w:sdt>
              <w:sdtPr>
                <w:alias w:val="S3 puan"/>
                <w:tag w:val="S3 puan"/>
                <w:id w:val="419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84"/>
          </w:p>
        </w:tc>
        <w:tc>
          <w:tcPr>
            <w:tcW w:type="dxa" w:w="1618"/>
            <w:vAlign w:val="center"/>
          </w:tcPr>
          <w:p>
            <w:pPr>
              <w:spacing w:before="0" w:after="0" w:line="240" w:lineRule="auto"/>
              <w:jc w:val="left"/>
            </w:pPr>
            <w:permStart w:id="985" w:edGrp="everyone"/>
            <w:sdt>
              <w:sdtPr>
                <w:alias w:val="S3 yüzde"/>
                <w:tag w:val="S3 yüzde"/>
                <w:id w:val="419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85"/>
          </w:p>
        </w:tc>
        <w:tc>
          <w:tcPr>
            <w:tcW w:type="dxa" w:w="2292"/>
            <w:vAlign w:val="center"/>
          </w:tcPr>
          <w:p>
            <w:pPr>
              <w:spacing w:before="0" w:after="0" w:line="240" w:lineRule="auto"/>
              <w:jc w:val="left"/>
            </w:pPr>
            <w:permStart w:id="986" w:edGrp="everyone"/>
            <w:sdt>
              <w:sdtPr>
                <w:alias w:val="S3 durum"/>
                <w:tag w:val="S3 durum"/>
                <w:id w:val="41985"/>
                <w:showingPlcHdr/>
                <w:dropDownList>
                  <w:listItem w:displayText="Düşük Başarı" w:value="Düşük Başarı"/>
                  <w:listItem w:displayText="Orta Seviye Başarı" w:value="Orta Seviye Başarı"/>
                  <w:listItem w:displayText="Başarılı" w:value="Başarılı"/>
                  <w:listItem w:displayText="Çok Başarılı" w:value="Çok Başarılı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986"/>
          </w:p>
        </w:tc>
      </w:tr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Soru 4</w:t>
            </w:r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87" w:edGrp="everyone"/>
            <w:sdt>
              <w:sdtPr>
                <w:alias w:val="Soru 4 ÖÇ1"/>
                <w:tag w:val="Soru 4 ÖÇ1"/>
                <w:id w:val="4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87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88" w:edGrp="everyone"/>
            <w:sdt>
              <w:sdtPr>
                <w:alias w:val="Soru 4 ÖÇ2"/>
                <w:tag w:val="Soru 4 ÖÇ2"/>
                <w:id w:val="4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88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89" w:edGrp="everyone"/>
            <w:sdt>
              <w:sdtPr>
                <w:alias w:val="Soru 4 ÖÇ3"/>
                <w:tag w:val="Soru 4 ÖÇ3"/>
                <w:id w:val="4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89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90" w:edGrp="everyone"/>
            <w:sdt>
              <w:sdtPr>
                <w:alias w:val="Soru 4 ÖÇ4"/>
                <w:tag w:val="Soru 4 ÖÇ4"/>
                <w:id w:val="4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90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91" w:edGrp="everyone"/>
            <w:sdt>
              <w:sdtPr>
                <w:alias w:val="Soru 4 ÖÇ5"/>
                <w:tag w:val="Soru 4 ÖÇ5"/>
                <w:id w:val="41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91"/>
          </w:p>
        </w:tc>
        <w:tc>
          <w:tcPr>
            <w:tcW w:type="dxa" w:w="1213"/>
            <w:vAlign w:val="center"/>
          </w:tcPr>
          <w:p>
            <w:pPr>
              <w:spacing w:before="0" w:after="0" w:line="240" w:lineRule="auto"/>
              <w:jc w:val="left"/>
            </w:pPr>
            <w:permStart w:id="992" w:edGrp="everyone"/>
            <w:sdt>
              <w:sdtPr>
                <w:alias w:val="S4 puan"/>
                <w:tag w:val="S4 puan"/>
                <w:id w:val="419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92"/>
          </w:p>
        </w:tc>
        <w:tc>
          <w:tcPr>
            <w:tcW w:type="dxa" w:w="1618"/>
            <w:vAlign w:val="center"/>
          </w:tcPr>
          <w:p>
            <w:pPr>
              <w:spacing w:before="0" w:after="0" w:line="240" w:lineRule="auto"/>
              <w:jc w:val="left"/>
            </w:pPr>
            <w:permStart w:id="993" w:edGrp="everyone"/>
            <w:sdt>
              <w:sdtPr>
                <w:alias w:val="S4 yüzde"/>
                <w:tag w:val="S4 yüzde"/>
                <w:id w:val="419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93"/>
          </w:p>
        </w:tc>
        <w:tc>
          <w:tcPr>
            <w:tcW w:type="dxa" w:w="2292"/>
            <w:vAlign w:val="center"/>
          </w:tcPr>
          <w:p>
            <w:pPr>
              <w:spacing w:before="0" w:after="0" w:line="240" w:lineRule="auto"/>
              <w:jc w:val="left"/>
            </w:pPr>
            <w:permStart w:id="994" w:edGrp="everyone"/>
            <w:sdt>
              <w:sdtPr>
                <w:alias w:val="S4 durum"/>
                <w:tag w:val="S4 durum"/>
                <w:id w:val="41993"/>
                <w:showingPlcHdr/>
                <w:dropDownList>
                  <w:listItem w:displayText="Düşük Başarı" w:value="Düşük Başarı"/>
                  <w:listItem w:displayText="Orta Seviye Başarı" w:value="Orta Seviye Başarı"/>
                  <w:listItem w:displayText="Başarılı" w:value="Başarılı"/>
                  <w:listItem w:displayText="Çok Başarılı" w:value="Çok Başarılı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994"/>
          </w:p>
        </w:tc>
      </w:tr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Soru 5</w:t>
            </w:r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95" w:edGrp="everyone"/>
            <w:sdt>
              <w:sdtPr>
                <w:alias w:val="Soru 5 ÖÇ1"/>
                <w:tag w:val="Soru 5 ÖÇ1"/>
                <w:id w:val="4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95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96" w:edGrp="everyone"/>
            <w:sdt>
              <w:sdtPr>
                <w:alias w:val="Soru 5 ÖÇ2"/>
                <w:tag w:val="Soru 5 ÖÇ2"/>
                <w:id w:val="4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96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97" w:edGrp="everyone"/>
            <w:sdt>
              <w:sdtPr>
                <w:alias w:val="Soru 5 ÖÇ3"/>
                <w:tag w:val="Soru 5 ÖÇ3"/>
                <w:id w:val="4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97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98" w:edGrp="everyone"/>
            <w:sdt>
              <w:sdtPr>
                <w:alias w:val="Soru 5 ÖÇ4"/>
                <w:tag w:val="Soru 5 ÖÇ4"/>
                <w:id w:val="4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98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999" w:edGrp="everyone"/>
            <w:sdt>
              <w:sdtPr>
                <w:alias w:val="Soru 5 ÖÇ5"/>
                <w:tag w:val="Soru 5 ÖÇ5"/>
                <w:id w:val="4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999"/>
          </w:p>
        </w:tc>
        <w:tc>
          <w:tcPr>
            <w:tcW w:type="dxa" w:w="1213"/>
            <w:vAlign w:val="center"/>
          </w:tcPr>
          <w:p>
            <w:pPr>
              <w:spacing w:before="0" w:after="0" w:line="240" w:lineRule="auto"/>
              <w:jc w:val="left"/>
            </w:pPr>
            <w:permStart w:id="1000" w:edGrp="everyone"/>
            <w:sdt>
              <w:sdtPr>
                <w:alias w:val="S5 puan"/>
                <w:tag w:val="S5 puan"/>
                <w:id w:val="4199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00"/>
          </w:p>
        </w:tc>
        <w:tc>
          <w:tcPr>
            <w:tcW w:type="dxa" w:w="1618"/>
            <w:vAlign w:val="center"/>
          </w:tcPr>
          <w:p>
            <w:pPr>
              <w:spacing w:before="0" w:after="0" w:line="240" w:lineRule="auto"/>
              <w:jc w:val="left"/>
            </w:pPr>
            <w:permStart w:id="1001" w:edGrp="everyone"/>
            <w:sdt>
              <w:sdtPr>
                <w:alias w:val="S5 yüzde"/>
                <w:tag w:val="S5 yüzde"/>
                <w:id w:val="4200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01"/>
          </w:p>
        </w:tc>
        <w:tc>
          <w:tcPr>
            <w:tcW w:type="dxa" w:w="2292"/>
            <w:vAlign w:val="center"/>
          </w:tcPr>
          <w:p>
            <w:pPr>
              <w:spacing w:before="0" w:after="0" w:line="240" w:lineRule="auto"/>
              <w:jc w:val="left"/>
            </w:pPr>
            <w:permStart w:id="1002" w:edGrp="everyone"/>
            <w:sdt>
              <w:sdtPr>
                <w:alias w:val="S5 durum"/>
                <w:tag w:val="S5 durum"/>
                <w:id w:val="42001"/>
                <w:showingPlcHdr/>
                <w:dropDownList>
                  <w:listItem w:displayText="Düşük Başarı" w:value="Düşük Başarı"/>
                  <w:listItem w:displayText="Orta Seviye Başarı" w:value="Orta Seviye Başarı"/>
                  <w:listItem w:displayText="Başarılı" w:value="Başarılı"/>
                  <w:listItem w:displayText="Çok Başarılı" w:value="Çok Başarılı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02"/>
          </w:p>
        </w:tc>
      </w:tr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Soru 6</w:t>
            </w:r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03" w:edGrp="everyone"/>
            <w:sdt>
              <w:sdtPr>
                <w:alias w:val="Soru 6 ÖÇ1"/>
                <w:tag w:val="Soru 6 ÖÇ1"/>
                <w:id w:val="42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03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04" w:edGrp="everyone"/>
            <w:sdt>
              <w:sdtPr>
                <w:alias w:val="Soru 6 ÖÇ2"/>
                <w:tag w:val="Soru 6 ÖÇ2"/>
                <w:id w:val="42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04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05" w:edGrp="everyone"/>
            <w:sdt>
              <w:sdtPr>
                <w:alias w:val="Soru 6 ÖÇ3"/>
                <w:tag w:val="Soru 6 ÖÇ3"/>
                <w:id w:val="4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05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06" w:edGrp="everyone"/>
            <w:sdt>
              <w:sdtPr>
                <w:alias w:val="Soru 6 ÖÇ4"/>
                <w:tag w:val="Soru 6 ÖÇ4"/>
                <w:id w:val="4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06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07" w:edGrp="everyone"/>
            <w:sdt>
              <w:sdtPr>
                <w:alias w:val="Soru 6 ÖÇ5"/>
                <w:tag w:val="Soru 6 ÖÇ5"/>
                <w:id w:val="4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07"/>
          </w:p>
        </w:tc>
        <w:tc>
          <w:tcPr>
            <w:tcW w:type="dxa" w:w="1213"/>
            <w:vAlign w:val="center"/>
          </w:tcPr>
          <w:p>
            <w:pPr>
              <w:spacing w:before="0" w:after="0" w:line="240" w:lineRule="auto"/>
              <w:jc w:val="left"/>
            </w:pPr>
            <w:permStart w:id="1008" w:edGrp="everyone"/>
            <w:sdt>
              <w:sdtPr>
                <w:alias w:val="S6 puan"/>
                <w:tag w:val="S6 puan"/>
                <w:id w:val="420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08"/>
          </w:p>
        </w:tc>
        <w:tc>
          <w:tcPr>
            <w:tcW w:type="dxa" w:w="1618"/>
            <w:vAlign w:val="center"/>
          </w:tcPr>
          <w:p>
            <w:pPr>
              <w:spacing w:before="0" w:after="0" w:line="240" w:lineRule="auto"/>
              <w:jc w:val="left"/>
            </w:pPr>
            <w:permStart w:id="1009" w:edGrp="everyone"/>
            <w:sdt>
              <w:sdtPr>
                <w:alias w:val="S6 yüzde"/>
                <w:tag w:val="S6 yüzde"/>
                <w:id w:val="420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09"/>
          </w:p>
        </w:tc>
        <w:tc>
          <w:tcPr>
            <w:tcW w:type="dxa" w:w="2292"/>
            <w:vAlign w:val="center"/>
          </w:tcPr>
          <w:p>
            <w:pPr>
              <w:spacing w:before="0" w:after="0" w:line="240" w:lineRule="auto"/>
              <w:jc w:val="left"/>
            </w:pPr>
            <w:permStart w:id="1010" w:edGrp="everyone"/>
            <w:sdt>
              <w:sdtPr>
                <w:alias w:val="S6 durum"/>
                <w:tag w:val="S6 durum"/>
                <w:id w:val="42009"/>
                <w:showingPlcHdr/>
                <w:dropDownList>
                  <w:listItem w:displayText="Düşük Başarı" w:value="Düşük Başarı"/>
                  <w:listItem w:displayText="Orta Seviye Başarı" w:value="Orta Seviye Başarı"/>
                  <w:listItem w:displayText="Başarılı" w:value="Başarılı"/>
                  <w:listItem w:displayText="Çok Başarılı" w:value="Çok Başarılı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10"/>
          </w:p>
        </w:tc>
      </w:tr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Soru 7</w:t>
            </w:r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11" w:edGrp="everyone"/>
            <w:sdt>
              <w:sdtPr>
                <w:alias w:val="Soru 7 ÖÇ1"/>
                <w:tag w:val="Soru 7 ÖÇ1"/>
                <w:id w:val="4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11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12" w:edGrp="everyone"/>
            <w:sdt>
              <w:sdtPr>
                <w:alias w:val="Soru 7 ÖÇ2"/>
                <w:tag w:val="Soru 7 ÖÇ2"/>
                <w:id w:val="42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12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13" w:edGrp="everyone"/>
            <w:sdt>
              <w:sdtPr>
                <w:alias w:val="Soru 7 ÖÇ3"/>
                <w:tag w:val="Soru 7 ÖÇ3"/>
                <w:id w:val="4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13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14" w:edGrp="everyone"/>
            <w:sdt>
              <w:sdtPr>
                <w:alias w:val="Soru 7 ÖÇ4"/>
                <w:tag w:val="Soru 7 ÖÇ4"/>
                <w:id w:val="42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14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15" w:edGrp="everyone"/>
            <w:sdt>
              <w:sdtPr>
                <w:alias w:val="Soru 7 ÖÇ5"/>
                <w:tag w:val="Soru 7 ÖÇ5"/>
                <w:id w:val="4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15"/>
          </w:p>
        </w:tc>
        <w:tc>
          <w:tcPr>
            <w:tcW w:type="dxa" w:w="1213"/>
            <w:vAlign w:val="center"/>
          </w:tcPr>
          <w:p>
            <w:pPr>
              <w:spacing w:before="0" w:after="0" w:line="240" w:lineRule="auto"/>
              <w:jc w:val="left"/>
            </w:pPr>
            <w:permStart w:id="1016" w:edGrp="everyone"/>
            <w:sdt>
              <w:sdtPr>
                <w:alias w:val="S7 puan"/>
                <w:tag w:val="S7 puan"/>
                <w:id w:val="420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16"/>
          </w:p>
        </w:tc>
        <w:tc>
          <w:tcPr>
            <w:tcW w:type="dxa" w:w="1618"/>
            <w:vAlign w:val="center"/>
          </w:tcPr>
          <w:p>
            <w:pPr>
              <w:spacing w:before="0" w:after="0" w:line="240" w:lineRule="auto"/>
              <w:jc w:val="left"/>
            </w:pPr>
            <w:permStart w:id="1017" w:edGrp="everyone"/>
            <w:sdt>
              <w:sdtPr>
                <w:alias w:val="S7 yüzde"/>
                <w:tag w:val="S7 yüzde"/>
                <w:id w:val="420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17"/>
          </w:p>
        </w:tc>
        <w:tc>
          <w:tcPr>
            <w:tcW w:type="dxa" w:w="2292"/>
            <w:vAlign w:val="center"/>
          </w:tcPr>
          <w:p>
            <w:pPr>
              <w:spacing w:before="0" w:after="0" w:line="240" w:lineRule="auto"/>
              <w:jc w:val="left"/>
            </w:pPr>
            <w:permStart w:id="1018" w:edGrp="everyone"/>
            <w:sdt>
              <w:sdtPr>
                <w:alias w:val="S7 durum"/>
                <w:tag w:val="S7 durum"/>
                <w:id w:val="42017"/>
                <w:showingPlcHdr/>
                <w:dropDownList>
                  <w:listItem w:displayText="Düşük Başarı" w:value="Düşük Başarı"/>
                  <w:listItem w:displayText="Orta Seviye Başarı" w:value="Orta Seviye Başarı"/>
                  <w:listItem w:displayText="Başarılı" w:value="Başarılı"/>
                  <w:listItem w:displayText="Çok Başarılı" w:value="Çok Başarılı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18"/>
          </w:p>
        </w:tc>
      </w:tr>
      <w:tr>
        <w:trPr>
          <w:trHeight w:val="328" w:hRule="atLeast"/>
          <w:cantSplit/>
        </w:trPr>
        <w:tc>
          <w:tcPr>
            <w:tcW w:type="dxa" w:w="114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Soru 8</w:t>
            </w:r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19" w:edGrp="everyone"/>
            <w:sdt>
              <w:sdtPr>
                <w:alias w:val="Soru 8 ÖÇ1"/>
                <w:tag w:val="Soru 8 ÖÇ1"/>
                <w:id w:val="4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19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20" w:edGrp="everyone"/>
            <w:sdt>
              <w:sdtPr>
                <w:alias w:val="Soru 8 ÖÇ2"/>
                <w:tag w:val="Soru 8 ÖÇ2"/>
                <w:id w:val="4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20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21" w:edGrp="everyone"/>
            <w:sdt>
              <w:sdtPr>
                <w:alias w:val="Soru 8 ÖÇ3"/>
                <w:tag w:val="Soru 8 ÖÇ3"/>
                <w:id w:val="4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21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22" w:edGrp="everyone"/>
            <w:sdt>
              <w:sdtPr>
                <w:alias w:val="Soru 8 ÖÇ4"/>
                <w:tag w:val="Soru 8 ÖÇ4"/>
                <w:id w:val="4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22"/>
          </w:p>
        </w:tc>
        <w:tc>
          <w:tcPr>
            <w:tcW w:type="dxa" w:w="674"/>
            <w:vAlign w:val="center"/>
          </w:tcPr>
          <w:p>
            <w:pPr>
              <w:spacing w:before="0" w:after="0" w:line="240" w:lineRule="auto"/>
              <w:jc w:val="center"/>
            </w:pPr>
            <w:permStart w:id="1023" w:edGrp="everyone"/>
            <w:sdt>
              <w:sdtPr>
                <w:alias w:val="Soru 8 ÖÇ5"/>
                <w:tag w:val="Soru 8 ÖÇ5"/>
                <w:id w:val="42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1023"/>
          </w:p>
        </w:tc>
        <w:tc>
          <w:tcPr>
            <w:tcW w:type="dxa" w:w="1213"/>
            <w:vAlign w:val="center"/>
          </w:tcPr>
          <w:p>
            <w:pPr>
              <w:spacing w:before="0" w:after="0" w:line="240" w:lineRule="auto"/>
              <w:jc w:val="left"/>
            </w:pPr>
            <w:permStart w:id="1024" w:edGrp="everyone"/>
            <w:sdt>
              <w:sdtPr>
                <w:alias w:val="S8 puan"/>
                <w:tag w:val="S8 puan"/>
                <w:id w:val="420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24"/>
          </w:p>
        </w:tc>
        <w:tc>
          <w:tcPr>
            <w:tcW w:type="dxa" w:w="1618"/>
            <w:vAlign w:val="center"/>
          </w:tcPr>
          <w:p>
            <w:pPr>
              <w:spacing w:before="0" w:after="0" w:line="240" w:lineRule="auto"/>
              <w:jc w:val="left"/>
            </w:pPr>
            <w:permStart w:id="1025" w:edGrp="everyone"/>
            <w:sdt>
              <w:sdtPr>
                <w:alias w:val="S8 yüzde"/>
                <w:tag w:val="S8 yüzde"/>
                <w:id w:val="420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25"/>
          </w:p>
        </w:tc>
        <w:tc>
          <w:tcPr>
            <w:tcW w:type="dxa" w:w="2292"/>
            <w:vAlign w:val="center"/>
          </w:tcPr>
          <w:p>
            <w:pPr>
              <w:spacing w:before="0" w:after="0" w:line="240" w:lineRule="auto"/>
              <w:jc w:val="left"/>
            </w:pPr>
            <w:permStart w:id="1026" w:edGrp="everyone"/>
            <w:sdt>
              <w:sdtPr>
                <w:alias w:val="S8 durum"/>
                <w:tag w:val="S8 durum"/>
                <w:id w:val="42025"/>
                <w:showingPlcHdr/>
                <w:dropDownList>
                  <w:listItem w:displayText="Düşük Başarı" w:value="Düşük Başarı"/>
                  <w:listItem w:displayText="Orta Seviye Başarı" w:value="Orta Seviye Başarı"/>
                  <w:listItem w:displayText="Başarılı" w:value="Başarılı"/>
                  <w:listItem w:displayText="Çok Başarılı" w:value="Çok Başarılı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2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III. SONUÇ VE İYİLEŞTİRME ÖNERİLERİ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7370"/>
      </w:tblGrid>
      <w:tr>
        <w:trPr>
          <w:trHeight w:val="907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Güçlü Yönler</w:t>
            </w:r>
          </w:p>
        </w:tc>
        <w:tc>
          <w:tcPr>
            <w:tcW w:type="dxa" w:w="7370"/>
            <w:vAlign w:val="top"/>
          </w:tcPr>
          <w:p>
            <w:pPr>
              <w:spacing w:before="0" w:after="0" w:line="240" w:lineRule="auto"/>
              <w:jc w:val="left"/>
            </w:pPr>
            <w:permStart w:id="1027" w:edGrp="everyone"/>
            <w:sdt>
              <w:sdtPr>
                <w:alias w:val="Güçlü yönler"/>
                <w:tag w:val="Güçlü yönler"/>
                <w:id w:val="4202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27"/>
          </w:p>
        </w:tc>
      </w:tr>
      <w:tr>
        <w:trPr>
          <w:trHeight w:val="907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Geliştirilmesi Gereken Alanlar</w:t>
            </w:r>
          </w:p>
        </w:tc>
        <w:tc>
          <w:tcPr>
            <w:tcW w:type="dxa" w:w="7370"/>
            <w:vAlign w:val="top"/>
          </w:tcPr>
          <w:p>
            <w:pPr>
              <w:spacing w:before="0" w:after="0" w:line="240" w:lineRule="auto"/>
              <w:jc w:val="left"/>
            </w:pPr>
            <w:permStart w:id="1028" w:edGrp="everyone"/>
            <w:sdt>
              <w:sdtPr>
                <w:alias w:val="Geliştirilmesi gereken alanlar"/>
                <w:tag w:val="Geliştirilmesi gereken alanlar"/>
                <w:id w:val="4202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28"/>
          </w:p>
        </w:tc>
      </w:tr>
      <w:tr>
        <w:trPr>
          <w:trHeight w:val="907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Öneriler</w:t>
            </w:r>
          </w:p>
        </w:tc>
        <w:tc>
          <w:tcPr>
            <w:tcW w:type="dxa" w:w="7370"/>
            <w:vAlign w:val="top"/>
          </w:tcPr>
          <w:p>
            <w:pPr>
              <w:spacing w:before="0" w:after="0" w:line="240" w:lineRule="auto"/>
              <w:jc w:val="left"/>
            </w:pPr>
            <w:permStart w:id="1029" w:edGrp="everyone"/>
            <w:sdt>
              <w:sdtPr>
                <w:alias w:val="Öneriler"/>
                <w:tag w:val="Öneriler"/>
                <w:id w:val="4202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2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AÇIKLAMA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0 - 49: Düşük Başarı     50 - 69: Orta Seviye Başarı     70 - 89: Başarılı     90 - 100: Çok Başarılı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Öğrenme çıktıları yukarıda verilen puan aralıklarına göre değerlendirilmelidir.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left"/>
      </w:pPr>
      <w:r>
        <w:rPr>
          <w:sz w:val="18"/>
          <w:szCs w:val="18"/>
        </w:rPr>
        <w:t xml:space="preserve">Düzenleme tarihi: </w:t>
      </w:r>
      <w:permStart w:id="1030" w:edGrp="everyone"/>
      <w:sdt>
        <w:sdtPr>
          <w:alias w:val="Tarih"/>
          <w:tag w:val="Tarih"/>
          <w:id w:val="42029"/>
        </w:sdtPr>
        <w:sdtContent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DATE \@ "dd.MM.yyyy"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06.10.2026</w:t>
          </w:r>
          <w:r>
            <w:rPr>
              <w:sz w:val="18"/>
              <w:szCs w:val="18"/>
            </w:rPr>
            <w:fldChar w:fldCharType="end"/>
          </w:r>
        </w:sdtContent>
      </w:sdt>
      <w:permEnd w:id="1030"/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Öğretim Elemanı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031" w:edGrp="everyone"/>
            <w:sdt>
              <w:sdtPr>
                <w:alias w:val="Öğretim Elemanı Adı Soyadı"/>
                <w:tag w:val="Öğretim Elemanı Adı Soyadı"/>
                <w:id w:val="4203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031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032" w:edGrp="everyone"/>
            <w:sdt>
              <w:sdtPr>
                <w:alias w:val="Bölüm Başkanı Adı Soyadı"/>
                <w:tag w:val="Bölüm Başkanı Adı Soyadı"/>
                <w:id w:val="4203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032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HTMYO-PFRM-221  |  Ders Değerlendirme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HTMYO-PFRM-221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05.08.2025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Değerlendirme Formu</dc:title>
  <dc:subject>HTMYO-PFRM-221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