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SINAV SORULARI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566"/>
        <w:gridCol w:w="1133"/>
        <w:gridCol w:w="1360"/>
        <w:gridCol w:w="1474"/>
        <w:gridCol w:w="3628"/>
      </w:tblGrid>
      <w:tr>
        <w:trPr>
          <w:trHeight w:val="351" w:hRule="atLeast"/>
          <w:cantSplit/>
        </w:trPr>
        <w:tc>
          <w:tcPr>
            <w:tcW w:type="dxa" w:w="3175"/>
            <w:gridSpan w:val="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 BİLGİLERİ</w:t>
            </w:r>
          </w:p>
        </w:tc>
        <w:tc>
          <w:tcPr>
            <w:tcW w:type="dxa" w:w="6463"/>
            <w:gridSpan w:val="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 BİLGİLERİ</w:t>
            </w:r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Okul Numarası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898" w:edGrp="everyone"/>
            <w:sdt>
              <w:sdtPr>
                <w:alias w:val="Okul numarası"/>
                <w:tag w:val="Okul numarası"/>
                <w:id w:val="418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98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899" w:edGrp="everyone"/>
            <w:sdt>
              <w:sdtPr>
                <w:alias w:val="Dersin kodu"/>
                <w:tag w:val="Dersin kodu"/>
                <w:id w:val="418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9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0" w:edGrp="everyone"/>
            <w:sdt>
              <w:sdtPr>
                <w:alias w:val="Öğrenci adı soyadı"/>
                <w:tag w:val="Öğrenci adı soyadı"/>
                <w:id w:val="418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0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1" w:edGrp="everyone"/>
            <w:sdt>
              <w:sdtPr>
                <w:alias w:val="Dersin adı"/>
                <w:tag w:val="Dersin adı"/>
                <w:id w:val="419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Bölümü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2" w:edGrp="everyone"/>
            <w:sdt>
              <w:sdtPr>
                <w:alias w:val="Bölümü"/>
                <w:tag w:val="Bölümü"/>
                <w:id w:val="419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2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Yılı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3" w:edGrp="everyone"/>
            <w:sdt>
              <w:sdtPr>
                <w:alias w:val="Akademik yıl"/>
                <w:tag w:val="Akademik yıl"/>
                <w:id w:val="41902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90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Programı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4" w:edGrp="everyone"/>
            <w:sdt>
              <w:sdtPr>
                <w:alias w:val="Programı"/>
                <w:tag w:val="Programı"/>
                <w:id w:val="419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4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Dönemi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5" w:edGrp="everyone"/>
            <w:sdt>
              <w:sdtPr>
                <w:alias w:val="Güz"/>
                <w:tag w:val="Güz"/>
                <w:id w:val="4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05"/>
            <w:r>
              <w:rPr>
                <w:sz w:val="18"/>
                <w:szCs w:val="18"/>
              </w:rPr>
              <w:t xml:space="preserve"> Güz   </w:t>
            </w:r>
            <w:permStart w:id="906" w:edGrp="everyone"/>
            <w:sdt>
              <w:sdtPr>
                <w:alias w:val="Bahar"/>
                <w:tag w:val="Bahar"/>
                <w:id w:val="4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06"/>
            <w:r>
              <w:rPr>
                <w:sz w:val="18"/>
                <w:szCs w:val="18"/>
              </w:rPr>
              <w:t xml:space="preserve"> Bahar   </w:t>
            </w:r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7" w:edGrp="everyone"/>
            <w:sdt>
              <w:sdtPr>
                <w:alias w:val="Sınıf / Şube"/>
                <w:tag w:val="Sınıf / Şube"/>
                <w:id w:val="419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07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08" w:edGrp="everyone"/>
            <w:sdt>
              <w:sdtPr>
                <w:alias w:val="Vize"/>
                <w:tag w:val="Vize"/>
                <w:id w:val="4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08"/>
            <w:r>
              <w:rPr>
                <w:sz w:val="18"/>
                <w:szCs w:val="18"/>
              </w:rPr>
              <w:t xml:space="preserve"> Vize   </w:t>
            </w:r>
            <w:permStart w:id="909" w:edGrp="everyone"/>
            <w:sdt>
              <w:sdtPr>
                <w:alias w:val="Final"/>
                <w:tag w:val="Final"/>
                <w:id w:val="4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09"/>
            <w:r>
              <w:rPr>
                <w:sz w:val="18"/>
                <w:szCs w:val="18"/>
              </w:rPr>
              <w:t xml:space="preserve"> Final   </w:t>
            </w:r>
            <w:permStart w:id="910" w:edGrp="everyone"/>
            <w:sdt>
              <w:sdtPr>
                <w:alias w:val="Büt."/>
                <w:tag w:val="Büt."/>
                <w:id w:val="4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10"/>
            <w:r>
              <w:rPr>
                <w:sz w:val="18"/>
                <w:szCs w:val="18"/>
              </w:rPr>
              <w:t xml:space="preserve"> Büt.   </w:t>
            </w:r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11" w:edGrp="everyone"/>
            <w:sdt>
              <w:sdtPr>
                <w:alias w:val="Sınav tarihi"/>
                <w:tag w:val="Sınav tarihi"/>
                <w:id w:val="4191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1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  <w:tc>
          <w:tcPr>
            <w:tcW w:type="dxa" w:w="1701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12" w:edGrp="everyone"/>
            <w:sdt>
              <w:sdtPr>
                <w:alias w:val="Öğretim elemanı"/>
                <w:tag w:val="Öğretim elemanı"/>
                <w:id w:val="419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2"/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Saati / Süresi</w:t>
            </w:r>
          </w:p>
        </w:tc>
        <w:tc>
          <w:tcPr>
            <w:tcW w:type="dxa" w:w="5102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permStart w:id="913" w:edGrp="everyone"/>
            <w:sdt>
              <w:sdtPr>
                <w:alias w:val="Sınav saati"/>
                <w:tag w:val="Sınav saati"/>
                <w:id w:val="419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913"/>
            <w:r>
              <w:rPr>
                <w:sz w:val="18"/>
                <w:szCs w:val="18"/>
              </w:rPr>
              <w:t xml:space="preserve">  /  </w:t>
            </w:r>
            <w:permStart w:id="914" w:edGrp="everyone"/>
            <w:sdt>
              <w:sdtPr>
                <w:alias w:val="Sınav süresi"/>
                <w:tag w:val="Sınav süresi"/>
                <w:id w:val="419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914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b/>
          <w:bCs/>
          <w:sz w:val="19"/>
          <w:szCs w:val="19"/>
        </w:rPr>
        <w:t xml:space="preserve">Sınav Yönergesi: </w:t>
      </w:r>
      <w:permStart w:id="915" w:edGrp="everyone"/>
      <w:sdt>
        <w:sdtPr>
          <w:alias w:val="Sınav yönergesi"/>
          <w:tag w:val="Sınav yönergesi"/>
          <w:id w:val="41914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                    </w:t>
          </w:r>
        </w:sdtContent>
      </w:sdt>
      <w:permEnd w:id="915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07"/>
        <w:gridCol w:w="1247"/>
        <w:gridCol w:w="1360"/>
        <w:gridCol w:w="1303"/>
        <w:gridCol w:w="907"/>
        <w:gridCol w:w="1247"/>
        <w:gridCol w:w="1360"/>
        <w:gridCol w:w="1303"/>
      </w:tblGrid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 No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 Puanı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Puanı</w:t>
            </w:r>
          </w:p>
        </w:tc>
        <w:tc>
          <w:tcPr>
            <w:tcW w:type="dxa" w:w="130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Ölçülen ÖÇ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 No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 Puanı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Puanı</w:t>
            </w:r>
          </w:p>
        </w:tc>
        <w:tc>
          <w:tcPr>
            <w:tcW w:type="dxa" w:w="130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Ölçülen ÖÇ</w:t>
            </w:r>
          </w:p>
        </w:tc>
      </w:tr>
      <w:tr>
        <w:trPr>
          <w:trHeight w:val="328" w:hRule="atLeast"/>
          <w:cantSplit/>
        </w:trPr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16" w:edGrp="everyone"/>
            <w:sdt>
              <w:sdtPr>
                <w:alias w:val="Soru 1 puanı"/>
                <w:tag w:val="Soru 1 puanı"/>
                <w:id w:val="419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1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17" w:edGrp="everyone"/>
            <w:sdt>
              <w:sdtPr>
                <w:alias w:val="Soru 1 öğrenci puanı"/>
                <w:tag w:val="Soru 1 öğrenci puanı"/>
                <w:id w:val="419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17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18" w:edGrp="everyone"/>
            <w:sdt>
              <w:sdtPr>
                <w:alias w:val="Soru 1 ÖÇ"/>
                <w:tag w:val="Soru 1 ÖÇ"/>
                <w:id w:val="419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1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19" w:edGrp="everyone"/>
            <w:sdt>
              <w:sdtPr>
                <w:alias w:val="Soru 5 puanı"/>
                <w:tag w:val="Soru 5 puanı"/>
                <w:id w:val="419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20" w:edGrp="everyone"/>
            <w:sdt>
              <w:sdtPr>
                <w:alias w:val="Soru 5 öğrenci puanı"/>
                <w:tag w:val="Soru 5 öğrenci puanı"/>
                <w:id w:val="419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0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21" w:edGrp="everyone"/>
            <w:sdt>
              <w:sdtPr>
                <w:alias w:val="Soru 5 ÖÇ"/>
                <w:tag w:val="Soru 5 ÖÇ"/>
                <w:id w:val="419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1"/>
          </w:p>
        </w:tc>
      </w:tr>
      <w:tr>
        <w:trPr>
          <w:trHeight w:val="328" w:hRule="atLeast"/>
          <w:cantSplit/>
        </w:trPr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22" w:edGrp="everyone"/>
            <w:sdt>
              <w:sdtPr>
                <w:alias w:val="Soru 2 puanı"/>
                <w:tag w:val="Soru 2 puanı"/>
                <w:id w:val="419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23" w:edGrp="everyone"/>
            <w:sdt>
              <w:sdtPr>
                <w:alias w:val="Soru 2 öğrenci puanı"/>
                <w:tag w:val="Soru 2 öğrenci puanı"/>
                <w:id w:val="419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3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24" w:edGrp="everyone"/>
            <w:sdt>
              <w:sdtPr>
                <w:alias w:val="Soru 2 ÖÇ"/>
                <w:tag w:val="Soru 2 ÖÇ"/>
                <w:id w:val="419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25" w:edGrp="everyone"/>
            <w:sdt>
              <w:sdtPr>
                <w:alias w:val="Soru 6 puanı"/>
                <w:tag w:val="Soru 6 puanı"/>
                <w:id w:val="419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26" w:edGrp="everyone"/>
            <w:sdt>
              <w:sdtPr>
                <w:alias w:val="Soru 6 öğrenci puanı"/>
                <w:tag w:val="Soru 6 öğrenci puanı"/>
                <w:id w:val="419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6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27" w:edGrp="everyone"/>
            <w:sdt>
              <w:sdtPr>
                <w:alias w:val="Soru 6 ÖÇ"/>
                <w:tag w:val="Soru 6 ÖÇ"/>
                <w:id w:val="419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7"/>
          </w:p>
        </w:tc>
      </w:tr>
      <w:tr>
        <w:trPr>
          <w:trHeight w:val="328" w:hRule="atLeast"/>
          <w:cantSplit/>
        </w:trPr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28" w:edGrp="everyone"/>
            <w:sdt>
              <w:sdtPr>
                <w:alias w:val="Soru 3 puanı"/>
                <w:tag w:val="Soru 3 puanı"/>
                <w:id w:val="419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29" w:edGrp="everyone"/>
            <w:sdt>
              <w:sdtPr>
                <w:alias w:val="Soru 3 öğrenci puanı"/>
                <w:tag w:val="Soru 3 öğrenci puanı"/>
                <w:id w:val="419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9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30" w:edGrp="everyone"/>
            <w:sdt>
              <w:sdtPr>
                <w:alias w:val="Soru 3 ÖÇ"/>
                <w:tag w:val="Soru 3 ÖÇ"/>
                <w:id w:val="419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31" w:edGrp="everyone"/>
            <w:sdt>
              <w:sdtPr>
                <w:alias w:val="Soru 7 puanı"/>
                <w:tag w:val="Soru 7 puanı"/>
                <w:id w:val="419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32" w:edGrp="everyone"/>
            <w:sdt>
              <w:sdtPr>
                <w:alias w:val="Soru 7 öğrenci puanı"/>
                <w:tag w:val="Soru 7 öğrenci puanı"/>
                <w:id w:val="419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2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33" w:edGrp="everyone"/>
            <w:sdt>
              <w:sdtPr>
                <w:alias w:val="Soru 7 ÖÇ"/>
                <w:tag w:val="Soru 7 ÖÇ"/>
                <w:id w:val="419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3"/>
          </w:p>
        </w:tc>
      </w:tr>
      <w:tr>
        <w:trPr>
          <w:trHeight w:val="328" w:hRule="atLeast"/>
          <w:cantSplit/>
        </w:trPr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34" w:edGrp="everyone"/>
            <w:sdt>
              <w:sdtPr>
                <w:alias w:val="Soru 4 puanı"/>
                <w:tag w:val="Soru 4 puanı"/>
                <w:id w:val="419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35" w:edGrp="everyone"/>
            <w:sdt>
              <w:sdtPr>
                <w:alias w:val="Soru 4 öğrenci puanı"/>
                <w:tag w:val="Soru 4 öğrenci puanı"/>
                <w:id w:val="419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5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36" w:edGrp="everyone"/>
            <w:sdt>
              <w:sdtPr>
                <w:alias w:val="Soru 4 ÖÇ"/>
                <w:tag w:val="Soru 4 ÖÇ"/>
                <w:id w:val="419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937" w:edGrp="everyone"/>
            <w:sdt>
              <w:sdtPr>
                <w:alias w:val="Soru 8 puanı"/>
                <w:tag w:val="Soru 8 puanı"/>
                <w:id w:val="419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938" w:edGrp="everyone"/>
            <w:sdt>
              <w:sdtPr>
                <w:alias w:val="Soru 8 öğrenci puanı"/>
                <w:tag w:val="Soru 8 öğrenci puanı"/>
                <w:id w:val="419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8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939" w:edGrp="everyone"/>
            <w:sdt>
              <w:sdtPr>
                <w:alias w:val="Soru 8 ÖÇ"/>
                <w:tag w:val="Soru 8 ÖÇ"/>
                <w:id w:val="419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3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Sınav Notu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940" w:edGrp="everyone"/>
            <w:sdt>
              <w:sdtPr>
                <w:alias w:val="Öğrenci sınav notu"/>
                <w:tag w:val="Öğrenci sınav notu"/>
                <w:id w:val="419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4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Öğrenme Çıktıları (ÖÇ)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07"/>
        <w:gridCol w:w="8730"/>
      </w:tblGrid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ÖÇ1</w:t>
            </w:r>
          </w:p>
        </w:tc>
        <w:tc>
          <w:tcPr>
            <w:tcW w:type="dxa" w:w="8731"/>
            <w:vAlign w:val="center"/>
          </w:tcPr>
          <w:p>
            <w:pPr>
              <w:spacing w:before="0" w:after="0" w:line="240" w:lineRule="auto"/>
              <w:jc w:val="left"/>
            </w:pPr>
            <w:permStart w:id="941" w:edGrp="everyone"/>
            <w:sdt>
              <w:sdtPr>
                <w:alias w:val="ÖÇ1 açıklaması"/>
                <w:tag w:val="ÖÇ1 açıklaması"/>
                <w:id w:val="419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941"/>
          </w:p>
        </w:tc>
      </w:tr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ÖÇ2</w:t>
            </w:r>
          </w:p>
        </w:tc>
        <w:tc>
          <w:tcPr>
            <w:tcW w:type="dxa" w:w="8731"/>
            <w:vAlign w:val="center"/>
          </w:tcPr>
          <w:p>
            <w:pPr>
              <w:spacing w:before="0" w:after="0" w:line="240" w:lineRule="auto"/>
              <w:jc w:val="left"/>
            </w:pPr>
            <w:permStart w:id="942" w:edGrp="everyone"/>
            <w:sdt>
              <w:sdtPr>
                <w:alias w:val="ÖÇ2 açıklaması"/>
                <w:tag w:val="ÖÇ2 açıklaması"/>
                <w:id w:val="419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942"/>
          </w:p>
        </w:tc>
      </w:tr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ÖÇ3</w:t>
            </w:r>
          </w:p>
        </w:tc>
        <w:tc>
          <w:tcPr>
            <w:tcW w:type="dxa" w:w="8731"/>
            <w:vAlign w:val="center"/>
          </w:tcPr>
          <w:p>
            <w:pPr>
              <w:spacing w:before="0" w:after="0" w:line="240" w:lineRule="auto"/>
              <w:jc w:val="left"/>
            </w:pPr>
            <w:permStart w:id="943" w:edGrp="everyone"/>
            <w:sdt>
              <w:sdtPr>
                <w:alias w:val="ÖÇ3 açıklaması"/>
                <w:tag w:val="ÖÇ3 açıklaması"/>
                <w:id w:val="419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943"/>
          </w:p>
        </w:tc>
      </w:tr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ÖÇ4</w:t>
            </w:r>
          </w:p>
        </w:tc>
        <w:tc>
          <w:tcPr>
            <w:tcW w:type="dxa" w:w="8731"/>
            <w:vAlign w:val="center"/>
          </w:tcPr>
          <w:p>
            <w:pPr>
              <w:spacing w:before="0" w:after="0" w:line="240" w:lineRule="auto"/>
              <w:jc w:val="left"/>
            </w:pPr>
            <w:permStart w:id="944" w:edGrp="everyone"/>
            <w:sdt>
              <w:sdtPr>
                <w:alias w:val="ÖÇ4 açıklaması"/>
                <w:tag w:val="ÖÇ4 açıklaması"/>
                <w:id w:val="419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944"/>
          </w:p>
        </w:tc>
      </w:tr>
      <w:tr>
        <w:trPr>
          <w:trHeight w:val="328" w:hRule="atLeast"/>
          <w:cantSplit/>
        </w:trPr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ÖÇ5</w:t>
            </w:r>
          </w:p>
        </w:tc>
        <w:tc>
          <w:tcPr>
            <w:tcW w:type="dxa" w:w="8731"/>
            <w:vAlign w:val="center"/>
          </w:tcPr>
          <w:p>
            <w:pPr>
              <w:spacing w:before="0" w:after="0" w:line="240" w:lineRule="auto"/>
              <w:jc w:val="left"/>
            </w:pPr>
            <w:permStart w:id="945" w:edGrp="everyone"/>
            <w:sdt>
              <w:sdtPr>
                <w:alias w:val="ÖÇ5 açıklaması"/>
                <w:tag w:val="ÖÇ5 açıklaması"/>
                <w:id w:val="419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94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SORULAR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46" w:edGrp="everyone"/>
            <w:sdt>
              <w:sdtPr>
                <w:alias w:val="Soru 1"/>
                <w:tag w:val="Soru 1"/>
                <w:id w:val="41945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46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47" w:edGrp="everyone"/>
            <w:sdt>
              <w:sdtPr>
                <w:alias w:val="Soru 2"/>
                <w:tag w:val="Soru 2"/>
                <w:id w:val="41946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47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48" w:edGrp="everyone"/>
            <w:sdt>
              <w:sdtPr>
                <w:alias w:val="Soru 3"/>
                <w:tag w:val="Soru 3"/>
                <w:id w:val="41947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48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4.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49" w:edGrp="everyone"/>
            <w:sdt>
              <w:sdtPr>
                <w:alias w:val="Soru 4"/>
                <w:tag w:val="Soru 4"/>
                <w:id w:val="41948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49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5.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50" w:edGrp="everyone"/>
            <w:sdt>
              <w:sdtPr>
                <w:alias w:val="Soru 5"/>
                <w:tag w:val="Soru 5"/>
                <w:id w:val="41949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50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6.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51" w:edGrp="everyone"/>
            <w:sdt>
              <w:sdtPr>
                <w:alias w:val="Soru 6"/>
                <w:tag w:val="Soru 6"/>
                <w:id w:val="41950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51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7.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52" w:edGrp="everyone"/>
            <w:sdt>
              <w:sdtPr>
                <w:alias w:val="Soru 7"/>
                <w:tag w:val="Soru 7"/>
                <w:id w:val="41951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52"/>
          </w:p>
        </w:tc>
      </w:tr>
      <w:tr>
        <w:trPr>
          <w:trHeight w:val="850" w:hRule="atLeast"/>
          <w:cantSplit/>
        </w:trPr>
        <w:tc>
          <w:tcPr>
            <w:tcW w:type="dxa" w:w="567"/>
            <w:shd w:val="clear" w:color="auto" w:fill="ECE9F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8.</w:t>
            </w:r>
          </w:p>
        </w:tc>
        <w:tc>
          <w:tcPr>
            <w:tcW w:type="dxa" w:w="9071"/>
            <w:vAlign w:val="top"/>
          </w:tcPr>
          <w:p>
            <w:pPr>
              <w:spacing w:before="0" w:after="0" w:line="240" w:lineRule="auto"/>
              <w:jc w:val="left"/>
            </w:pPr>
            <w:permStart w:id="953" w:edGrp="everyone"/>
            <w:sdt>
              <w:sdtPr>
                <w:alias w:val="Soru 8"/>
                <w:tag w:val="Soru 8"/>
                <w:id w:val="41952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953"/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HTMYO-PFRM-217  |  Sınav Soruları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HTMYO-PFRM-217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05.08.2025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Soruları Formu</dc:title>
  <dc:subject>HTMYO-PFRM-217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