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SINAV TUTANAĞI FORMU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834"/>
        <w:gridCol w:w="6803"/>
      </w:tblGrid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273" w:edGrp="everyone"/>
            <w:sdt>
              <w:sdtPr>
                <w:alias w:val="Bölüm / Program"/>
                <w:tag w:val="Bölüm / Program"/>
                <w:id w:val="4227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73"/>
          </w:p>
        </w:tc>
      </w:tr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Öğretim Yılı ve Dönemi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274" w:edGrp="everyone"/>
            <w:sdt>
              <w:sdtPr>
                <w:alias w:val="Öğretim yılı"/>
                <w:tag w:val="Öğretim yılı"/>
                <w:id w:val="42273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2026-2027</w:t>
                </w:r>
              </w:sdtContent>
            </w:sdt>
            <w:permEnd w:id="1274"/>
            <w:r>
              <w:rPr>
                <w:sz w:val="18"/>
                <w:szCs w:val="18"/>
              </w:rPr>
              <w:t xml:space="preserve">  </w:t>
            </w:r>
            <w:permStart w:id="1275" w:edGrp="everyone"/>
            <w:sdt>
              <w:sdtPr>
                <w:alias w:val="Dönem"/>
                <w:tag w:val="Dönem"/>
                <w:id w:val="42274"/>
                <w:showingPlcHdr/>
                <w:dropDownList>
                  <w:listItem w:displayText="Güz" w:value="Güz"/>
                  <w:listItem w:displayText="Bahar" w:value="Bahar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275"/>
          </w:p>
        </w:tc>
      </w:tr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Dersin Adı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276" w:edGrp="everyone"/>
            <w:sdt>
              <w:sdtPr>
                <w:alias w:val="Dersin adı"/>
                <w:tag w:val="Dersin adı"/>
                <w:id w:val="4227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76"/>
          </w:p>
        </w:tc>
      </w:tr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Sorumlu Öğretim Elemanı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277" w:edGrp="everyone"/>
            <w:sdt>
              <w:sdtPr>
                <w:alias w:val="Sorumlu öğretim elemanı"/>
                <w:tag w:val="Sorumlu öğretim elemanı"/>
                <w:id w:val="4227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77"/>
          </w:p>
        </w:tc>
      </w:tr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Sınav Salonu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278" w:edGrp="everyone"/>
            <w:sdt>
              <w:sdtPr>
                <w:alias w:val="Sınav salonu"/>
                <w:tag w:val="Sınav salonu"/>
                <w:id w:val="4227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78"/>
          </w:p>
        </w:tc>
      </w:tr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Sınav Tarihi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279" w:edGrp="everyone"/>
            <w:sdt>
              <w:sdtPr>
                <w:alias w:val="Sınav tarihi"/>
                <w:tag w:val="Sınav tarihi"/>
                <w:id w:val="4227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279"/>
          </w:p>
        </w:tc>
      </w:tr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Sınav Başlama / Bitiş Saati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280" w:edGrp="everyone"/>
            <w:sdt>
              <w:sdtPr>
                <w:alias w:val="Başlama saati"/>
                <w:tag w:val="Başlama saati"/>
                <w:id w:val="4227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1280"/>
            <w:r>
              <w:rPr>
                <w:sz w:val="18"/>
                <w:szCs w:val="18"/>
              </w:rPr>
              <w:t xml:space="preserve">  /  </w:t>
            </w:r>
            <w:permStart w:id="1281" w:edGrp="everyone"/>
            <w:sdt>
              <w:sdtPr>
                <w:alias w:val="Bitiş saati"/>
                <w:tag w:val="Bitiş saati"/>
                <w:id w:val="4228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1281"/>
          </w:p>
        </w:tc>
      </w:tr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Sınava Giren / Girmeyen Öğrenci Sayısı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282" w:edGrp="everyone"/>
            <w:sdt>
              <w:sdtPr>
                <w:alias w:val="Giren sayısı"/>
                <w:tag w:val="Giren sayısı"/>
                <w:id w:val="4228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1282"/>
            <w:r>
              <w:rPr>
                <w:sz w:val="18"/>
                <w:szCs w:val="18"/>
              </w:rPr>
              <w:t xml:space="preserve">  /  </w:t>
            </w:r>
            <w:permStart w:id="1283" w:edGrp="everyone"/>
            <w:sdt>
              <w:sdtPr>
                <w:alias w:val="Girmeyen sayısı"/>
                <w:tag w:val="Girmeyen sayısı"/>
                <w:id w:val="4228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</w:t>
                </w:r>
              </w:sdtContent>
            </w:sdt>
            <w:permEnd w:id="1283"/>
          </w:p>
        </w:tc>
      </w:tr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Sınav Gözetmeni Adı ve Soyadı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284" w:edGrp="everyone"/>
            <w:sdt>
              <w:sdtPr>
                <w:alias w:val="Gözetmen adı soyadı"/>
                <w:tag w:val="Gözetmen adı soyadı"/>
                <w:id w:val="4228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84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80" w:line="240" w:lineRule="auto"/>
        <w:jc w:val="both"/>
      </w:pPr>
      <w:r>
        <w:rPr>
          <w:sz w:val="19"/>
          <w:szCs w:val="19"/>
        </w:rPr>
        <w:t xml:space="preserve">Yukarıda belirtilen dersin </w:t>
      </w:r>
      <w:permStart w:id="1285" w:edGrp="everyone"/>
      <w:sdt>
        <w:sdtPr>
          <w:alias w:val="Sınav türü"/>
          <w:tag w:val="Sınav türü"/>
          <w:id w:val="42284"/>
          <w:showingPlcHdr/>
          <w:dropDownList>
            <w:listItem w:displayText="Vize" w:value="Vize"/>
            <w:listItem w:displayText="Final" w:value="Final"/>
            <w:listItem w:displayText="Bütünleme" w:value="Bütünleme"/>
            <w:listItem w:displayText="Tek ders" w:value="Tek ders"/>
          </w:dropDownList>
        </w:sdtPr>
        <w:sdtContent>
          <w:r>
            <w:rPr>
              <w:rStyle w:val="PlaceholderText"/>
              <w:sz w:val="19"/>
              <w:szCs w:val="19"/>
            </w:rPr>
            <w:t xml:space="preserve">       </w:t>
          </w:r>
        </w:sdtContent>
      </w:sdt>
      <w:permEnd w:id="1285"/>
      <w:r>
        <w:rPr>
          <w:sz w:val="19"/>
          <w:szCs w:val="19"/>
        </w:rPr>
        <w:t xml:space="preserve"> sınavına aşağıda isimleri ve imzaları bulunan öğrenciler katılmıştır.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680"/>
        <w:gridCol w:w="1814"/>
        <w:gridCol w:w="3968"/>
        <w:gridCol w:w="3174"/>
      </w:tblGrid>
      <w:tr>
        <w:trPr>
          <w:trHeight w:val="328" w:hRule="atLeast"/>
          <w:cantSplit/>
        </w:trPr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Öğrenci No</w:t>
            </w:r>
          </w:p>
        </w:tc>
        <w:tc>
          <w:tcPr>
            <w:tcW w:type="dxa" w:w="396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317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286" w:edGrp="everyone"/>
            <w:sdt>
              <w:sdtPr>
                <w:alias w:val="No 1"/>
                <w:tag w:val="No 1"/>
                <w:id w:val="422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86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287" w:edGrp="everyone"/>
            <w:sdt>
              <w:sdtPr>
                <w:alias w:val="Ad 1"/>
                <w:tag w:val="Ad 1"/>
                <w:id w:val="422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287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288" w:edGrp="everyone"/>
            <w:sdt>
              <w:sdtPr>
                <w:alias w:val="No 2"/>
                <w:tag w:val="No 2"/>
                <w:id w:val="422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88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289" w:edGrp="everyone"/>
            <w:sdt>
              <w:sdtPr>
                <w:alias w:val="Ad 2"/>
                <w:tag w:val="Ad 2"/>
                <w:id w:val="4228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289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290" w:edGrp="everyone"/>
            <w:sdt>
              <w:sdtPr>
                <w:alias w:val="No 3"/>
                <w:tag w:val="No 3"/>
                <w:id w:val="422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90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291" w:edGrp="everyone"/>
            <w:sdt>
              <w:sdtPr>
                <w:alias w:val="Ad 3"/>
                <w:tag w:val="Ad 3"/>
                <w:id w:val="4229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291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292" w:edGrp="everyone"/>
            <w:sdt>
              <w:sdtPr>
                <w:alias w:val="No 4"/>
                <w:tag w:val="No 4"/>
                <w:id w:val="422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92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293" w:edGrp="everyone"/>
            <w:sdt>
              <w:sdtPr>
                <w:alias w:val="Ad 4"/>
                <w:tag w:val="Ad 4"/>
                <w:id w:val="422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293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294" w:edGrp="everyone"/>
            <w:sdt>
              <w:sdtPr>
                <w:alias w:val="No 5"/>
                <w:tag w:val="No 5"/>
                <w:id w:val="422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94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295" w:edGrp="everyone"/>
            <w:sdt>
              <w:sdtPr>
                <w:alias w:val="Ad 5"/>
                <w:tag w:val="Ad 5"/>
                <w:id w:val="422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29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296" w:edGrp="everyone"/>
            <w:sdt>
              <w:sdtPr>
                <w:alias w:val="No 6"/>
                <w:tag w:val="No 6"/>
                <w:id w:val="422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96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297" w:edGrp="everyone"/>
            <w:sdt>
              <w:sdtPr>
                <w:alias w:val="Ad 6"/>
                <w:tag w:val="Ad 6"/>
                <w:id w:val="4229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297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298" w:edGrp="everyone"/>
            <w:sdt>
              <w:sdtPr>
                <w:alias w:val="No 7"/>
                <w:tag w:val="No 7"/>
                <w:id w:val="422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98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299" w:edGrp="everyone"/>
            <w:sdt>
              <w:sdtPr>
                <w:alias w:val="Ad 7"/>
                <w:tag w:val="Ad 7"/>
                <w:id w:val="422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299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00" w:edGrp="everyone"/>
            <w:sdt>
              <w:sdtPr>
                <w:alias w:val="No 8"/>
                <w:tag w:val="No 8"/>
                <w:id w:val="4229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00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01" w:edGrp="everyone"/>
            <w:sdt>
              <w:sdtPr>
                <w:alias w:val="Ad 8"/>
                <w:tag w:val="Ad 8"/>
                <w:id w:val="423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01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02" w:edGrp="everyone"/>
            <w:sdt>
              <w:sdtPr>
                <w:alias w:val="No 9"/>
                <w:tag w:val="No 9"/>
                <w:id w:val="423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02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03" w:edGrp="everyone"/>
            <w:sdt>
              <w:sdtPr>
                <w:alias w:val="Ad 9"/>
                <w:tag w:val="Ad 9"/>
                <w:id w:val="4230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03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04" w:edGrp="everyone"/>
            <w:sdt>
              <w:sdtPr>
                <w:alias w:val="No 10"/>
                <w:tag w:val="No 10"/>
                <w:id w:val="423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04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05" w:edGrp="everyone"/>
            <w:sdt>
              <w:sdtPr>
                <w:alias w:val="Ad 10"/>
                <w:tag w:val="Ad 10"/>
                <w:id w:val="423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0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11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06" w:edGrp="everyone"/>
            <w:sdt>
              <w:sdtPr>
                <w:alias w:val="No 11"/>
                <w:tag w:val="No 11"/>
                <w:id w:val="4230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06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07" w:edGrp="everyone"/>
            <w:sdt>
              <w:sdtPr>
                <w:alias w:val="Ad 11"/>
                <w:tag w:val="Ad 11"/>
                <w:id w:val="423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07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08" w:edGrp="everyone"/>
            <w:sdt>
              <w:sdtPr>
                <w:alias w:val="No 12"/>
                <w:tag w:val="No 12"/>
                <w:id w:val="423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08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09" w:edGrp="everyone"/>
            <w:sdt>
              <w:sdtPr>
                <w:alias w:val="Ad 12"/>
                <w:tag w:val="Ad 12"/>
                <w:id w:val="423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09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13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10" w:edGrp="everyone"/>
            <w:sdt>
              <w:sdtPr>
                <w:alias w:val="No 13"/>
                <w:tag w:val="No 13"/>
                <w:id w:val="423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10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11" w:edGrp="everyone"/>
            <w:sdt>
              <w:sdtPr>
                <w:alias w:val="Ad 13"/>
                <w:tag w:val="Ad 13"/>
                <w:id w:val="423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11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14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12" w:edGrp="everyone"/>
            <w:sdt>
              <w:sdtPr>
                <w:alias w:val="No 14"/>
                <w:tag w:val="No 14"/>
                <w:id w:val="423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12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13" w:edGrp="everyone"/>
            <w:sdt>
              <w:sdtPr>
                <w:alias w:val="Ad 14"/>
                <w:tag w:val="Ad 14"/>
                <w:id w:val="423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13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15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14" w:edGrp="everyone"/>
            <w:sdt>
              <w:sdtPr>
                <w:alias w:val="No 15"/>
                <w:tag w:val="No 15"/>
                <w:id w:val="423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14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15" w:edGrp="everyone"/>
            <w:sdt>
              <w:sdtPr>
                <w:alias w:val="Ad 15"/>
                <w:tag w:val="Ad 15"/>
                <w:id w:val="423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1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16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16" w:edGrp="everyone"/>
            <w:sdt>
              <w:sdtPr>
                <w:alias w:val="No 16"/>
                <w:tag w:val="No 16"/>
                <w:id w:val="423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16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17" w:edGrp="everyone"/>
            <w:sdt>
              <w:sdtPr>
                <w:alias w:val="Ad 16"/>
                <w:tag w:val="Ad 16"/>
                <w:id w:val="423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17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17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18" w:edGrp="everyone"/>
            <w:sdt>
              <w:sdtPr>
                <w:alias w:val="No 17"/>
                <w:tag w:val="No 17"/>
                <w:id w:val="423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18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19" w:edGrp="everyone"/>
            <w:sdt>
              <w:sdtPr>
                <w:alias w:val="Ad 17"/>
                <w:tag w:val="Ad 17"/>
                <w:id w:val="423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19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18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20" w:edGrp="everyone"/>
            <w:sdt>
              <w:sdtPr>
                <w:alias w:val="No 18"/>
                <w:tag w:val="No 18"/>
                <w:id w:val="423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20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21" w:edGrp="everyone"/>
            <w:sdt>
              <w:sdtPr>
                <w:alias w:val="Ad 18"/>
                <w:tag w:val="Ad 18"/>
                <w:id w:val="423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21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19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22" w:edGrp="everyone"/>
            <w:sdt>
              <w:sdtPr>
                <w:alias w:val="No 19"/>
                <w:tag w:val="No 19"/>
                <w:id w:val="423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22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23" w:edGrp="everyone"/>
            <w:sdt>
              <w:sdtPr>
                <w:alias w:val="Ad 19"/>
                <w:tag w:val="Ad 19"/>
                <w:id w:val="423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23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24" w:edGrp="everyone"/>
            <w:sdt>
              <w:sdtPr>
                <w:alias w:val="No 20"/>
                <w:tag w:val="No 20"/>
                <w:id w:val="423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24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25" w:edGrp="everyone"/>
            <w:sdt>
              <w:sdtPr>
                <w:alias w:val="Ad 20"/>
                <w:tag w:val="Ad 20"/>
                <w:id w:val="423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2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left"/>
      </w:pPr>
      <w:r>
        <w:rPr>
          <w:sz w:val="18"/>
          <w:szCs w:val="18"/>
        </w:rPr>
        <w:t xml:space="preserve">Tarih: </w:t>
      </w:r>
      <w:permStart w:id="1326" w:edGrp="everyone"/>
      <w:sdt>
        <w:sdtPr>
          <w:alias w:val="Tarih"/>
          <w:tag w:val="Tarih"/>
          <w:id w:val="42325"/>
        </w:sdtPr>
        <w:sdtContent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DATE \@ "dd.MM.yyyy"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06.10.2026</w:t>
          </w:r>
          <w:r>
            <w:rPr>
              <w:sz w:val="18"/>
              <w:szCs w:val="18"/>
            </w:rPr>
            <w:fldChar w:fldCharType="end"/>
          </w:r>
        </w:sdtContent>
      </w:sdt>
      <w:permEnd w:id="1326"/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Gözetmen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1327" w:edGrp="everyone"/>
            <w:sdt>
              <w:sdtPr>
                <w:alias w:val="Gözetmen Adı Soyadı"/>
                <w:tag w:val="Gözetmen Adı Soyadı"/>
                <w:id w:val="42326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327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20 öğrenciden fazlası için devam sayfasını (sayfa 2) doldurunuz. Devam sayfası gerekmiyorsa yazdırmayınız.</w:t>
      </w:r>
    </w:p>
    <w:p>
      <w:pPr>
        <w:pageBreakBefore/>
        <w:spacing w:before="0" w:after="120" w:line="240" w:lineRule="auto"/>
        <w:jc w:val="center"/>
      </w:pPr>
      <w:r>
        <w:rPr>
          <w:b/>
          <w:bCs/>
          <w:sz w:val="24"/>
          <w:szCs w:val="24"/>
        </w:rPr>
        <w:t xml:space="preserve">SINAV TUTANAĞI FORMU (DEVAM SAYFASI)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trHeight w:val="351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Ders: </w:t>
            </w:r>
            <w:permStart w:id="1328" w:edGrp="everyone"/>
            <w:sdt>
              <w:sdtPr>
                <w:alias w:val="Devam ders"/>
                <w:tag w:val="Devam ders"/>
                <w:id w:val="42327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328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Sınav Tarihi: </w:t>
            </w:r>
            <w:permStart w:id="1329" w:edGrp="everyone"/>
            <w:sdt>
              <w:sdtPr>
                <w:alias w:val="Devam sınav tarihi"/>
                <w:tag w:val="Devam sınav tarihi"/>
                <w:id w:val="4232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132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680"/>
        <w:gridCol w:w="1814"/>
        <w:gridCol w:w="3968"/>
        <w:gridCol w:w="3174"/>
      </w:tblGrid>
      <w:tr>
        <w:trPr>
          <w:trHeight w:val="328" w:hRule="atLeast"/>
          <w:cantSplit/>
        </w:trPr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Öğrenci No</w:t>
            </w:r>
          </w:p>
        </w:tc>
        <w:tc>
          <w:tcPr>
            <w:tcW w:type="dxa" w:w="396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317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21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30" w:edGrp="everyone"/>
            <w:sdt>
              <w:sdtPr>
                <w:alias w:val="No 21"/>
                <w:tag w:val="No 21"/>
                <w:id w:val="423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30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31" w:edGrp="everyone"/>
            <w:sdt>
              <w:sdtPr>
                <w:alias w:val="Ad 21"/>
                <w:tag w:val="Ad 21"/>
                <w:id w:val="423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31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32" w:edGrp="everyone"/>
            <w:sdt>
              <w:sdtPr>
                <w:alias w:val="No 22"/>
                <w:tag w:val="No 22"/>
                <w:id w:val="423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32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33" w:edGrp="everyone"/>
            <w:sdt>
              <w:sdtPr>
                <w:alias w:val="Ad 22"/>
                <w:tag w:val="Ad 22"/>
                <w:id w:val="423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33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23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34" w:edGrp="everyone"/>
            <w:sdt>
              <w:sdtPr>
                <w:alias w:val="No 23"/>
                <w:tag w:val="No 23"/>
                <w:id w:val="423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34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35" w:edGrp="everyone"/>
            <w:sdt>
              <w:sdtPr>
                <w:alias w:val="Ad 23"/>
                <w:tag w:val="Ad 23"/>
                <w:id w:val="423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3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24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36" w:edGrp="everyone"/>
            <w:sdt>
              <w:sdtPr>
                <w:alias w:val="No 24"/>
                <w:tag w:val="No 24"/>
                <w:id w:val="423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36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37" w:edGrp="everyone"/>
            <w:sdt>
              <w:sdtPr>
                <w:alias w:val="Ad 24"/>
                <w:tag w:val="Ad 24"/>
                <w:id w:val="423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37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25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38" w:edGrp="everyone"/>
            <w:sdt>
              <w:sdtPr>
                <w:alias w:val="No 25"/>
                <w:tag w:val="No 25"/>
                <w:id w:val="423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38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39" w:edGrp="everyone"/>
            <w:sdt>
              <w:sdtPr>
                <w:alias w:val="Ad 25"/>
                <w:tag w:val="Ad 25"/>
                <w:id w:val="423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39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26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40" w:edGrp="everyone"/>
            <w:sdt>
              <w:sdtPr>
                <w:alias w:val="No 26"/>
                <w:tag w:val="No 26"/>
                <w:id w:val="423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40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41" w:edGrp="everyone"/>
            <w:sdt>
              <w:sdtPr>
                <w:alias w:val="Ad 26"/>
                <w:tag w:val="Ad 26"/>
                <w:id w:val="4234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41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27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42" w:edGrp="everyone"/>
            <w:sdt>
              <w:sdtPr>
                <w:alias w:val="No 27"/>
                <w:tag w:val="No 27"/>
                <w:id w:val="423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42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43" w:edGrp="everyone"/>
            <w:sdt>
              <w:sdtPr>
                <w:alias w:val="Ad 27"/>
                <w:tag w:val="Ad 27"/>
                <w:id w:val="423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43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28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44" w:edGrp="everyone"/>
            <w:sdt>
              <w:sdtPr>
                <w:alias w:val="No 28"/>
                <w:tag w:val="No 28"/>
                <w:id w:val="4234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44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45" w:edGrp="everyone"/>
            <w:sdt>
              <w:sdtPr>
                <w:alias w:val="Ad 28"/>
                <w:tag w:val="Ad 28"/>
                <w:id w:val="423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4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29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46" w:edGrp="everyone"/>
            <w:sdt>
              <w:sdtPr>
                <w:alias w:val="No 29"/>
                <w:tag w:val="No 29"/>
                <w:id w:val="423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46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47" w:edGrp="everyone"/>
            <w:sdt>
              <w:sdtPr>
                <w:alias w:val="Ad 29"/>
                <w:tag w:val="Ad 29"/>
                <w:id w:val="4234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47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30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48" w:edGrp="everyone"/>
            <w:sdt>
              <w:sdtPr>
                <w:alias w:val="No 30"/>
                <w:tag w:val="No 30"/>
                <w:id w:val="423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48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49" w:edGrp="everyone"/>
            <w:sdt>
              <w:sdtPr>
                <w:alias w:val="Ad 30"/>
                <w:tag w:val="Ad 30"/>
                <w:id w:val="423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49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31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50" w:edGrp="everyone"/>
            <w:sdt>
              <w:sdtPr>
                <w:alias w:val="No 31"/>
                <w:tag w:val="No 31"/>
                <w:id w:val="423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50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51" w:edGrp="everyone"/>
            <w:sdt>
              <w:sdtPr>
                <w:alias w:val="Ad 31"/>
                <w:tag w:val="Ad 31"/>
                <w:id w:val="423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51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52" w:edGrp="everyone"/>
            <w:sdt>
              <w:sdtPr>
                <w:alias w:val="No 32"/>
                <w:tag w:val="No 32"/>
                <w:id w:val="423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52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53" w:edGrp="everyone"/>
            <w:sdt>
              <w:sdtPr>
                <w:alias w:val="Ad 32"/>
                <w:tag w:val="Ad 32"/>
                <w:id w:val="4235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53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33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54" w:edGrp="everyone"/>
            <w:sdt>
              <w:sdtPr>
                <w:alias w:val="No 33"/>
                <w:tag w:val="No 33"/>
                <w:id w:val="423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54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55" w:edGrp="everyone"/>
            <w:sdt>
              <w:sdtPr>
                <w:alias w:val="Ad 33"/>
                <w:tag w:val="Ad 33"/>
                <w:id w:val="423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5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34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56" w:edGrp="everyone"/>
            <w:sdt>
              <w:sdtPr>
                <w:alias w:val="No 34"/>
                <w:tag w:val="No 34"/>
                <w:id w:val="423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56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57" w:edGrp="everyone"/>
            <w:sdt>
              <w:sdtPr>
                <w:alias w:val="Ad 34"/>
                <w:tag w:val="Ad 34"/>
                <w:id w:val="423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57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35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58" w:edGrp="everyone"/>
            <w:sdt>
              <w:sdtPr>
                <w:alias w:val="No 35"/>
                <w:tag w:val="No 35"/>
                <w:id w:val="423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58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59" w:edGrp="everyone"/>
            <w:sdt>
              <w:sdtPr>
                <w:alias w:val="Ad 35"/>
                <w:tag w:val="Ad 35"/>
                <w:id w:val="4235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59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36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60" w:edGrp="everyone"/>
            <w:sdt>
              <w:sdtPr>
                <w:alias w:val="No 36"/>
                <w:tag w:val="No 36"/>
                <w:id w:val="4235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60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61" w:edGrp="everyone"/>
            <w:sdt>
              <w:sdtPr>
                <w:alias w:val="Ad 36"/>
                <w:tag w:val="Ad 36"/>
                <w:id w:val="423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61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37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62" w:edGrp="everyone"/>
            <w:sdt>
              <w:sdtPr>
                <w:alias w:val="No 37"/>
                <w:tag w:val="No 37"/>
                <w:id w:val="423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62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63" w:edGrp="everyone"/>
            <w:sdt>
              <w:sdtPr>
                <w:alias w:val="Ad 37"/>
                <w:tag w:val="Ad 37"/>
                <w:id w:val="423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63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38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64" w:edGrp="everyone"/>
            <w:sdt>
              <w:sdtPr>
                <w:alias w:val="No 38"/>
                <w:tag w:val="No 38"/>
                <w:id w:val="423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64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65" w:edGrp="everyone"/>
            <w:sdt>
              <w:sdtPr>
                <w:alias w:val="Ad 38"/>
                <w:tag w:val="Ad 38"/>
                <w:id w:val="4236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6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39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66" w:edGrp="everyone"/>
            <w:sdt>
              <w:sdtPr>
                <w:alias w:val="No 39"/>
                <w:tag w:val="No 39"/>
                <w:id w:val="4236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66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67" w:edGrp="everyone"/>
            <w:sdt>
              <w:sdtPr>
                <w:alias w:val="Ad 39"/>
                <w:tag w:val="Ad 39"/>
                <w:id w:val="423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67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40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68" w:edGrp="everyone"/>
            <w:sdt>
              <w:sdtPr>
                <w:alias w:val="No 40"/>
                <w:tag w:val="No 40"/>
                <w:id w:val="423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68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69" w:edGrp="everyone"/>
            <w:sdt>
              <w:sdtPr>
                <w:alias w:val="Ad 40"/>
                <w:tag w:val="Ad 40"/>
                <w:id w:val="423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69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41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70" w:edGrp="everyone"/>
            <w:sdt>
              <w:sdtPr>
                <w:alias w:val="No 41"/>
                <w:tag w:val="No 41"/>
                <w:id w:val="423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70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71" w:edGrp="everyone"/>
            <w:sdt>
              <w:sdtPr>
                <w:alias w:val="Ad 41"/>
                <w:tag w:val="Ad 41"/>
                <w:id w:val="4237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71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72" w:edGrp="everyone"/>
            <w:sdt>
              <w:sdtPr>
                <w:alias w:val="No 42"/>
                <w:tag w:val="No 42"/>
                <w:id w:val="423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72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73" w:edGrp="everyone"/>
            <w:sdt>
              <w:sdtPr>
                <w:alias w:val="Ad 42"/>
                <w:tag w:val="Ad 42"/>
                <w:id w:val="423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73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43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74" w:edGrp="everyone"/>
            <w:sdt>
              <w:sdtPr>
                <w:alias w:val="No 43"/>
                <w:tag w:val="No 43"/>
                <w:id w:val="423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74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75" w:edGrp="everyone"/>
            <w:sdt>
              <w:sdtPr>
                <w:alias w:val="Ad 43"/>
                <w:tag w:val="Ad 43"/>
                <w:id w:val="423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75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44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376" w:edGrp="everyone"/>
            <w:sdt>
              <w:sdtPr>
                <w:alias w:val="No 44"/>
                <w:tag w:val="No 44"/>
                <w:id w:val="423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376"/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left"/>
            </w:pPr>
            <w:permStart w:id="1377" w:edGrp="everyone"/>
            <w:sdt>
              <w:sdtPr>
                <w:alias w:val="Ad 44"/>
                <w:tag w:val="Ad 44"/>
                <w:id w:val="423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377"/>
          </w:p>
        </w:tc>
        <w:tc>
          <w:tcPr>
            <w:tcW w:type="dxa" w:w="317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Ana sayfadaki satırlar yetmediğinde bu devam sayfası doldurulur ve form tek set olarak teslim edilir; 24 satır da yetmezse sayfa fotokopi ile çoğaltılabilir. Devam sayfası gerekmiyorsa yazdırmayınız.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Gözetmen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1378" w:edGrp="everyone"/>
            <w:sdt>
              <w:sdtPr>
                <w:alias w:val="Gözetmen Adı Soyadı"/>
                <w:tag w:val="Gözetmen Adı Soyadı"/>
                <w:id w:val="42377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378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HTMYO-PFRM-219  |  Sınav Tutanağı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HTMYO-PFRM-219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05.08.2025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01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Tutanağı Formu</dc:title>
  <dc:subject>HTMYO-PFRM-219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