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SINAV EVRAKLARI TESLIM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Her yarıyıl sonunda Yüksekokul Sekreterliğince doldurulur; sınav evrakları öğretim elemanlarından teslim alınırken imzalatılır.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61" w:edGrp="everyone"/>
      <w:sdt>
        <w:sdtPr>
          <w:alias w:val="Tarih"/>
          <w:tag w:val="Tarih"/>
          <w:id w:val="4126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61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551"/>
        <w:gridCol w:w="4705"/>
        <w:gridCol w:w="2551"/>
        <w:gridCol w:w="4762"/>
      </w:tblGrid>
      <w:tr>
        <w:trPr>
          <w:trHeight w:val="351" w:hRule="atLeast"/>
          <w:cantSplit/>
        </w:trPr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Eğitim-Öğretim Yılı / Yarıyıl</w:t>
            </w:r>
          </w:p>
        </w:tc>
        <w:tc>
          <w:tcPr>
            <w:tcW w:type="dxa" w:w="4706"/>
            <w:vAlign w:val="center"/>
          </w:tcPr>
          <w:p>
            <w:pPr>
              <w:spacing w:before="0" w:after="0" w:line="240" w:lineRule="auto"/>
              <w:jc w:val="left"/>
            </w:pPr>
            <w:permStart w:id="262" w:edGrp="everyone"/>
            <w:sdt>
              <w:sdtPr>
                <w:alias w:val="Akademik yıl"/>
                <w:tag w:val="Akademik yıl"/>
                <w:id w:val="41261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262"/>
            <w:r>
              <w:rPr>
                <w:sz w:val="18"/>
                <w:szCs w:val="18"/>
              </w:rPr>
              <w:t xml:space="preserve">  </w:t>
            </w:r>
            <w:permStart w:id="263" w:edGrp="everyone"/>
            <w:sdt>
              <w:sdtPr>
                <w:alias w:val="Yarıyıl"/>
                <w:tag w:val="Yarıyıl"/>
                <w:id w:val="41262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3"/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4762"/>
            <w:vAlign w:val="center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Bölüm / Program"/>
                <w:tag w:val="Bölüm / Program"/>
                <w:id w:val="412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566"/>
        <w:gridCol w:w="3514"/>
        <w:gridCol w:w="850"/>
        <w:gridCol w:w="963"/>
        <w:gridCol w:w="850"/>
        <w:gridCol w:w="850"/>
        <w:gridCol w:w="1020"/>
        <w:gridCol w:w="1020"/>
        <w:gridCol w:w="1360"/>
        <w:gridCol w:w="1814"/>
        <w:gridCol w:w="1757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S.N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Öğretim Elemanı Adı Soyadı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Vize</w:t>
            </w:r>
          </w:p>
        </w:tc>
        <w:tc>
          <w:tcPr>
            <w:tcW w:type="dxa" w:w="96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Vize Maz.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Final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Büt.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Tek Ders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Yaz Okulu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Teslim Tarihi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Teslim Eden İmza</w:t>
            </w:r>
          </w:p>
        </w:tc>
        <w:tc>
          <w:tcPr>
            <w:tcW w:type="dxa" w:w="175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Teslim Alan İmza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Evrak Öğretim Elemanı Adı Soyadı 1"/>
                <w:tag w:val="Evrak Öğretim Elemanı Adı Soyadı 1"/>
                <w:id w:val="412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Evrak Vize 1"/>
                <w:tag w:val="Evrak Vize 1"/>
                <w:id w:val="412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6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Evrak Vize Maz. 1"/>
                <w:tag w:val="Evrak Vize Maz. 1"/>
                <w:id w:val="412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6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68" w:edGrp="everyone"/>
            <w:sdt>
              <w:sdtPr>
                <w:alias w:val="Evrak Final 1"/>
                <w:tag w:val="Evrak Final 1"/>
                <w:id w:val="412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26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Evrak Büt. 1"/>
                <w:tag w:val="Evrak Büt. 1"/>
                <w:id w:val="412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Evrak Tek Ders 1"/>
                <w:tag w:val="Evrak Tek Ders 1"/>
                <w:id w:val="412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7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Evrak Yaz Okulu 1"/>
                <w:tag w:val="Evrak Yaz Okulu 1"/>
                <w:id w:val="412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7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72" w:edGrp="everyone"/>
            <w:sdt>
              <w:sdtPr>
                <w:alias w:val="Evrak Teslim Tarihi 1"/>
                <w:tag w:val="Evrak Teslim Tarihi 1"/>
                <w:id w:val="4127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7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273" w:edGrp="everyone"/>
            <w:sdt>
              <w:sdtPr>
                <w:alias w:val="Evrak Öğretim Elemanı Adı Soyadı 2"/>
                <w:tag w:val="Evrak Öğretim Elemanı Adı Soyadı 2"/>
                <w:id w:val="412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74" w:edGrp="everyone"/>
            <w:sdt>
              <w:sdtPr>
                <w:alias w:val="Evrak Vize 2"/>
                <w:tag w:val="Evrak Vize 2"/>
                <w:id w:val="412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4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275" w:edGrp="everyone"/>
            <w:sdt>
              <w:sdtPr>
                <w:alias w:val="Evrak Vize Maz. 2"/>
                <w:tag w:val="Evrak Vize Maz. 2"/>
                <w:id w:val="412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7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76" w:edGrp="everyone"/>
            <w:sdt>
              <w:sdtPr>
                <w:alias w:val="Evrak Final 2"/>
                <w:tag w:val="Evrak Final 2"/>
                <w:id w:val="412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27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77" w:edGrp="everyone"/>
            <w:sdt>
              <w:sdtPr>
                <w:alias w:val="Evrak Büt. 2"/>
                <w:tag w:val="Evrak Büt. 2"/>
                <w:id w:val="412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Evrak Tek Ders 2"/>
                <w:tag w:val="Evrak Tek Ders 2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7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Evrak Yaz Okulu 2"/>
                <w:tag w:val="Evrak Yaz Okulu 2"/>
                <w:id w:val="412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7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Evrak Teslim Tarihi 2"/>
                <w:tag w:val="Evrak Teslim Tarihi 2"/>
                <w:id w:val="4127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8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Evrak Öğretim Elemanı Adı Soyadı 3"/>
                <w:tag w:val="Evrak Öğretim Elemanı Adı Soyadı 3"/>
                <w:id w:val="412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82" w:edGrp="everyone"/>
            <w:sdt>
              <w:sdtPr>
                <w:alias w:val="Evrak Vize 3"/>
                <w:tag w:val="Evrak Vize 3"/>
                <w:id w:val="412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2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Evrak Vize Maz. 3"/>
                <w:tag w:val="Evrak Vize Maz. 3"/>
                <w:id w:val="412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8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Evrak Final 3"/>
                <w:tag w:val="Evrak Final 3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28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Evrak Büt. 3"/>
                <w:tag w:val="Evrak Büt. 3"/>
                <w:id w:val="412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86" w:edGrp="everyone"/>
            <w:sdt>
              <w:sdtPr>
                <w:alias w:val="Evrak Tek Ders 3"/>
                <w:tag w:val="Evrak Tek Ders 3"/>
                <w:id w:val="412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8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87" w:edGrp="everyone"/>
            <w:sdt>
              <w:sdtPr>
                <w:alias w:val="Evrak Yaz Okulu 3"/>
                <w:tag w:val="Evrak Yaz Okulu 3"/>
                <w:id w:val="412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8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88" w:edGrp="everyone"/>
            <w:sdt>
              <w:sdtPr>
                <w:alias w:val="Evrak Teslim Tarihi 3"/>
                <w:tag w:val="Evrak Teslim Tarihi 3"/>
                <w:id w:val="4128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8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289" w:edGrp="everyone"/>
            <w:sdt>
              <w:sdtPr>
                <w:alias w:val="Evrak Öğretim Elemanı Adı Soyadı 4"/>
                <w:tag w:val="Evrak Öğretim Elemanı Adı Soyadı 4"/>
                <w:id w:val="412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90" w:edGrp="everyone"/>
            <w:sdt>
              <w:sdtPr>
                <w:alias w:val="Evrak Vize 4"/>
                <w:tag w:val="Evrak Vize 4"/>
                <w:id w:val="412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0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291" w:edGrp="everyone"/>
            <w:sdt>
              <w:sdtPr>
                <w:alias w:val="Evrak Vize Maz. 4"/>
                <w:tag w:val="Evrak Vize Maz. 4"/>
                <w:id w:val="412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9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92" w:edGrp="everyone"/>
            <w:sdt>
              <w:sdtPr>
                <w:alias w:val="Evrak Final 4"/>
                <w:tag w:val="Evrak Final 4"/>
                <w:id w:val="412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29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93" w:edGrp="everyone"/>
            <w:sdt>
              <w:sdtPr>
                <w:alias w:val="Evrak Büt. 4"/>
                <w:tag w:val="Evrak Büt. 4"/>
                <w:id w:val="412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94" w:edGrp="everyone"/>
            <w:sdt>
              <w:sdtPr>
                <w:alias w:val="Evrak Tek Ders 4"/>
                <w:tag w:val="Evrak Tek Ders 4"/>
                <w:id w:val="412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9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95" w:edGrp="everyone"/>
            <w:sdt>
              <w:sdtPr>
                <w:alias w:val="Evrak Yaz Okulu 4"/>
                <w:tag w:val="Evrak Yaz Okulu 4"/>
                <w:id w:val="412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9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96" w:edGrp="everyone"/>
            <w:sdt>
              <w:sdtPr>
                <w:alias w:val="Evrak Teslim Tarihi 4"/>
                <w:tag w:val="Evrak Teslim Tarihi 4"/>
                <w:id w:val="412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9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Evrak Öğretim Elemanı Adı Soyadı 5"/>
                <w:tag w:val="Evrak Öğretim Elemanı Adı Soyadı 5"/>
                <w:id w:val="412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98" w:edGrp="everyone"/>
            <w:sdt>
              <w:sdtPr>
                <w:alias w:val="Evrak Vize 5"/>
                <w:tag w:val="Evrak Vize 5"/>
                <w:id w:val="412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8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299" w:edGrp="everyone"/>
            <w:sdt>
              <w:sdtPr>
                <w:alias w:val="Evrak Vize Maz. 5"/>
                <w:tag w:val="Evrak Vize Maz. 5"/>
                <w:id w:val="412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29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00" w:edGrp="everyone"/>
            <w:sdt>
              <w:sdtPr>
                <w:alias w:val="Evrak Final 5"/>
                <w:tag w:val="Evrak Final 5"/>
                <w:id w:val="412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0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Evrak Büt. 5"/>
                <w:tag w:val="Evrak Büt. 5"/>
                <w:id w:val="413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1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Evrak Tek Ders 5"/>
                <w:tag w:val="Evrak Tek Ders 5"/>
                <w:id w:val="413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0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Evrak Yaz Okulu 5"/>
                <w:tag w:val="Evrak Yaz Okulu 5"/>
                <w:id w:val="413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0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Evrak Teslim Tarihi 5"/>
                <w:tag w:val="Evrak Teslim Tarihi 5"/>
                <w:id w:val="4130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0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05" w:edGrp="everyone"/>
            <w:sdt>
              <w:sdtPr>
                <w:alias w:val="Evrak Öğretim Elemanı Adı Soyadı 6"/>
                <w:tag w:val="Evrak Öğretim Elemanı Adı Soyadı 6"/>
                <w:id w:val="413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06" w:edGrp="everyone"/>
            <w:sdt>
              <w:sdtPr>
                <w:alias w:val="Evrak Vize 6"/>
                <w:tag w:val="Evrak Vize 6"/>
                <w:id w:val="413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6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07" w:edGrp="everyone"/>
            <w:sdt>
              <w:sdtPr>
                <w:alias w:val="Evrak Vize Maz. 6"/>
                <w:tag w:val="Evrak Vize Maz. 6"/>
                <w:id w:val="413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0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Evrak Final 6"/>
                <w:tag w:val="Evrak Final 6"/>
                <w:id w:val="413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0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Evrak Büt. 6"/>
                <w:tag w:val="Evrak Büt. 6"/>
                <w:id w:val="413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Evrak Tek Ders 6"/>
                <w:tag w:val="Evrak Tek Ders 6"/>
                <w:id w:val="4130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1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Evrak Yaz Okulu 6"/>
                <w:tag w:val="Evrak Yaz Okulu 6"/>
                <w:id w:val="413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1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Evrak Teslim Tarihi 6"/>
                <w:tag w:val="Evrak Teslim Tarihi 6"/>
                <w:id w:val="413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1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Evrak Öğretim Elemanı Adı Soyadı 7"/>
                <w:tag w:val="Evrak Öğretim Elemanı Adı Soyadı 7"/>
                <w:id w:val="413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Evrak Vize 7"/>
                <w:tag w:val="Evrak Vize 7"/>
                <w:id w:val="413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4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Evrak Vize Maz. 7"/>
                <w:tag w:val="Evrak Vize Maz. 7"/>
                <w:id w:val="413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1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Evrak Final 7"/>
                <w:tag w:val="Evrak Final 7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1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Evrak Büt. 7"/>
                <w:tag w:val="Evrak Büt. 7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Evrak Tek Ders 7"/>
                <w:tag w:val="Evrak Tek Ders 7"/>
                <w:id w:val="413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1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Evrak Yaz Okulu 7"/>
                <w:tag w:val="Evrak Yaz Okulu 7"/>
                <w:id w:val="413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Evrak Teslim Tarihi 7"/>
                <w:tag w:val="Evrak Teslim Tarihi 7"/>
                <w:id w:val="4131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2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Evrak Öğretim Elemanı Adı Soyadı 8"/>
                <w:tag w:val="Evrak Öğretim Elemanı Adı Soyadı 8"/>
                <w:id w:val="413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Evrak Vize 8"/>
                <w:tag w:val="Evrak Vize 8"/>
                <w:id w:val="413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2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Evrak Vize Maz. 8"/>
                <w:tag w:val="Evrak Vize Maz. 8"/>
                <w:id w:val="413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2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Evrak Final 8"/>
                <w:tag w:val="Evrak Final 8"/>
                <w:id w:val="413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2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Evrak Büt. 8"/>
                <w:tag w:val="Evrak Büt. 8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Evrak Tek Ders 8"/>
                <w:tag w:val="Evrak Tek Ders 8"/>
                <w:id w:val="413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2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Evrak Yaz Okulu 8"/>
                <w:tag w:val="Evrak Yaz Okulu 8"/>
                <w:id w:val="413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2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Evrak Teslim Tarihi 8"/>
                <w:tag w:val="Evrak Teslim Tarihi 8"/>
                <w:id w:val="4132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2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Evrak Öğretim Elemanı Adı Soyadı 9"/>
                <w:tag w:val="Evrak Öğretim Elemanı Adı Soyadı 9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Evrak Vize 9"/>
                <w:tag w:val="Evrak Vize 9"/>
                <w:id w:val="413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0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Evrak Vize Maz. 9"/>
                <w:tag w:val="Evrak Vize Maz. 9"/>
                <w:id w:val="413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3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Evrak Final 9"/>
                <w:tag w:val="Evrak Final 9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3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Evrak Büt. 9"/>
                <w:tag w:val="Evrak Büt. 9"/>
                <w:id w:val="413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Evrak Tek Ders 9"/>
                <w:tag w:val="Evrak Tek Ders 9"/>
                <w:id w:val="413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3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Evrak Yaz Okulu 9"/>
                <w:tag w:val="Evrak Yaz Okulu 9"/>
                <w:id w:val="413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3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Evrak Teslim Tarihi 9"/>
                <w:tag w:val="Evrak Teslim Tarihi 9"/>
                <w:id w:val="413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3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Evrak Öğretim Elemanı Adı Soyadı 10"/>
                <w:tag w:val="Evrak Öğretim Elemanı Adı Soyadı 10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Evrak Vize 10"/>
                <w:tag w:val="Evrak Vize 10"/>
                <w:id w:val="413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8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Evrak Vize Maz. 10"/>
                <w:tag w:val="Evrak Vize Maz. 10"/>
                <w:id w:val="413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3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Evrak Final 10"/>
                <w:tag w:val="Evrak Final 10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4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Evrak Büt. 10"/>
                <w:tag w:val="Evrak Büt. 10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1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Evrak Tek Ders 10"/>
                <w:tag w:val="Evrak Tek Ders 10"/>
                <w:id w:val="413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4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Evrak Yaz Okulu 10"/>
                <w:tag w:val="Evrak Yaz Okulu 10"/>
                <w:id w:val="413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4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Evrak Teslim Tarihi 10"/>
                <w:tag w:val="Evrak Teslim Tarihi 10"/>
                <w:id w:val="4134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4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45" w:edGrp="everyone"/>
            <w:sdt>
              <w:sdtPr>
                <w:alias w:val="Evrak Öğretim Elemanı Adı Soyadı 11"/>
                <w:tag w:val="Evrak Öğretim Elemanı Adı Soyadı 11"/>
                <w:id w:val="413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46" w:edGrp="everyone"/>
            <w:sdt>
              <w:sdtPr>
                <w:alias w:val="Evrak Vize 11"/>
                <w:tag w:val="Evrak Vize 11"/>
                <w:id w:val="413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6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47" w:edGrp="everyone"/>
            <w:sdt>
              <w:sdtPr>
                <w:alias w:val="Evrak Vize Maz. 11"/>
                <w:tag w:val="Evrak Vize Maz. 11"/>
                <w:id w:val="413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4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48" w:edGrp="everyone"/>
            <w:sdt>
              <w:sdtPr>
                <w:alias w:val="Evrak Final 11"/>
                <w:tag w:val="Evrak Final 11"/>
                <w:id w:val="413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4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49" w:edGrp="everyone"/>
            <w:sdt>
              <w:sdtPr>
                <w:alias w:val="Evrak Büt. 11"/>
                <w:tag w:val="Evrak Büt. 11"/>
                <w:id w:val="413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50" w:edGrp="everyone"/>
            <w:sdt>
              <w:sdtPr>
                <w:alias w:val="Evrak Tek Ders 11"/>
                <w:tag w:val="Evrak Tek Ders 11"/>
                <w:id w:val="413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5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51" w:edGrp="everyone"/>
            <w:sdt>
              <w:sdtPr>
                <w:alias w:val="Evrak Yaz Okulu 11"/>
                <w:tag w:val="Evrak Yaz Okulu 11"/>
                <w:id w:val="413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5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52" w:edGrp="everyone"/>
            <w:sdt>
              <w:sdtPr>
                <w:alias w:val="Evrak Teslim Tarihi 11"/>
                <w:tag w:val="Evrak Teslim Tarihi 11"/>
                <w:id w:val="413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5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53" w:edGrp="everyone"/>
            <w:sdt>
              <w:sdtPr>
                <w:alias w:val="Evrak Öğretim Elemanı Adı Soyadı 12"/>
                <w:tag w:val="Evrak Öğretim Elemanı Adı Soyadı 12"/>
                <w:id w:val="413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5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54" w:edGrp="everyone"/>
            <w:sdt>
              <w:sdtPr>
                <w:alias w:val="Evrak Vize 12"/>
                <w:tag w:val="Evrak Vize 12"/>
                <w:id w:val="413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54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55" w:edGrp="everyone"/>
            <w:sdt>
              <w:sdtPr>
                <w:alias w:val="Evrak Vize Maz. 12"/>
                <w:tag w:val="Evrak Vize Maz. 12"/>
                <w:id w:val="413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5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56" w:edGrp="everyone"/>
            <w:sdt>
              <w:sdtPr>
                <w:alias w:val="Evrak Final 12"/>
                <w:tag w:val="Evrak Final 12"/>
                <w:id w:val="413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5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57" w:edGrp="everyone"/>
            <w:sdt>
              <w:sdtPr>
                <w:alias w:val="Evrak Büt. 12"/>
                <w:tag w:val="Evrak Büt. 12"/>
                <w:id w:val="413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5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58" w:edGrp="everyone"/>
            <w:sdt>
              <w:sdtPr>
                <w:alias w:val="Evrak Tek Ders 12"/>
                <w:tag w:val="Evrak Tek Ders 12"/>
                <w:id w:val="413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5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59" w:edGrp="everyone"/>
            <w:sdt>
              <w:sdtPr>
                <w:alias w:val="Evrak Yaz Okulu 12"/>
                <w:tag w:val="Evrak Yaz Okulu 12"/>
                <w:id w:val="413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5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0" w:edGrp="everyone"/>
            <w:sdt>
              <w:sdtPr>
                <w:alias w:val="Evrak Teslim Tarihi 12"/>
                <w:tag w:val="Evrak Teslim Tarihi 12"/>
                <w:id w:val="413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6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61" w:edGrp="everyone"/>
            <w:sdt>
              <w:sdtPr>
                <w:alias w:val="Evrak Öğretim Elemanı Adı Soyadı 13"/>
                <w:tag w:val="Evrak Öğretim Elemanı Adı Soyadı 13"/>
                <w:id w:val="413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6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62" w:edGrp="everyone"/>
            <w:sdt>
              <w:sdtPr>
                <w:alias w:val="Evrak Vize 13"/>
                <w:tag w:val="Evrak Vize 13"/>
                <w:id w:val="413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62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63" w:edGrp="everyone"/>
            <w:sdt>
              <w:sdtPr>
                <w:alias w:val="Evrak Vize Maz. 13"/>
                <w:tag w:val="Evrak Vize Maz. 13"/>
                <w:id w:val="413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6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64" w:edGrp="everyone"/>
            <w:sdt>
              <w:sdtPr>
                <w:alias w:val="Evrak Final 13"/>
                <w:tag w:val="Evrak Final 13"/>
                <w:id w:val="413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6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65" w:edGrp="everyone"/>
            <w:sdt>
              <w:sdtPr>
                <w:alias w:val="Evrak Büt. 13"/>
                <w:tag w:val="Evrak Büt. 13"/>
                <w:id w:val="413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6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66" w:edGrp="everyone"/>
            <w:sdt>
              <w:sdtPr>
                <w:alias w:val="Evrak Tek Ders 13"/>
                <w:tag w:val="Evrak Tek Ders 13"/>
                <w:id w:val="413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6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67" w:edGrp="everyone"/>
            <w:sdt>
              <w:sdtPr>
                <w:alias w:val="Evrak Yaz Okulu 13"/>
                <w:tag w:val="Evrak Yaz Okulu 13"/>
                <w:id w:val="413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6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8" w:edGrp="everyone"/>
            <w:sdt>
              <w:sdtPr>
                <w:alias w:val="Evrak Teslim Tarihi 13"/>
                <w:tag w:val="Evrak Teslim Tarihi 13"/>
                <w:id w:val="4136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6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369" w:edGrp="everyone"/>
            <w:sdt>
              <w:sdtPr>
                <w:alias w:val="Evrak Öğretim Elemanı Adı Soyadı 14"/>
                <w:tag w:val="Evrak Öğretim Elemanı Adı Soyadı 14"/>
                <w:id w:val="413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6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70" w:edGrp="everyone"/>
            <w:sdt>
              <w:sdtPr>
                <w:alias w:val="Evrak Vize 14"/>
                <w:tag w:val="Evrak Vize 14"/>
                <w:id w:val="413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70"/>
          </w:p>
        </w:tc>
        <w:tc>
          <w:tcPr>
            <w:tcW w:type="dxa" w:w="964"/>
            <w:vAlign w:val="center"/>
          </w:tcPr>
          <w:p>
            <w:pPr>
              <w:spacing w:before="0" w:after="0" w:line="240" w:lineRule="auto"/>
              <w:jc w:val="left"/>
            </w:pPr>
            <w:permStart w:id="371" w:edGrp="everyone"/>
            <w:sdt>
              <w:sdtPr>
                <w:alias w:val="Evrak Vize Maz. 14"/>
                <w:tag w:val="Evrak Vize Maz. 14"/>
                <w:id w:val="413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7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72" w:edGrp="everyone"/>
            <w:sdt>
              <w:sdtPr>
                <w:alias w:val="Evrak Final 14"/>
                <w:tag w:val="Evrak Final 14"/>
                <w:id w:val="413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37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373" w:edGrp="everyone"/>
            <w:sdt>
              <w:sdtPr>
                <w:alias w:val="Evrak Büt. 14"/>
                <w:tag w:val="Evrak Büt. 14"/>
                <w:id w:val="413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7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74" w:edGrp="everyone"/>
            <w:sdt>
              <w:sdtPr>
                <w:alias w:val="Evrak Tek Ders 14"/>
                <w:tag w:val="Evrak Tek Ders 14"/>
                <w:id w:val="413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7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375" w:edGrp="everyone"/>
            <w:sdt>
              <w:sdtPr>
                <w:alias w:val="Evrak Yaz Okulu 14"/>
                <w:tag w:val="Evrak Yaz Okulu 14"/>
                <w:id w:val="413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37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76" w:edGrp="everyone"/>
            <w:sdt>
              <w:sdtPr>
                <w:alias w:val="Evrak Teslim Tarihi 14"/>
                <w:tag w:val="Evrak Teslim Tarihi 14"/>
                <w:id w:val="413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37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75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Vize, mazeret, final, bütünleme, tek ders ve yaz okulu sütunlarına teslim edilen evrak (kâğıt) adedi yazılır.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HTMYO-PFRM-225  |  Sınav Evrakları Teslim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Evrakları Teslim Formu</dc:title>
  <dc:subject>HTMYO-PFRM-225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