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SINAV TESLIM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Eğitim-Öğretim Yılı / Yarıyıl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377" w:edGrp="everyone"/>
            <w:sdt>
              <w:sdtPr>
                <w:alias w:val="Akademik yıl"/>
                <w:tag w:val="Akademik yıl"/>
                <w:id w:val="41376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377"/>
            <w:r>
              <w:rPr>
                <w:sz w:val="18"/>
                <w:szCs w:val="18"/>
              </w:rPr>
              <w:t xml:space="preserve">  </w:t>
            </w:r>
            <w:permStart w:id="378" w:edGrp="everyone"/>
            <w:sdt>
              <w:sdtPr>
                <w:alias w:val="Yarıyıl"/>
                <w:tag w:val="Yarıyıl"/>
                <w:id w:val="41377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37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379" w:edGrp="everyone"/>
            <w:sdt>
              <w:sdtPr>
                <w:alias w:val="Teslim tarihi"/>
                <w:tag w:val="Teslim tarihi"/>
                <w:id w:val="41378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06.10.2026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37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154"/>
        <w:gridCol w:w="3174"/>
        <w:gridCol w:w="1474"/>
        <w:gridCol w:w="1133"/>
        <w:gridCol w:w="1133"/>
      </w:tblGrid>
      <w:tr>
        <w:trPr>
          <w:trHeight w:val="396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Program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Dersin Adı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Sınav Türü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Zarf Adedi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Kâğıt Sayısı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380" w:edGrp="everyone"/>
            <w:sdt>
              <w:sdtPr>
                <w:alias w:val="Teslim Program 1"/>
                <w:tag w:val="Teslim Program 1"/>
                <w:id w:val="413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381" w:edGrp="everyone"/>
            <w:sdt>
              <w:sdtPr>
                <w:alias w:val="Teslim Dersin Adı 1"/>
                <w:tag w:val="Teslim Dersin Adı 1"/>
                <w:id w:val="413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2" w:edGrp="everyone"/>
            <w:sdt>
              <w:sdtPr>
                <w:alias w:val="Teslim Sınav Türü 1"/>
                <w:tag w:val="Teslim Sınav Türü 1"/>
                <w:id w:val="41381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83" w:edGrp="everyone"/>
            <w:sdt>
              <w:sdtPr>
                <w:alias w:val="Teslim Zarf Adedi 1"/>
                <w:tag w:val="Teslim Zarf Adedi 1"/>
                <w:id w:val="413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84" w:edGrp="everyone"/>
            <w:sdt>
              <w:sdtPr>
                <w:alias w:val="Teslim Kâğıt Sayısı 1"/>
                <w:tag w:val="Teslim Kâğıt Sayısı 1"/>
                <w:id w:val="413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8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385" w:edGrp="everyone"/>
            <w:sdt>
              <w:sdtPr>
                <w:alias w:val="Teslim Program 2"/>
                <w:tag w:val="Teslim Program 2"/>
                <w:id w:val="413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386" w:edGrp="everyone"/>
            <w:sdt>
              <w:sdtPr>
                <w:alias w:val="Teslim Dersin Adı 2"/>
                <w:tag w:val="Teslim Dersin Adı 2"/>
                <w:id w:val="413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87" w:edGrp="everyone"/>
            <w:sdt>
              <w:sdtPr>
                <w:alias w:val="Teslim Sınav Türü 2"/>
                <w:tag w:val="Teslim Sınav Türü 2"/>
                <w:id w:val="4138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8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88" w:edGrp="everyone"/>
            <w:sdt>
              <w:sdtPr>
                <w:alias w:val="Teslim Zarf Adedi 2"/>
                <w:tag w:val="Teslim Zarf Adedi 2"/>
                <w:id w:val="413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8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89" w:edGrp="everyone"/>
            <w:sdt>
              <w:sdtPr>
                <w:alias w:val="Teslim Kâğıt Sayısı 2"/>
                <w:tag w:val="Teslim Kâğıt Sayısı 2"/>
                <w:id w:val="413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89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390" w:edGrp="everyone"/>
            <w:sdt>
              <w:sdtPr>
                <w:alias w:val="Teslim Program 3"/>
                <w:tag w:val="Teslim Program 3"/>
                <w:id w:val="413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391" w:edGrp="everyone"/>
            <w:sdt>
              <w:sdtPr>
                <w:alias w:val="Teslim Dersin Adı 3"/>
                <w:tag w:val="Teslim Dersin Adı 3"/>
                <w:id w:val="413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2" w:edGrp="everyone"/>
            <w:sdt>
              <w:sdtPr>
                <w:alias w:val="Teslim Sınav Türü 3"/>
                <w:tag w:val="Teslim Sınav Türü 3"/>
                <w:id w:val="41391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93" w:edGrp="everyone"/>
            <w:sdt>
              <w:sdtPr>
                <w:alias w:val="Teslim Zarf Adedi 3"/>
                <w:tag w:val="Teslim Zarf Adedi 3"/>
                <w:id w:val="413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94" w:edGrp="everyone"/>
            <w:sdt>
              <w:sdtPr>
                <w:alias w:val="Teslim Kâğıt Sayısı 3"/>
                <w:tag w:val="Teslim Kâğıt Sayısı 3"/>
                <w:id w:val="413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9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395" w:edGrp="everyone"/>
            <w:sdt>
              <w:sdtPr>
                <w:alias w:val="Teslim Program 4"/>
                <w:tag w:val="Teslim Program 4"/>
                <w:id w:val="413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396" w:edGrp="everyone"/>
            <w:sdt>
              <w:sdtPr>
                <w:alias w:val="Teslim Dersin Adı 4"/>
                <w:tag w:val="Teslim Dersin Adı 4"/>
                <w:id w:val="413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397" w:edGrp="everyone"/>
            <w:sdt>
              <w:sdtPr>
                <w:alias w:val="Teslim Sınav Türü 4"/>
                <w:tag w:val="Teslim Sınav Türü 4"/>
                <w:id w:val="4139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39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98" w:edGrp="everyone"/>
            <w:sdt>
              <w:sdtPr>
                <w:alias w:val="Teslim Zarf Adedi 4"/>
                <w:tag w:val="Teslim Zarf Adedi 4"/>
                <w:id w:val="413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39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399" w:edGrp="everyone"/>
            <w:sdt>
              <w:sdtPr>
                <w:alias w:val="Teslim Kâğıt Sayısı 4"/>
                <w:tag w:val="Teslim Kâğıt Sayısı 4"/>
                <w:id w:val="41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399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00" w:edGrp="everyone"/>
            <w:sdt>
              <w:sdtPr>
                <w:alias w:val="Teslim Program 5"/>
                <w:tag w:val="Teslim Program 5"/>
                <w:id w:val="413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01" w:edGrp="everyone"/>
            <w:sdt>
              <w:sdtPr>
                <w:alias w:val="Teslim Dersin Adı 5"/>
                <w:tag w:val="Teslim Dersin Adı 5"/>
                <w:id w:val="414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2" w:edGrp="everyone"/>
            <w:sdt>
              <w:sdtPr>
                <w:alias w:val="Teslim Sınav Türü 5"/>
                <w:tag w:val="Teslim Sınav Türü 5"/>
                <w:id w:val="41401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03" w:edGrp="everyone"/>
            <w:sdt>
              <w:sdtPr>
                <w:alias w:val="Teslim Zarf Adedi 5"/>
                <w:tag w:val="Teslim Zarf Adedi 5"/>
                <w:id w:val="414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04" w:edGrp="everyone"/>
            <w:sdt>
              <w:sdtPr>
                <w:alias w:val="Teslim Kâğıt Sayısı 5"/>
                <w:tag w:val="Teslim Kâğıt Sayısı 5"/>
                <w:id w:val="41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0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05" w:edGrp="everyone"/>
            <w:sdt>
              <w:sdtPr>
                <w:alias w:val="Teslim Program 6"/>
                <w:tag w:val="Teslim Program 6"/>
                <w:id w:val="41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06" w:edGrp="everyone"/>
            <w:sdt>
              <w:sdtPr>
                <w:alias w:val="Teslim Dersin Adı 6"/>
                <w:tag w:val="Teslim Dersin Adı 6"/>
                <w:id w:val="414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07" w:edGrp="everyone"/>
            <w:sdt>
              <w:sdtPr>
                <w:alias w:val="Teslim Sınav Türü 6"/>
                <w:tag w:val="Teslim Sınav Türü 6"/>
                <w:id w:val="4140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0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08" w:edGrp="everyone"/>
            <w:sdt>
              <w:sdtPr>
                <w:alias w:val="Teslim Zarf Adedi 6"/>
                <w:tag w:val="Teslim Zarf Adedi 6"/>
                <w:id w:val="41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0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09" w:edGrp="everyone"/>
            <w:sdt>
              <w:sdtPr>
                <w:alias w:val="Teslim Kâğıt Sayısı 6"/>
                <w:tag w:val="Teslim Kâğıt Sayısı 6"/>
                <w:id w:val="414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09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10" w:edGrp="everyone"/>
            <w:sdt>
              <w:sdtPr>
                <w:alias w:val="Teslim Program 7"/>
                <w:tag w:val="Teslim Program 7"/>
                <w:id w:val="41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11" w:edGrp="everyone"/>
            <w:sdt>
              <w:sdtPr>
                <w:alias w:val="Teslim Dersin Adı 7"/>
                <w:tag w:val="Teslim Dersin Adı 7"/>
                <w:id w:val="414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2" w:edGrp="everyone"/>
            <w:sdt>
              <w:sdtPr>
                <w:alias w:val="Teslim Sınav Türü 7"/>
                <w:tag w:val="Teslim Sınav Türü 7"/>
                <w:id w:val="41411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13" w:edGrp="everyone"/>
            <w:sdt>
              <w:sdtPr>
                <w:alias w:val="Teslim Zarf Adedi 7"/>
                <w:tag w:val="Teslim Zarf Adedi 7"/>
                <w:id w:val="414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14" w:edGrp="everyone"/>
            <w:sdt>
              <w:sdtPr>
                <w:alias w:val="Teslim Kâğıt Sayısı 7"/>
                <w:tag w:val="Teslim Kâğıt Sayısı 7"/>
                <w:id w:val="41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1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15" w:edGrp="everyone"/>
            <w:sdt>
              <w:sdtPr>
                <w:alias w:val="Teslim Program 8"/>
                <w:tag w:val="Teslim Program 8"/>
                <w:id w:val="414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16" w:edGrp="everyone"/>
            <w:sdt>
              <w:sdtPr>
                <w:alias w:val="Teslim Dersin Adı 8"/>
                <w:tag w:val="Teslim Dersin Adı 8"/>
                <w:id w:val="414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17" w:edGrp="everyone"/>
            <w:sdt>
              <w:sdtPr>
                <w:alias w:val="Teslim Sınav Türü 8"/>
                <w:tag w:val="Teslim Sınav Türü 8"/>
                <w:id w:val="4141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1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18" w:edGrp="everyone"/>
            <w:sdt>
              <w:sdtPr>
                <w:alias w:val="Teslim Zarf Adedi 8"/>
                <w:tag w:val="Teslim Zarf Adedi 8"/>
                <w:id w:val="414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1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19" w:edGrp="everyone"/>
            <w:sdt>
              <w:sdtPr>
                <w:alias w:val="Teslim Kâğıt Sayısı 8"/>
                <w:tag w:val="Teslim Kâğıt Sayısı 8"/>
                <w:id w:val="41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19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20" w:edGrp="everyone"/>
            <w:sdt>
              <w:sdtPr>
                <w:alias w:val="Teslim Program 9"/>
                <w:tag w:val="Teslim Program 9"/>
                <w:id w:val="41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21" w:edGrp="everyone"/>
            <w:sdt>
              <w:sdtPr>
                <w:alias w:val="Teslim Dersin Adı 9"/>
                <w:tag w:val="Teslim Dersin Adı 9"/>
                <w:id w:val="414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2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2" w:edGrp="everyone"/>
            <w:sdt>
              <w:sdtPr>
                <w:alias w:val="Teslim Sınav Türü 9"/>
                <w:tag w:val="Teslim Sınav Türü 9"/>
                <w:id w:val="41421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23" w:edGrp="everyone"/>
            <w:sdt>
              <w:sdtPr>
                <w:alias w:val="Teslim Zarf Adedi 9"/>
                <w:tag w:val="Teslim Zarf Adedi 9"/>
                <w:id w:val="414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2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24" w:edGrp="everyone"/>
            <w:sdt>
              <w:sdtPr>
                <w:alias w:val="Teslim Kâğıt Sayısı 9"/>
                <w:tag w:val="Teslim Kâğıt Sayısı 9"/>
                <w:id w:val="414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2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permStart w:id="425" w:edGrp="everyone"/>
            <w:sdt>
              <w:sdtPr>
                <w:alias w:val="Teslim Program 10"/>
                <w:tag w:val="Teslim Program 10"/>
                <w:id w:val="414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426" w:edGrp="everyone"/>
            <w:sdt>
              <w:sdtPr>
                <w:alias w:val="Teslim Dersin Adı 10"/>
                <w:tag w:val="Teslim Dersin Adı 10"/>
                <w:id w:val="414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427" w:edGrp="everyone"/>
            <w:sdt>
              <w:sdtPr>
                <w:alias w:val="Teslim Sınav Türü 10"/>
                <w:tag w:val="Teslim Sınav Türü 10"/>
                <w:id w:val="41426"/>
                <w:showingPlcHdr/>
                <w:dropDownList>
                  <w:listItem w:displayText="Vize" w:value="Vize"/>
                  <w:listItem w:displayText="Mazeret" w:value="Mazeret"/>
                  <w:listItem w:displayText="Final" w:value="Final"/>
                  <w:listItem w:displayText="Bütünleme" w:value="Bütünleme"/>
                  <w:listItem w:displayText="Tek Ders" w:value="Tek Ders"/>
                  <w:listItem w:displayText="Yaz Okulu" w:value="Yaz Okulu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2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28" w:edGrp="everyone"/>
            <w:sdt>
              <w:sdtPr>
                <w:alias w:val="Teslim Zarf Adedi 10"/>
                <w:tag w:val="Teslim Zarf Adedi 10"/>
                <w:id w:val="414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42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429" w:edGrp="everyone"/>
            <w:sdt>
              <w:sdtPr>
                <w:alias w:val="Teslim Kâğıt Sayısı 10"/>
                <w:tag w:val="Teslim Kâğıt Sayısı 10"/>
                <w:id w:val="414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42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Zarf / Kâğıt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0" w:edGrp="everyone"/>
            <w:sdt>
              <w:sdtPr>
                <w:alias w:val="Toplam"/>
                <w:tag w:val="Toplam"/>
                <w:id w:val="414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</w:t>
                </w:r>
              </w:sdtContent>
            </w:sdt>
            <w:permEnd w:id="43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Not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31" w:edGrp="everyone"/>
            <w:sdt>
              <w:sdtPr>
                <w:alias w:val="Not"/>
                <w:tag w:val="Not"/>
                <w:id w:val="414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Teslim Eden Öğretim Elemanı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Teslim Alan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32" w:edGrp="everyone"/>
            <w:sdt>
              <w:sdtPr>
                <w:alias w:val="Teslim Eden Öğretim Elemanı Adı Soyadı"/>
                <w:tag w:val="Teslim Eden Öğretim Elemanı Adı Soyadı"/>
                <w:id w:val="4143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3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433" w:edGrp="everyone"/>
            <w:sdt>
              <w:sdtPr>
                <w:alias w:val="Teslim Alan Adı Soyadı"/>
                <w:tag w:val="Teslim Alan Adı Soyadı"/>
                <w:id w:val="4143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43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HTMYO-PFRM-226  |  Sınav Teslim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Teslim Tutanağı</dc:title>
  <dc:subject>HTMYO-PFRM-226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