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SINAV GÖREVLILERI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4" w:edGrp="everyone"/>
            <w:sdt>
              <w:sdtPr>
                <w:alias w:val="Bölüm / Program"/>
                <w:tag w:val="Bölüm / Program"/>
                <w:id w:val="414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5" w:edGrp="everyone"/>
            <w:sdt>
              <w:sdtPr>
                <w:alias w:val="Sınıf"/>
                <w:tag w:val="Sınıf"/>
                <w:id w:val="414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5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6" w:edGrp="everyone"/>
            <w:sdt>
              <w:sdtPr>
                <w:alias w:val="Dersin adı"/>
                <w:tag w:val="Dersin adı"/>
                <w:id w:val="414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7" w:edGrp="everyone"/>
            <w:sdt>
              <w:sdtPr>
                <w:alias w:val="Sınav türü"/>
                <w:tag w:val="Sınav türü"/>
                <w:id w:val="4143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37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8" w:edGrp="everyone"/>
            <w:sdt>
              <w:sdtPr>
                <w:alias w:val="Sınav tarihi"/>
                <w:tag w:val="Sınav tarihi"/>
                <w:id w:val="4143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43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9" w:edGrp="everyone"/>
            <w:sdt>
              <w:sdtPr>
                <w:alias w:val="Öğretim türü"/>
                <w:tag w:val="Öğretim türü"/>
                <w:id w:val="41438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39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40" w:lineRule="auto"/>
        <w:jc w:val="both"/>
      </w:pPr>
      <w:r>
        <w:rPr>
          <w:sz w:val="20"/>
          <w:szCs w:val="20"/>
        </w:rPr>
        <w:t xml:space="preserve">Sınav görevlileri saat </w:t>
      </w:r>
      <w:permStart w:id="440" w:edGrp="everyone"/>
      <w:sdt>
        <w:sdtPr>
          <w:alias w:val="Başlama saati"/>
          <w:tag w:val="Başlama saati"/>
          <w:id w:val="41439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</w:t>
          </w:r>
        </w:sdtContent>
      </w:sdt>
      <w:permEnd w:id="440"/>
      <w:r>
        <w:rPr>
          <w:sz w:val="20"/>
          <w:szCs w:val="20"/>
        </w:rPr>
        <w:t xml:space="preserve">'de toplanarak görevine başlamış, saat </w:t>
      </w:r>
      <w:permStart w:id="441" w:edGrp="everyone"/>
      <w:sdt>
        <w:sdtPr>
          <w:alias w:val="Bitiş saati"/>
          <w:tag w:val="Bitiş saati"/>
          <w:id w:val="41440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</w:t>
          </w:r>
        </w:sdtContent>
      </w:sdt>
      <w:permEnd w:id="441"/>
      <w:r>
        <w:rPr>
          <w:sz w:val="20"/>
          <w:szCs w:val="20"/>
        </w:rPr>
        <w:t xml:space="preserve">'de görevini tamamlamış ve sınava toplam </w:t>
      </w:r>
      <w:permStart w:id="442" w:edGrp="everyone"/>
      <w:sdt>
        <w:sdtPr>
          <w:alias w:val="Katılan öğrenci"/>
          <w:tag w:val="Katılan öğrenci"/>
          <w:id w:val="41441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</w:t>
          </w:r>
        </w:sdtContent>
      </w:sdt>
      <w:permEnd w:id="442"/>
      <w:r>
        <w:rPr>
          <w:sz w:val="20"/>
          <w:szCs w:val="20"/>
        </w:rPr>
        <w:t xml:space="preserve"> öğrenci katılmıştır. İş bu tutanak tarafımızdan tanzim ve imza edilmiştir.</w:t>
      </w: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SINAVI YAPAN ÖĞRETİM ELEMANI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251"/>
        <w:gridCol w:w="2834"/>
        <w:gridCol w:w="2551"/>
      </w:tblGrid>
      <w:tr>
        <w:trPr>
          <w:trHeight w:val="510" w:hRule="atLeast"/>
          <w:cantSplit/>
        </w:trPr>
        <w:tc>
          <w:tcPr>
            <w:tcW w:type="dxa" w:w="425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Unvanı</w:t>
            </w:r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İmza</w:t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</w:tcPr>
          <w:p>
            <w:pPr>
              <w:spacing w:before="0" w:after="0" w:line="240" w:lineRule="auto"/>
              <w:jc w:val="left"/>
            </w:pPr>
            <w:permStart w:id="443" w:edGrp="everyone"/>
            <w:sdt>
              <w:sdtPr>
                <w:alias w:val="Öğretim elemanı"/>
                <w:tag w:val="Öğretim elemanı"/>
                <w:id w:val="414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44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44" w:edGrp="everyone"/>
            <w:sdt>
              <w:sdtPr>
                <w:alias w:val="Öğretim elemanı unvanı"/>
                <w:tag w:val="Öğretim elemanı unvanı"/>
                <w:id w:val="414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444"/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GÖZETMENLER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3968"/>
        <w:gridCol w:w="2834"/>
        <w:gridCol w:w="2267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Unvanı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Gözetmen Adı Soyadı 1"/>
                <w:tag w:val="Gözetmen Adı Soyadı 1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45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Gözetmen Unvanı 1"/>
                <w:tag w:val="Gözetmen Unvanı 1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46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Gözetmen Adı Soyadı 2"/>
                <w:tag w:val="Gözetmen Adı Soyadı 2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4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Gözetmen Unvanı 2"/>
                <w:tag w:val="Gözetmen Unvanı 2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48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Gözetmen Adı Soyadı 3"/>
                <w:tag w:val="Gözetmen Adı Soyadı 3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49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Gözetmen Unvanı 3"/>
                <w:tag w:val="Gözetmen Unvanı 3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50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Gözetmen Adı Soyadı 4"/>
                <w:tag w:val="Gözetmen Adı Soyadı 4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5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Gözetmen Unvanı 4"/>
                <w:tag w:val="Gözetmen Unvanı 4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52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Gözetmen Adı Soyadı 5"/>
                <w:tag w:val="Gözetmen Adı Soyadı 5"/>
                <w:id w:val="414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5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Gözetmen Unvanı 5"/>
                <w:tag w:val="Gözetmen Unvanı 5"/>
                <w:id w:val="414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54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Gözetmen Adı Soyadı 6"/>
                <w:tag w:val="Gözetmen Adı Soyadı 6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55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Gözetmen Unvanı 6"/>
                <w:tag w:val="Gözetmen Unvanı 6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56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Gözetmen Adı Soyadı 7"/>
                <w:tag w:val="Gözetmen Adı Soyadı 7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5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Gözetmen Unvanı 7"/>
                <w:tag w:val="Gözetmen Unvanı 7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58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Gözetmen Adı Soyadı 8"/>
                <w:tag w:val="Gözetmen Adı Soyadı 8"/>
                <w:id w:val="414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59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Gözetmen Unvanı 8"/>
                <w:tag w:val="Gözetmen Unvanı 8"/>
                <w:id w:val="414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460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HTMYO-PFRM-227  |  Sınav Görevlileri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Görevlileri Tutanağı</dc:title>
  <dc:subject>HTMYO-PFRM-227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