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MAZERET SINAVI NOT GIRIŞ FORMU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461" w:edGrp="everyone"/>
      <w:sdt>
        <w:sdtPr>
          <w:alias w:val="Tarih"/>
          <w:tag w:val="Tarih"/>
          <w:id w:val="41460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461"/>
    </w:p>
    <w:p>
      <w:pPr>
        <w:spacing w:before="0" w:after="120" w:line="240" w:lineRule="auto"/>
        <w:jc w:val="center"/>
      </w:pPr>
      <w:r>
        <w:rPr>
          <w:b/>
          <w:bCs/>
          <w:sz w:val="20"/>
          <w:szCs w:val="20"/>
        </w:rPr>
        <w:t xml:space="preserve">BUCAK HİKMET TOLUNAY ULAŞTIRMA VE LOJİSTİK MESLEK YÜKSEKOKULU MÜDÜRLÜĞÜNE</w:t>
      </w:r>
    </w:p>
    <w:p>
      <w:pPr>
        <w:spacing w:before="0" w:after="120" w:line="240" w:lineRule="auto"/>
        <w:ind w:firstLine="567"/>
        <w:jc w:val="left"/>
      </w:pPr>
      <w:r>
        <w:rPr>
          <w:sz w:val="20"/>
          <w:szCs w:val="20"/>
        </w:rPr>
        <w:t xml:space="preserve">Aşağıda belirtilen dersin mazeret sınav notunun belirtildiği şekilde girilmesini arz ederim.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Eğitim-Öğretim Yılı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62" w:edGrp="everyone"/>
            <w:sdt>
              <w:sdtPr>
                <w:alias w:val="Akademik yıl"/>
                <w:tag w:val="Akademik yıl"/>
                <w:id w:val="41461"/>
                <w:text/>
              </w:sdtPr>
              <w:sdtContent>
                <w:r>
                  <w:rPr>
                    <w:sz w:val="18"/>
                    <w:szCs w:val="18"/>
                  </w:rPr>
                  <w:t xml:space="preserve">20__ / 20__</w:t>
                </w:r>
              </w:sdtContent>
            </w:sdt>
            <w:permEnd w:id="462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Yarıyıl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63" w:edGrp="everyone"/>
            <w:sdt>
              <w:sdtPr>
                <w:alias w:val="Yarıyıl"/>
                <w:tag w:val="Yarıyıl"/>
                <w:id w:val="41462"/>
                <w:showingPlcHdr/>
                <w:dropDownList>
                  <w:listItem w:displayText="Güz" w:value="Güz"/>
                  <w:listItem w:displayText="Bahar" w:value="Bahar"/>
                  <w:listItem w:displayText="Yaz" w:value="Yaz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463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64" w:edGrp="everyone"/>
            <w:sdt>
              <w:sdtPr>
                <w:alias w:val="Bölüm / Program"/>
                <w:tag w:val="Bölüm / Program"/>
                <w:id w:val="4146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64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Ders Kodu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65" w:edGrp="everyone"/>
            <w:sdt>
              <w:sdtPr>
                <w:alias w:val="Ders kodu"/>
                <w:tag w:val="Ders kodu"/>
                <w:id w:val="4146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65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Ders Adı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66" w:edGrp="everyone"/>
            <w:sdt>
              <w:sdtPr>
                <w:alias w:val="Ders adı"/>
                <w:tag w:val="Ders adı"/>
                <w:id w:val="4146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66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Öğretim Elemanı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67" w:edGrp="everyone"/>
            <w:sdt>
              <w:sdtPr>
                <w:alias w:val="Öğretim elemanı"/>
                <w:tag w:val="Öğretim elemanı"/>
                <w:id w:val="4146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67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Sınav Türü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68" w:edGrp="everyone"/>
            <w:sdt>
              <w:sdtPr>
                <w:alias w:val="Sınav türü"/>
                <w:tag w:val="Sınav türü"/>
                <w:id w:val="41467"/>
                <w:showingPlcHdr/>
                <w:dropDownList>
                  <w:listItem w:displayText="Ara sınav (vize)" w:value="Ara sınav (vize)"/>
                  <w:listItem w:displayText="Yarıyıl sonu sınavı (final)" w:value="Yarıyıl sonu sınavı (final)"/>
                  <w:listItem w:displayText="Bütünleme" w:value="Bütünleme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468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Sınav Tarihi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69" w:edGrp="everyone"/>
            <w:sdt>
              <w:sdtPr>
                <w:alias w:val="Sınav tarihi"/>
                <w:tag w:val="Sınav tarihi"/>
                <w:id w:val="4146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469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1700"/>
        <w:gridCol w:w="3401"/>
        <w:gridCol w:w="1984"/>
        <w:gridCol w:w="1984"/>
      </w:tblGrid>
      <w:tr>
        <w:trPr>
          <w:trHeight w:val="396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Öğrenci No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Adı Soyadı</w:t>
            </w:r>
          </w:p>
        </w:tc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Mazeret Sınav Notu (rakam)</w:t>
            </w:r>
          </w:p>
        </w:tc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Mazeret Sınav Notu (yazı)</w:t>
            </w:r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470" w:edGrp="everyone"/>
            <w:sdt>
              <w:sdtPr>
                <w:alias w:val="Not Öğrenci No 1"/>
                <w:tag w:val="Not Öğrenci No 1"/>
                <w:id w:val="4146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70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471" w:edGrp="everyone"/>
            <w:sdt>
              <w:sdtPr>
                <w:alias w:val="Not Adı Soyadı 1"/>
                <w:tag w:val="Not Adı Soyadı 1"/>
                <w:id w:val="4147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71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472" w:edGrp="everyone"/>
            <w:sdt>
              <w:sdtPr>
                <w:alias w:val="Not Mazeret Sınav Notu (rakam) 1"/>
                <w:tag w:val="Not Mazeret Sınav Notu (rakam) 1"/>
                <w:id w:val="4147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72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473" w:edGrp="everyone"/>
            <w:sdt>
              <w:sdtPr>
                <w:alias w:val="Not Mazeret Sınav Notu (yazı) 1"/>
                <w:tag w:val="Not Mazeret Sınav Notu (yazı) 1"/>
                <w:id w:val="4147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73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474" w:edGrp="everyone"/>
            <w:sdt>
              <w:sdtPr>
                <w:alias w:val="Not Öğrenci No 2"/>
                <w:tag w:val="Not Öğrenci No 2"/>
                <w:id w:val="4147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74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475" w:edGrp="everyone"/>
            <w:sdt>
              <w:sdtPr>
                <w:alias w:val="Not Adı Soyadı 2"/>
                <w:tag w:val="Not Adı Soyadı 2"/>
                <w:id w:val="4147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75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476" w:edGrp="everyone"/>
            <w:sdt>
              <w:sdtPr>
                <w:alias w:val="Not Mazeret Sınav Notu (rakam) 2"/>
                <w:tag w:val="Not Mazeret Sınav Notu (rakam) 2"/>
                <w:id w:val="4147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76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477" w:edGrp="everyone"/>
            <w:sdt>
              <w:sdtPr>
                <w:alias w:val="Not Mazeret Sınav Notu (yazı) 2"/>
                <w:tag w:val="Not Mazeret Sınav Notu (yazı) 2"/>
                <w:id w:val="4147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77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478" w:edGrp="everyone"/>
            <w:sdt>
              <w:sdtPr>
                <w:alias w:val="Not Öğrenci No 3"/>
                <w:tag w:val="Not Öğrenci No 3"/>
                <w:id w:val="4147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78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479" w:edGrp="everyone"/>
            <w:sdt>
              <w:sdtPr>
                <w:alias w:val="Not Adı Soyadı 3"/>
                <w:tag w:val="Not Adı Soyadı 3"/>
                <w:id w:val="4147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79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480" w:edGrp="everyone"/>
            <w:sdt>
              <w:sdtPr>
                <w:alias w:val="Not Mazeret Sınav Notu (rakam) 3"/>
                <w:tag w:val="Not Mazeret Sınav Notu (rakam) 3"/>
                <w:id w:val="4147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80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481" w:edGrp="everyone"/>
            <w:sdt>
              <w:sdtPr>
                <w:alias w:val="Not Mazeret Sınav Notu (yazı) 3"/>
                <w:tag w:val="Not Mazeret Sınav Notu (yazı) 3"/>
                <w:id w:val="4148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81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482" w:edGrp="everyone"/>
            <w:sdt>
              <w:sdtPr>
                <w:alias w:val="Not Öğrenci No 4"/>
                <w:tag w:val="Not Öğrenci No 4"/>
                <w:id w:val="4148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82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483" w:edGrp="everyone"/>
            <w:sdt>
              <w:sdtPr>
                <w:alias w:val="Not Adı Soyadı 4"/>
                <w:tag w:val="Not Adı Soyadı 4"/>
                <w:id w:val="4148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83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484" w:edGrp="everyone"/>
            <w:sdt>
              <w:sdtPr>
                <w:alias w:val="Not Mazeret Sınav Notu (rakam) 4"/>
                <w:tag w:val="Not Mazeret Sınav Notu (rakam) 4"/>
                <w:id w:val="4148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84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485" w:edGrp="everyone"/>
            <w:sdt>
              <w:sdtPr>
                <w:alias w:val="Not Mazeret Sınav Notu (yazı) 4"/>
                <w:tag w:val="Not Mazeret Sınav Notu (yazı) 4"/>
                <w:id w:val="4148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85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486" w:edGrp="everyone"/>
            <w:sdt>
              <w:sdtPr>
                <w:alias w:val="Not Öğrenci No 5"/>
                <w:tag w:val="Not Öğrenci No 5"/>
                <w:id w:val="4148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86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487" w:edGrp="everyone"/>
            <w:sdt>
              <w:sdtPr>
                <w:alias w:val="Not Adı Soyadı 5"/>
                <w:tag w:val="Not Adı Soyadı 5"/>
                <w:id w:val="4148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87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488" w:edGrp="everyone"/>
            <w:sdt>
              <w:sdtPr>
                <w:alias w:val="Not Mazeret Sınav Notu (rakam) 5"/>
                <w:tag w:val="Not Mazeret Sınav Notu (rakam) 5"/>
                <w:id w:val="4148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88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489" w:edGrp="everyone"/>
            <w:sdt>
              <w:sdtPr>
                <w:alias w:val="Not Mazeret Sınav Notu (yazı) 5"/>
                <w:tag w:val="Not Mazeret Sınav Notu (yazı) 5"/>
                <w:id w:val="4148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89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490" w:edGrp="everyone"/>
            <w:sdt>
              <w:sdtPr>
                <w:alias w:val="Not Öğrenci No 6"/>
                <w:tag w:val="Not Öğrenci No 6"/>
                <w:id w:val="4148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90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491" w:edGrp="everyone"/>
            <w:sdt>
              <w:sdtPr>
                <w:alias w:val="Not Adı Soyadı 6"/>
                <w:tag w:val="Not Adı Soyadı 6"/>
                <w:id w:val="4149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91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492" w:edGrp="everyone"/>
            <w:sdt>
              <w:sdtPr>
                <w:alias w:val="Not Mazeret Sınav Notu (rakam) 6"/>
                <w:tag w:val="Not Mazeret Sınav Notu (rakam) 6"/>
                <w:id w:val="4149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92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493" w:edGrp="everyone"/>
            <w:sdt>
              <w:sdtPr>
                <w:alias w:val="Not Mazeret Sınav Notu (yazı) 6"/>
                <w:tag w:val="Not Mazeret Sınav Notu (yazı) 6"/>
                <w:id w:val="4149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93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494" w:edGrp="everyone"/>
            <w:sdt>
              <w:sdtPr>
                <w:alias w:val="Not Öğrenci No 7"/>
                <w:tag w:val="Not Öğrenci No 7"/>
                <w:id w:val="4149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94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495" w:edGrp="everyone"/>
            <w:sdt>
              <w:sdtPr>
                <w:alias w:val="Not Adı Soyadı 7"/>
                <w:tag w:val="Not Adı Soyadı 7"/>
                <w:id w:val="4149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95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496" w:edGrp="everyone"/>
            <w:sdt>
              <w:sdtPr>
                <w:alias w:val="Not Mazeret Sınav Notu (rakam) 7"/>
                <w:tag w:val="Not Mazeret Sınav Notu (rakam) 7"/>
                <w:id w:val="4149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96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497" w:edGrp="everyone"/>
            <w:sdt>
              <w:sdtPr>
                <w:alias w:val="Not Mazeret Sınav Notu (yazı) 7"/>
                <w:tag w:val="Not Mazeret Sınav Notu (yazı) 7"/>
                <w:id w:val="4149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97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498" w:edGrp="everyone"/>
            <w:sdt>
              <w:sdtPr>
                <w:alias w:val="Not Öğrenci No 8"/>
                <w:tag w:val="Not Öğrenci No 8"/>
                <w:id w:val="4149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98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499" w:edGrp="everyone"/>
            <w:sdt>
              <w:sdtPr>
                <w:alias w:val="Not Adı Soyadı 8"/>
                <w:tag w:val="Not Adı Soyadı 8"/>
                <w:id w:val="4149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99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500" w:edGrp="everyone"/>
            <w:sdt>
              <w:sdtPr>
                <w:alias w:val="Not Mazeret Sınav Notu (rakam) 8"/>
                <w:tag w:val="Not Mazeret Sınav Notu (rakam) 8"/>
                <w:id w:val="4149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00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501" w:edGrp="everyone"/>
            <w:sdt>
              <w:sdtPr>
                <w:alias w:val="Not Mazeret Sınav Notu (yazı) 8"/>
                <w:tag w:val="Not Mazeret Sınav Notu (yazı) 8"/>
                <w:id w:val="4150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01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9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502" w:edGrp="everyone"/>
            <w:sdt>
              <w:sdtPr>
                <w:alias w:val="Not Öğrenci No 9"/>
                <w:tag w:val="Not Öğrenci No 9"/>
                <w:id w:val="4150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02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503" w:edGrp="everyone"/>
            <w:sdt>
              <w:sdtPr>
                <w:alias w:val="Not Adı Soyadı 9"/>
                <w:tag w:val="Not Adı Soyadı 9"/>
                <w:id w:val="4150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03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504" w:edGrp="everyone"/>
            <w:sdt>
              <w:sdtPr>
                <w:alias w:val="Not Mazeret Sınav Notu (rakam) 9"/>
                <w:tag w:val="Not Mazeret Sınav Notu (rakam) 9"/>
                <w:id w:val="4150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04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505" w:edGrp="everyone"/>
            <w:sdt>
              <w:sdtPr>
                <w:alias w:val="Not Mazeret Sınav Notu (yazı) 9"/>
                <w:tag w:val="Not Mazeret Sınav Notu (yazı) 9"/>
                <w:id w:val="4150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05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506" w:edGrp="everyone"/>
            <w:sdt>
              <w:sdtPr>
                <w:alias w:val="Not Öğrenci No 10"/>
                <w:tag w:val="Not Öğrenci No 10"/>
                <w:id w:val="4150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06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507" w:edGrp="everyone"/>
            <w:sdt>
              <w:sdtPr>
                <w:alias w:val="Not Adı Soyadı 10"/>
                <w:tag w:val="Not Adı Soyadı 10"/>
                <w:id w:val="4150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507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508" w:edGrp="everyone"/>
            <w:sdt>
              <w:sdtPr>
                <w:alias w:val="Not Mazeret Sınav Notu (rakam) 10"/>
                <w:tag w:val="Not Mazeret Sınav Notu (rakam) 10"/>
                <w:id w:val="4150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08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509" w:edGrp="everyone"/>
            <w:sdt>
              <w:sdtPr>
                <w:alias w:val="Not Mazeret Sınav Notu (yazı) 10"/>
                <w:tag w:val="Not Mazeret Sınav Notu (yazı) 10"/>
                <w:id w:val="4150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09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Öğretim Elemanı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Bölüm Başkanı</w:t>
            </w:r>
          </w:p>
        </w:tc>
      </w:tr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510" w:edGrp="everyone"/>
            <w:sdt>
              <w:sdtPr>
                <w:alias w:val="Öğretim Elemanı Adı Soyadı"/>
                <w:tag w:val="Öğretim Elemanı Adı Soyadı"/>
                <w:id w:val="41509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510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511" w:edGrp="everyone"/>
            <w:sdt>
              <w:sdtPr>
                <w:alias w:val="Bölüm Başkanı Adı Soyadı"/>
                <w:tag w:val="Bölüm Başkanı Adı Soyadı"/>
                <w:id w:val="41510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511"/>
          </w:p>
        </w:tc>
      </w:tr>
      <w:tr>
        <w:trPr>
          <w:trHeight w:val="850" w:hRule="atLeast"/>
          <w:cantSplit/>
        </w:trPr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HTMYO-PFRM-228  |  Mazeret Sınavı Not Giriş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HTMYO-PFRM-228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Mazeret Sınavı Not Giriş Formu</dc:title>
  <dc:subject>HTMYO-PFRM-228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