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after="160" w:line="240" w:lineRule="auto"/>
        <w:jc w:val="center"/>
      </w:pPr>
      <w:r>
        <w:rPr>
          <w:b/>
          <w:bCs/>
          <w:sz w:val="28"/>
          <w:szCs w:val="28"/>
        </w:rPr>
        <w:t xml:space="preserve">NOT DÜZELTME FORMU</w:t>
      </w:r>
    </w:p>
    <w:p>
      <w:pPr>
        <w:spacing w:before="0" w:after="80" w:line="240" w:lineRule="auto"/>
        <w:jc w:val="right"/>
      </w:pPr>
      <w:r>
        <w:rPr>
          <w:b/>
          <w:bCs/>
          <w:sz w:val="20"/>
          <w:szCs w:val="20"/>
        </w:rPr>
        <w:t xml:space="preserve">Tarih: </w:t>
      </w:r>
      <w:permStart w:id="671" w:edGrp="everyone"/>
      <w:sdt>
        <w:sdtPr>
          <w:alias w:val="Tarih"/>
          <w:tag w:val="Tarih"/>
          <w:id w:val="41670"/>
        </w:sdtPr>
        <w:sdtContent>
          <w:r>
            <w:rPr>
              <w:sz w:val="20"/>
              <w:szCs w:val="20"/>
            </w:rPr>
            <w:fldChar w:fldCharType="begin"/>
          </w:r>
          <w:r>
            <w:rPr>
              <w:sz w:val="20"/>
              <w:szCs w:val="20"/>
            </w:rPr>
            <w:instrText xml:space="preserve"> DATE \@ "dd.MM.yyyy" </w:instrText>
          </w:r>
          <w:r>
            <w:rPr>
              <w:sz w:val="20"/>
              <w:szCs w:val="20"/>
            </w:rPr>
            <w:fldChar w:fldCharType="separate"/>
          </w:r>
          <w:r>
            <w:rPr>
              <w:sz w:val="20"/>
              <w:szCs w:val="20"/>
            </w:rPr>
            <w:t>06.10.2026</w:t>
          </w:r>
          <w:r>
            <w:rPr>
              <w:sz w:val="20"/>
              <w:szCs w:val="20"/>
            </w:rPr>
            <w:fldChar w:fldCharType="end"/>
          </w:r>
        </w:sdtContent>
      </w:sdt>
      <w:permEnd w:id="671"/>
    </w:p>
    <w:p>
      <w:pPr>
        <w:spacing w:before="0" w:after="120" w:line="240" w:lineRule="auto"/>
        <w:jc w:val="center"/>
      </w:pPr>
      <w:r>
        <w:rPr>
          <w:b/>
          <w:bCs/>
          <w:sz w:val="20"/>
          <w:szCs w:val="20"/>
        </w:rPr>
        <w:t xml:space="preserve">BUCAK HİKMET TOLUNAY ULAŞTIRMA VE LOJİSTİK MESLEK YÜKSEKOKULU MÜDÜRLÜĞÜNE</w:t>
      </w:r>
    </w:p>
    <w:p>
      <w:pPr>
        <w:spacing w:before="0" w:after="120" w:line="240" w:lineRule="auto"/>
        <w:ind w:firstLine="567"/>
        <w:jc w:val="both"/>
      </w:pPr>
      <w:r>
        <w:rPr>
          <w:sz w:val="20"/>
          <w:szCs w:val="20"/>
        </w:rPr>
        <w:t xml:space="preserve">Aşağıda belirtilen dersin sınav notları sehven yanlış girilmiş olup / sistemde ismi görülmediğinden dolayı, karşısında gösterilen yeni notların belirtildiği şekilde düzeltilmesini arz ederim.</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1814"/>
        <w:gridCol w:w="3004"/>
        <w:gridCol w:w="1814"/>
        <w:gridCol w:w="3004"/>
      </w:tblGrid>
      <w:tr>
        <w:trPr>
          <w:trHeight w:val="351" w:hRule="atLeast"/>
          <w:cantSplit/>
        </w:trPr>
        <w:tc>
          <w:tcPr>
            <w:tcW w:type="dxa" w:w="1814"/>
            <w:shd w:val="clear" w:color="auto" w:fill="ECE9F5"/>
            <w:vAlign w:val="center"/>
          </w:tcPr>
          <w:p>
            <w:pPr>
              <w:spacing w:before="0" w:after="0" w:line="240" w:lineRule="auto"/>
              <w:jc w:val="left"/>
            </w:pPr>
            <w:r>
              <w:rPr>
                <w:b/>
                <w:bCs/>
                <w:sz w:val="18"/>
                <w:szCs w:val="18"/>
              </w:rPr>
              <w:t xml:space="preserve">Bölüm Adı</w:t>
            </w:r>
          </w:p>
        </w:tc>
        <w:tc>
          <w:tcPr>
            <w:tcW w:type="dxa" w:w="7824"/>
            <w:gridSpan w:val="3"/>
            <w:vAlign w:val="center"/>
          </w:tcPr>
          <w:p>
            <w:pPr>
              <w:spacing w:before="0" w:after="0" w:line="240" w:lineRule="auto"/>
              <w:jc w:val="left"/>
            </w:pPr>
            <w:permStart w:id="672" w:edGrp="everyone"/>
            <w:sdt>
              <w:sdtPr>
                <w:alias w:val="Bölüm adı"/>
                <w:tag w:val="Bölüm adı"/>
                <w:id w:val="41671"/>
                <w:showingPlcHdr/>
                <w:text/>
              </w:sdtPr>
              <w:sdtContent>
                <w:r>
                  <w:rPr>
                    <w:rStyle w:val="PlaceholderText"/>
                    <w:sz w:val="18"/>
                    <w:szCs w:val="18"/>
                  </w:rPr>
                  <w:t xml:space="preserve">                    </w:t>
                </w:r>
              </w:sdtContent>
            </w:sdt>
            <w:permEnd w:id="672"/>
          </w:p>
        </w:tc>
      </w:tr>
      <w:tr>
        <w:trPr>
          <w:trHeight w:val="351" w:hRule="atLeast"/>
          <w:cantSplit/>
        </w:trPr>
        <w:tc>
          <w:tcPr>
            <w:tcW w:type="dxa" w:w="1814"/>
            <w:shd w:val="clear" w:color="auto" w:fill="ECE9F5"/>
            <w:vAlign w:val="center"/>
          </w:tcPr>
          <w:p>
            <w:pPr>
              <w:spacing w:before="0" w:after="0" w:line="240" w:lineRule="auto"/>
              <w:jc w:val="left"/>
            </w:pPr>
            <w:r>
              <w:rPr>
                <w:b/>
                <w:bCs/>
                <w:sz w:val="18"/>
                <w:szCs w:val="18"/>
              </w:rPr>
              <w:t xml:space="preserve">Ders Kodu</w:t>
            </w:r>
          </w:p>
        </w:tc>
        <w:tc>
          <w:tcPr>
            <w:tcW w:type="dxa" w:w="3005"/>
            <w:vAlign w:val="center"/>
          </w:tcPr>
          <w:p>
            <w:pPr>
              <w:spacing w:before="0" w:after="0" w:line="240" w:lineRule="auto"/>
              <w:jc w:val="left"/>
            </w:pPr>
            <w:permStart w:id="673" w:edGrp="everyone"/>
            <w:sdt>
              <w:sdtPr>
                <w:alias w:val="Ders kodu"/>
                <w:tag w:val="Ders kodu"/>
                <w:id w:val="41672"/>
                <w:showingPlcHdr/>
                <w:text/>
              </w:sdtPr>
              <w:sdtContent>
                <w:r>
                  <w:rPr>
                    <w:rStyle w:val="PlaceholderText"/>
                    <w:sz w:val="18"/>
                    <w:szCs w:val="18"/>
                  </w:rPr>
                  <w:t xml:space="preserve">                    </w:t>
                </w:r>
              </w:sdtContent>
            </w:sdt>
            <w:permEnd w:id="673"/>
          </w:p>
        </w:tc>
        <w:tc>
          <w:tcPr>
            <w:tcW w:type="dxa" w:w="1814"/>
            <w:shd w:val="clear" w:color="auto" w:fill="ECE9F5"/>
            <w:vAlign w:val="center"/>
          </w:tcPr>
          <w:p>
            <w:pPr>
              <w:spacing w:before="0" w:after="0" w:line="240" w:lineRule="auto"/>
              <w:jc w:val="left"/>
            </w:pPr>
            <w:r>
              <w:rPr>
                <w:b/>
                <w:bCs/>
                <w:sz w:val="18"/>
                <w:szCs w:val="18"/>
              </w:rPr>
              <w:t xml:space="preserve">Ders Adı</w:t>
            </w:r>
          </w:p>
        </w:tc>
        <w:tc>
          <w:tcPr>
            <w:tcW w:type="dxa" w:w="3005"/>
            <w:vAlign w:val="center"/>
          </w:tcPr>
          <w:p>
            <w:pPr>
              <w:spacing w:before="0" w:after="0" w:line="240" w:lineRule="auto"/>
              <w:jc w:val="left"/>
            </w:pPr>
            <w:permStart w:id="674" w:edGrp="everyone"/>
            <w:sdt>
              <w:sdtPr>
                <w:alias w:val="Ders adı"/>
                <w:tag w:val="Ders adı"/>
                <w:id w:val="41673"/>
                <w:showingPlcHdr/>
                <w:text/>
              </w:sdtPr>
              <w:sdtContent>
                <w:r>
                  <w:rPr>
                    <w:rStyle w:val="PlaceholderText"/>
                    <w:sz w:val="18"/>
                    <w:szCs w:val="18"/>
                  </w:rPr>
                  <w:t xml:space="preserve">                    </w:t>
                </w:r>
              </w:sdtContent>
            </w:sdt>
            <w:permEnd w:id="674"/>
          </w:p>
        </w:tc>
      </w:tr>
      <w:tr>
        <w:trPr>
          <w:trHeight w:val="351" w:hRule="atLeast"/>
          <w:cantSplit/>
        </w:trPr>
        <w:tc>
          <w:tcPr>
            <w:tcW w:type="dxa" w:w="1814"/>
            <w:shd w:val="clear" w:color="auto" w:fill="ECE9F5"/>
            <w:vAlign w:val="center"/>
          </w:tcPr>
          <w:p>
            <w:pPr>
              <w:spacing w:before="0" w:after="0" w:line="240" w:lineRule="auto"/>
              <w:jc w:val="left"/>
            </w:pPr>
            <w:r>
              <w:rPr>
                <w:b/>
                <w:bCs/>
                <w:sz w:val="18"/>
                <w:szCs w:val="18"/>
              </w:rPr>
              <w:t xml:space="preserve">Öğretim Elemanı</w:t>
            </w:r>
          </w:p>
        </w:tc>
        <w:tc>
          <w:tcPr>
            <w:tcW w:type="dxa" w:w="3005"/>
            <w:vAlign w:val="center"/>
          </w:tcPr>
          <w:p>
            <w:pPr>
              <w:spacing w:before="0" w:after="0" w:line="240" w:lineRule="auto"/>
              <w:jc w:val="left"/>
            </w:pPr>
            <w:permStart w:id="675" w:edGrp="everyone"/>
            <w:sdt>
              <w:sdtPr>
                <w:alias w:val="Öğretim elemanı"/>
                <w:tag w:val="Öğretim elemanı"/>
                <w:id w:val="41674"/>
                <w:showingPlcHdr/>
                <w:text/>
              </w:sdtPr>
              <w:sdtContent>
                <w:r>
                  <w:rPr>
                    <w:rStyle w:val="PlaceholderText"/>
                    <w:sz w:val="18"/>
                    <w:szCs w:val="18"/>
                  </w:rPr>
                  <w:t xml:space="preserve">                    </w:t>
                </w:r>
              </w:sdtContent>
            </w:sdt>
            <w:permEnd w:id="675"/>
          </w:p>
        </w:tc>
        <w:tc>
          <w:tcPr>
            <w:tcW w:type="dxa" w:w="1814"/>
            <w:shd w:val="clear" w:color="auto" w:fill="ECE9F5"/>
            <w:vAlign w:val="center"/>
          </w:tcPr>
          <w:p>
            <w:pPr>
              <w:spacing w:before="0" w:after="0" w:line="240" w:lineRule="auto"/>
              <w:jc w:val="left"/>
            </w:pPr>
            <w:r>
              <w:rPr>
                <w:b/>
                <w:bCs/>
                <w:sz w:val="18"/>
                <w:szCs w:val="18"/>
              </w:rPr>
              <w:t xml:space="preserve">Sınav Türü</w:t>
            </w:r>
          </w:p>
        </w:tc>
        <w:tc>
          <w:tcPr>
            <w:tcW w:type="dxa" w:w="3005"/>
            <w:vAlign w:val="center"/>
          </w:tcPr>
          <w:p>
            <w:pPr>
              <w:spacing w:before="0" w:after="0" w:line="240" w:lineRule="auto"/>
              <w:jc w:val="left"/>
            </w:pPr>
            <w:permStart w:id="676" w:edGrp="everyone"/>
            <w:sdt>
              <w:sdtPr>
                <w:alias w:val="Sınav türü"/>
                <w:tag w:val="Sınav türü"/>
                <w:id w:val="41675"/>
                <w:showingPlcHdr/>
                <w:dropDownList>
                  <w:listItem w:displayText="Arasınav (Vize)" w:value="Arasınav (Vize)"/>
                  <w:listItem w:displayText="Yarıyıl Sonu Sınavı" w:value="Yarıyıl Sonu Sınavı"/>
                  <w:listItem w:displayText="Bütünleme" w:value="Bütünleme"/>
                  <w:listItem w:displayText="Yaz Okulu" w:value="Yaz Okulu"/>
                </w:dropDownList>
              </w:sdtPr>
              <w:sdtContent>
                <w:r>
                  <w:rPr>
                    <w:rStyle w:val="PlaceholderText"/>
                    <w:sz w:val="18"/>
                    <w:szCs w:val="18"/>
                  </w:rPr>
                  <w:t xml:space="preserve">       </w:t>
                </w:r>
              </w:sdtContent>
            </w:sdt>
            <w:permEnd w:id="676"/>
          </w:p>
        </w:tc>
      </w:tr>
    </w:tbl>
    <w:p>
      <w:pPr>
        <w:spacing w:before="0" w:after="0" w:line="80" w:lineRule="exact"/>
        <w:jc w:val="left"/>
      </w:pP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1247"/>
        <w:gridCol w:w="2154"/>
        <w:gridCol w:w="907"/>
        <w:gridCol w:w="907"/>
        <w:gridCol w:w="1247"/>
        <w:gridCol w:w="1133"/>
        <w:gridCol w:w="2040"/>
      </w:tblGrid>
      <w:tr>
        <w:trPr>
          <w:trHeight w:val="351" w:hRule="atLeast"/>
          <w:cantSplit/>
        </w:trPr>
        <w:tc>
          <w:tcPr>
            <w:tcW w:type="dxa" w:w="1247"/>
            <w:shd w:val="clear" w:color="auto" w:fill="ECE9F5"/>
            <w:vAlign w:val="center"/>
          </w:tcPr>
          <w:p>
            <w:pPr>
              <w:spacing w:before="0" w:after="0" w:line="240" w:lineRule="auto"/>
              <w:jc w:val="center"/>
            </w:pPr>
            <w:r>
              <w:rPr>
                <w:b/>
                <w:bCs/>
                <w:sz w:val="17"/>
                <w:szCs w:val="17"/>
              </w:rPr>
              <w:t xml:space="preserve">Öğrenci No</w:t>
            </w:r>
          </w:p>
        </w:tc>
        <w:tc>
          <w:tcPr>
            <w:tcW w:type="dxa" w:w="2154"/>
            <w:shd w:val="clear" w:color="auto" w:fill="ECE9F5"/>
            <w:vAlign w:val="center"/>
          </w:tcPr>
          <w:p>
            <w:pPr>
              <w:spacing w:before="0" w:after="0" w:line="240" w:lineRule="auto"/>
              <w:jc w:val="center"/>
            </w:pPr>
            <w:r>
              <w:rPr>
                <w:b/>
                <w:bCs/>
                <w:sz w:val="17"/>
                <w:szCs w:val="17"/>
              </w:rPr>
              <w:t xml:space="preserve">Adı Soyadı</w:t>
            </w:r>
          </w:p>
        </w:tc>
        <w:tc>
          <w:tcPr>
            <w:tcW w:type="dxa" w:w="907"/>
            <w:shd w:val="clear" w:color="auto" w:fill="ECE9F5"/>
            <w:vAlign w:val="center"/>
          </w:tcPr>
          <w:p>
            <w:pPr>
              <w:spacing w:before="0" w:after="0" w:line="240" w:lineRule="auto"/>
              <w:jc w:val="center"/>
            </w:pPr>
            <w:r>
              <w:rPr>
                <w:b/>
                <w:bCs/>
                <w:sz w:val="17"/>
                <w:szCs w:val="17"/>
              </w:rPr>
              <w:t xml:space="preserve">Eski Notu</w:t>
            </w:r>
          </w:p>
        </w:tc>
        <w:tc>
          <w:tcPr>
            <w:tcW w:type="dxa" w:w="907"/>
            <w:shd w:val="clear" w:color="auto" w:fill="ECE9F5"/>
            <w:vAlign w:val="center"/>
          </w:tcPr>
          <w:p>
            <w:pPr>
              <w:spacing w:before="0" w:after="0" w:line="240" w:lineRule="auto"/>
              <w:jc w:val="center"/>
            </w:pPr>
            <w:r>
              <w:rPr>
                <w:b/>
                <w:bCs/>
                <w:sz w:val="17"/>
                <w:szCs w:val="17"/>
              </w:rPr>
              <w:t xml:space="preserve">Yeni Notu</w:t>
            </w:r>
          </w:p>
        </w:tc>
        <w:tc>
          <w:tcPr>
            <w:tcW w:type="dxa" w:w="1247"/>
            <w:shd w:val="clear" w:color="auto" w:fill="ECE9F5"/>
            <w:vAlign w:val="center"/>
          </w:tcPr>
          <w:p>
            <w:pPr>
              <w:spacing w:before="0" w:after="0" w:line="240" w:lineRule="auto"/>
              <w:jc w:val="center"/>
            </w:pPr>
            <w:r>
              <w:rPr>
                <w:b/>
                <w:bCs/>
                <w:sz w:val="17"/>
                <w:szCs w:val="17"/>
              </w:rPr>
              <w:t xml:space="preserve">Yeni 4'lük Ortalaması</w:t>
            </w:r>
          </w:p>
        </w:tc>
        <w:tc>
          <w:tcPr>
            <w:tcW w:type="dxa" w:w="1134"/>
            <w:shd w:val="clear" w:color="auto" w:fill="ECE9F5"/>
            <w:vAlign w:val="center"/>
          </w:tcPr>
          <w:p>
            <w:pPr>
              <w:spacing w:before="0" w:after="0" w:line="240" w:lineRule="auto"/>
              <w:jc w:val="center"/>
            </w:pPr>
            <w:r>
              <w:rPr>
                <w:b/>
                <w:bCs/>
                <w:sz w:val="17"/>
                <w:szCs w:val="17"/>
              </w:rPr>
              <w:t xml:space="preserve">Verilecek Harf Notu</w:t>
            </w:r>
          </w:p>
        </w:tc>
        <w:tc>
          <w:tcPr>
            <w:tcW w:type="dxa" w:w="2041"/>
            <w:shd w:val="clear" w:color="auto" w:fill="ECE9F5"/>
            <w:vAlign w:val="center"/>
          </w:tcPr>
          <w:p>
            <w:pPr>
              <w:spacing w:before="0" w:after="0" w:line="240" w:lineRule="auto"/>
              <w:jc w:val="center"/>
            </w:pPr>
            <w:r>
              <w:rPr>
                <w:b/>
                <w:bCs/>
                <w:sz w:val="17"/>
                <w:szCs w:val="17"/>
              </w:rPr>
              <w:t xml:space="preserve">Gerekçe</w:t>
            </w:r>
          </w:p>
        </w:tc>
      </w:tr>
      <w:tr>
        <w:trPr>
          <w:trHeight w:val="351" w:hRule="atLeast"/>
          <w:cantSplit/>
        </w:trPr>
        <w:tc>
          <w:tcPr>
            <w:tcW w:type="dxa" w:w="1247"/>
            <w:vAlign w:val="center"/>
          </w:tcPr>
          <w:p>
            <w:pPr>
              <w:spacing w:before="0" w:after="0" w:line="240" w:lineRule="auto"/>
              <w:jc w:val="left"/>
            </w:pPr>
            <w:permStart w:id="677" w:edGrp="everyone"/>
            <w:sdt>
              <w:sdtPr>
                <w:alias w:val="No 1"/>
                <w:tag w:val="No 1"/>
                <w:id w:val="41676"/>
                <w:showingPlcHdr/>
                <w:text/>
              </w:sdtPr>
              <w:sdtContent>
                <w:r>
                  <w:rPr>
                    <w:rStyle w:val="PlaceholderText"/>
                    <w:sz w:val="17"/>
                    <w:szCs w:val="17"/>
                  </w:rPr>
                  <w:t xml:space="preserve">    </w:t>
                </w:r>
              </w:sdtContent>
            </w:sdt>
            <w:permEnd w:id="677"/>
          </w:p>
        </w:tc>
        <w:tc>
          <w:tcPr>
            <w:tcW w:type="dxa" w:w="2154"/>
            <w:vAlign w:val="center"/>
          </w:tcPr>
          <w:p>
            <w:pPr>
              <w:spacing w:before="0" w:after="0" w:line="240" w:lineRule="auto"/>
              <w:jc w:val="left"/>
            </w:pPr>
            <w:permStart w:id="678" w:edGrp="everyone"/>
            <w:sdt>
              <w:sdtPr>
                <w:alias w:val="Ad 1"/>
                <w:tag w:val="Ad 1"/>
                <w:id w:val="41677"/>
                <w:showingPlcHdr/>
                <w:text/>
              </w:sdtPr>
              <w:sdtContent>
                <w:r>
                  <w:rPr>
                    <w:rStyle w:val="PlaceholderText"/>
                    <w:sz w:val="17"/>
                    <w:szCs w:val="17"/>
                  </w:rPr>
                  <w:t xml:space="preserve">        </w:t>
                </w:r>
              </w:sdtContent>
            </w:sdt>
            <w:permEnd w:id="678"/>
          </w:p>
        </w:tc>
        <w:tc>
          <w:tcPr>
            <w:tcW w:type="dxa" w:w="907"/>
            <w:vAlign w:val="center"/>
          </w:tcPr>
          <w:p>
            <w:pPr>
              <w:spacing w:before="0" w:after="0" w:line="240" w:lineRule="auto"/>
              <w:jc w:val="left"/>
            </w:pPr>
            <w:permStart w:id="679" w:edGrp="everyone"/>
            <w:sdt>
              <w:sdtPr>
                <w:alias w:val="Eski 1"/>
                <w:tag w:val="Eski 1"/>
                <w:id w:val="41678"/>
                <w:showingPlcHdr/>
                <w:text/>
              </w:sdtPr>
              <w:sdtContent>
                <w:r>
                  <w:rPr>
                    <w:rStyle w:val="PlaceholderText"/>
                    <w:sz w:val="17"/>
                    <w:szCs w:val="17"/>
                  </w:rPr>
                  <w:t xml:space="preserve">    </w:t>
                </w:r>
              </w:sdtContent>
            </w:sdt>
            <w:permEnd w:id="679"/>
          </w:p>
        </w:tc>
        <w:tc>
          <w:tcPr>
            <w:tcW w:type="dxa" w:w="907"/>
            <w:vAlign w:val="center"/>
          </w:tcPr>
          <w:p>
            <w:pPr>
              <w:spacing w:before="0" w:after="0" w:line="240" w:lineRule="auto"/>
              <w:jc w:val="left"/>
            </w:pPr>
            <w:permStart w:id="680" w:edGrp="everyone"/>
            <w:sdt>
              <w:sdtPr>
                <w:alias w:val="Yeni 1"/>
                <w:tag w:val="Yeni 1"/>
                <w:id w:val="41679"/>
                <w:showingPlcHdr/>
                <w:text/>
              </w:sdtPr>
              <w:sdtContent>
                <w:r>
                  <w:rPr>
                    <w:rStyle w:val="PlaceholderText"/>
                    <w:sz w:val="17"/>
                    <w:szCs w:val="17"/>
                  </w:rPr>
                  <w:t xml:space="preserve">    </w:t>
                </w:r>
              </w:sdtContent>
            </w:sdt>
            <w:permEnd w:id="680"/>
          </w:p>
        </w:tc>
        <w:tc>
          <w:tcPr>
            <w:tcW w:type="dxa" w:w="1247"/>
            <w:vAlign w:val="center"/>
          </w:tcPr>
          <w:p>
            <w:pPr>
              <w:spacing w:before="0" w:after="0" w:line="240" w:lineRule="auto"/>
              <w:jc w:val="left"/>
            </w:pPr>
            <w:permStart w:id="681" w:edGrp="everyone"/>
            <w:sdt>
              <w:sdtPr>
                <w:alias w:val="4lük 1"/>
                <w:tag w:val="4lük 1"/>
                <w:id w:val="41680"/>
                <w:showingPlcHdr/>
                <w:text/>
              </w:sdtPr>
              <w:sdtContent>
                <w:r>
                  <w:rPr>
                    <w:rStyle w:val="PlaceholderText"/>
                    <w:sz w:val="17"/>
                    <w:szCs w:val="17"/>
                  </w:rPr>
                  <w:t xml:space="preserve">     </w:t>
                </w:r>
              </w:sdtContent>
            </w:sdt>
            <w:permEnd w:id="681"/>
          </w:p>
        </w:tc>
        <w:tc>
          <w:tcPr>
            <w:tcW w:type="dxa" w:w="1134"/>
            <w:vAlign w:val="center"/>
          </w:tcPr>
          <w:p>
            <w:pPr>
              <w:spacing w:before="0" w:after="0" w:line="240" w:lineRule="auto"/>
              <w:jc w:val="left"/>
            </w:pPr>
            <w:permStart w:id="682" w:edGrp="everyone"/>
            <w:sdt>
              <w:sdtPr>
                <w:alias w:val="Harf 1"/>
                <w:tag w:val="Harf 1"/>
                <w:id w:val="41681"/>
                <w:showingPlcHdr/>
                <w:text/>
              </w:sdtPr>
              <w:sdtContent>
                <w:r>
                  <w:rPr>
                    <w:rStyle w:val="PlaceholderText"/>
                    <w:sz w:val="17"/>
                    <w:szCs w:val="17"/>
                  </w:rPr>
                  <w:t xml:space="preserve">    </w:t>
                </w:r>
              </w:sdtContent>
            </w:sdt>
            <w:permEnd w:id="682"/>
          </w:p>
        </w:tc>
        <w:tc>
          <w:tcPr>
            <w:tcW w:type="dxa" w:w="2041"/>
            <w:vAlign w:val="center"/>
          </w:tcPr>
          <w:p>
            <w:pPr>
              <w:spacing w:before="0" w:after="0" w:line="240" w:lineRule="auto"/>
              <w:jc w:val="left"/>
            </w:pPr>
            <w:permStart w:id="683" w:edGrp="everyone"/>
            <w:sdt>
              <w:sdtPr>
                <w:alias w:val="Gerekçe 1"/>
                <w:tag w:val="Gerekçe 1"/>
                <w:id w:val="41682"/>
                <w:showingPlcHdr/>
                <w:text/>
              </w:sdtPr>
              <w:sdtContent>
                <w:r>
                  <w:rPr>
                    <w:rStyle w:val="PlaceholderText"/>
                    <w:sz w:val="17"/>
                    <w:szCs w:val="17"/>
                  </w:rPr>
                  <w:t xml:space="preserve">       </w:t>
                </w:r>
              </w:sdtContent>
            </w:sdt>
            <w:permEnd w:id="683"/>
          </w:p>
        </w:tc>
      </w:tr>
      <w:tr>
        <w:trPr>
          <w:trHeight w:val="351" w:hRule="atLeast"/>
          <w:cantSplit/>
        </w:trPr>
        <w:tc>
          <w:tcPr>
            <w:tcW w:type="dxa" w:w="1247"/>
            <w:vAlign w:val="center"/>
          </w:tcPr>
          <w:p>
            <w:pPr>
              <w:spacing w:before="0" w:after="0" w:line="240" w:lineRule="auto"/>
              <w:jc w:val="left"/>
            </w:pPr>
            <w:permStart w:id="684" w:edGrp="everyone"/>
            <w:sdt>
              <w:sdtPr>
                <w:alias w:val="No 2"/>
                <w:tag w:val="No 2"/>
                <w:id w:val="41683"/>
                <w:showingPlcHdr/>
                <w:text/>
              </w:sdtPr>
              <w:sdtContent>
                <w:r>
                  <w:rPr>
                    <w:rStyle w:val="PlaceholderText"/>
                    <w:sz w:val="17"/>
                    <w:szCs w:val="17"/>
                  </w:rPr>
                  <w:t xml:space="preserve">    </w:t>
                </w:r>
              </w:sdtContent>
            </w:sdt>
            <w:permEnd w:id="684"/>
          </w:p>
        </w:tc>
        <w:tc>
          <w:tcPr>
            <w:tcW w:type="dxa" w:w="2154"/>
            <w:vAlign w:val="center"/>
          </w:tcPr>
          <w:p>
            <w:pPr>
              <w:spacing w:before="0" w:after="0" w:line="240" w:lineRule="auto"/>
              <w:jc w:val="left"/>
            </w:pPr>
            <w:permStart w:id="685" w:edGrp="everyone"/>
            <w:sdt>
              <w:sdtPr>
                <w:alias w:val="Ad 2"/>
                <w:tag w:val="Ad 2"/>
                <w:id w:val="41684"/>
                <w:showingPlcHdr/>
                <w:text/>
              </w:sdtPr>
              <w:sdtContent>
                <w:r>
                  <w:rPr>
                    <w:rStyle w:val="PlaceholderText"/>
                    <w:sz w:val="17"/>
                    <w:szCs w:val="17"/>
                  </w:rPr>
                  <w:t xml:space="preserve">        </w:t>
                </w:r>
              </w:sdtContent>
            </w:sdt>
            <w:permEnd w:id="685"/>
          </w:p>
        </w:tc>
        <w:tc>
          <w:tcPr>
            <w:tcW w:type="dxa" w:w="907"/>
            <w:vAlign w:val="center"/>
          </w:tcPr>
          <w:p>
            <w:pPr>
              <w:spacing w:before="0" w:after="0" w:line="240" w:lineRule="auto"/>
              <w:jc w:val="left"/>
            </w:pPr>
            <w:permStart w:id="686" w:edGrp="everyone"/>
            <w:sdt>
              <w:sdtPr>
                <w:alias w:val="Eski 2"/>
                <w:tag w:val="Eski 2"/>
                <w:id w:val="41685"/>
                <w:showingPlcHdr/>
                <w:text/>
              </w:sdtPr>
              <w:sdtContent>
                <w:r>
                  <w:rPr>
                    <w:rStyle w:val="PlaceholderText"/>
                    <w:sz w:val="17"/>
                    <w:szCs w:val="17"/>
                  </w:rPr>
                  <w:t xml:space="preserve">    </w:t>
                </w:r>
              </w:sdtContent>
            </w:sdt>
            <w:permEnd w:id="686"/>
          </w:p>
        </w:tc>
        <w:tc>
          <w:tcPr>
            <w:tcW w:type="dxa" w:w="907"/>
            <w:vAlign w:val="center"/>
          </w:tcPr>
          <w:p>
            <w:pPr>
              <w:spacing w:before="0" w:after="0" w:line="240" w:lineRule="auto"/>
              <w:jc w:val="left"/>
            </w:pPr>
            <w:permStart w:id="687" w:edGrp="everyone"/>
            <w:sdt>
              <w:sdtPr>
                <w:alias w:val="Yeni 2"/>
                <w:tag w:val="Yeni 2"/>
                <w:id w:val="41686"/>
                <w:showingPlcHdr/>
                <w:text/>
              </w:sdtPr>
              <w:sdtContent>
                <w:r>
                  <w:rPr>
                    <w:rStyle w:val="PlaceholderText"/>
                    <w:sz w:val="17"/>
                    <w:szCs w:val="17"/>
                  </w:rPr>
                  <w:t xml:space="preserve">    </w:t>
                </w:r>
              </w:sdtContent>
            </w:sdt>
            <w:permEnd w:id="687"/>
          </w:p>
        </w:tc>
        <w:tc>
          <w:tcPr>
            <w:tcW w:type="dxa" w:w="1247"/>
            <w:vAlign w:val="center"/>
          </w:tcPr>
          <w:p>
            <w:pPr>
              <w:spacing w:before="0" w:after="0" w:line="240" w:lineRule="auto"/>
              <w:jc w:val="left"/>
            </w:pPr>
            <w:permStart w:id="688" w:edGrp="everyone"/>
            <w:sdt>
              <w:sdtPr>
                <w:alias w:val="4lük 2"/>
                <w:tag w:val="4lük 2"/>
                <w:id w:val="41687"/>
                <w:showingPlcHdr/>
                <w:text/>
              </w:sdtPr>
              <w:sdtContent>
                <w:r>
                  <w:rPr>
                    <w:rStyle w:val="PlaceholderText"/>
                    <w:sz w:val="17"/>
                    <w:szCs w:val="17"/>
                  </w:rPr>
                  <w:t xml:space="preserve">     </w:t>
                </w:r>
              </w:sdtContent>
            </w:sdt>
            <w:permEnd w:id="688"/>
          </w:p>
        </w:tc>
        <w:tc>
          <w:tcPr>
            <w:tcW w:type="dxa" w:w="1134"/>
            <w:vAlign w:val="center"/>
          </w:tcPr>
          <w:p>
            <w:pPr>
              <w:spacing w:before="0" w:after="0" w:line="240" w:lineRule="auto"/>
              <w:jc w:val="left"/>
            </w:pPr>
            <w:permStart w:id="689" w:edGrp="everyone"/>
            <w:sdt>
              <w:sdtPr>
                <w:alias w:val="Harf 2"/>
                <w:tag w:val="Harf 2"/>
                <w:id w:val="41688"/>
                <w:showingPlcHdr/>
                <w:text/>
              </w:sdtPr>
              <w:sdtContent>
                <w:r>
                  <w:rPr>
                    <w:rStyle w:val="PlaceholderText"/>
                    <w:sz w:val="17"/>
                    <w:szCs w:val="17"/>
                  </w:rPr>
                  <w:t xml:space="preserve">    </w:t>
                </w:r>
              </w:sdtContent>
            </w:sdt>
            <w:permEnd w:id="689"/>
          </w:p>
        </w:tc>
        <w:tc>
          <w:tcPr>
            <w:tcW w:type="dxa" w:w="2041"/>
            <w:vAlign w:val="center"/>
          </w:tcPr>
          <w:p>
            <w:pPr>
              <w:spacing w:before="0" w:after="0" w:line="240" w:lineRule="auto"/>
              <w:jc w:val="left"/>
            </w:pPr>
            <w:permStart w:id="690" w:edGrp="everyone"/>
            <w:sdt>
              <w:sdtPr>
                <w:alias w:val="Gerekçe 2"/>
                <w:tag w:val="Gerekçe 2"/>
                <w:id w:val="41689"/>
                <w:showingPlcHdr/>
                <w:text/>
              </w:sdtPr>
              <w:sdtContent>
                <w:r>
                  <w:rPr>
                    <w:rStyle w:val="PlaceholderText"/>
                    <w:sz w:val="17"/>
                    <w:szCs w:val="17"/>
                  </w:rPr>
                  <w:t xml:space="preserve">       </w:t>
                </w:r>
              </w:sdtContent>
            </w:sdt>
            <w:permEnd w:id="690"/>
          </w:p>
        </w:tc>
      </w:tr>
      <w:tr>
        <w:trPr>
          <w:trHeight w:val="351" w:hRule="atLeast"/>
          <w:cantSplit/>
        </w:trPr>
        <w:tc>
          <w:tcPr>
            <w:tcW w:type="dxa" w:w="1247"/>
            <w:vAlign w:val="center"/>
          </w:tcPr>
          <w:p>
            <w:pPr>
              <w:spacing w:before="0" w:after="0" w:line="240" w:lineRule="auto"/>
              <w:jc w:val="left"/>
            </w:pPr>
            <w:permStart w:id="691" w:edGrp="everyone"/>
            <w:sdt>
              <w:sdtPr>
                <w:alias w:val="No 3"/>
                <w:tag w:val="No 3"/>
                <w:id w:val="41690"/>
                <w:showingPlcHdr/>
                <w:text/>
              </w:sdtPr>
              <w:sdtContent>
                <w:r>
                  <w:rPr>
                    <w:rStyle w:val="PlaceholderText"/>
                    <w:sz w:val="17"/>
                    <w:szCs w:val="17"/>
                  </w:rPr>
                  <w:t xml:space="preserve">    </w:t>
                </w:r>
              </w:sdtContent>
            </w:sdt>
            <w:permEnd w:id="691"/>
          </w:p>
        </w:tc>
        <w:tc>
          <w:tcPr>
            <w:tcW w:type="dxa" w:w="2154"/>
            <w:vAlign w:val="center"/>
          </w:tcPr>
          <w:p>
            <w:pPr>
              <w:spacing w:before="0" w:after="0" w:line="240" w:lineRule="auto"/>
              <w:jc w:val="left"/>
            </w:pPr>
            <w:permStart w:id="692" w:edGrp="everyone"/>
            <w:sdt>
              <w:sdtPr>
                <w:alias w:val="Ad 3"/>
                <w:tag w:val="Ad 3"/>
                <w:id w:val="41691"/>
                <w:showingPlcHdr/>
                <w:text/>
              </w:sdtPr>
              <w:sdtContent>
                <w:r>
                  <w:rPr>
                    <w:rStyle w:val="PlaceholderText"/>
                    <w:sz w:val="17"/>
                    <w:szCs w:val="17"/>
                  </w:rPr>
                  <w:t xml:space="preserve">        </w:t>
                </w:r>
              </w:sdtContent>
            </w:sdt>
            <w:permEnd w:id="692"/>
          </w:p>
        </w:tc>
        <w:tc>
          <w:tcPr>
            <w:tcW w:type="dxa" w:w="907"/>
            <w:vAlign w:val="center"/>
          </w:tcPr>
          <w:p>
            <w:pPr>
              <w:spacing w:before="0" w:after="0" w:line="240" w:lineRule="auto"/>
              <w:jc w:val="left"/>
            </w:pPr>
            <w:permStart w:id="693" w:edGrp="everyone"/>
            <w:sdt>
              <w:sdtPr>
                <w:alias w:val="Eski 3"/>
                <w:tag w:val="Eski 3"/>
                <w:id w:val="41692"/>
                <w:showingPlcHdr/>
                <w:text/>
              </w:sdtPr>
              <w:sdtContent>
                <w:r>
                  <w:rPr>
                    <w:rStyle w:val="PlaceholderText"/>
                    <w:sz w:val="17"/>
                    <w:szCs w:val="17"/>
                  </w:rPr>
                  <w:t xml:space="preserve">    </w:t>
                </w:r>
              </w:sdtContent>
            </w:sdt>
            <w:permEnd w:id="693"/>
          </w:p>
        </w:tc>
        <w:tc>
          <w:tcPr>
            <w:tcW w:type="dxa" w:w="907"/>
            <w:vAlign w:val="center"/>
          </w:tcPr>
          <w:p>
            <w:pPr>
              <w:spacing w:before="0" w:after="0" w:line="240" w:lineRule="auto"/>
              <w:jc w:val="left"/>
            </w:pPr>
            <w:permStart w:id="694" w:edGrp="everyone"/>
            <w:sdt>
              <w:sdtPr>
                <w:alias w:val="Yeni 3"/>
                <w:tag w:val="Yeni 3"/>
                <w:id w:val="41693"/>
                <w:showingPlcHdr/>
                <w:text/>
              </w:sdtPr>
              <w:sdtContent>
                <w:r>
                  <w:rPr>
                    <w:rStyle w:val="PlaceholderText"/>
                    <w:sz w:val="17"/>
                    <w:szCs w:val="17"/>
                  </w:rPr>
                  <w:t xml:space="preserve">    </w:t>
                </w:r>
              </w:sdtContent>
            </w:sdt>
            <w:permEnd w:id="694"/>
          </w:p>
        </w:tc>
        <w:tc>
          <w:tcPr>
            <w:tcW w:type="dxa" w:w="1247"/>
            <w:vAlign w:val="center"/>
          </w:tcPr>
          <w:p>
            <w:pPr>
              <w:spacing w:before="0" w:after="0" w:line="240" w:lineRule="auto"/>
              <w:jc w:val="left"/>
            </w:pPr>
            <w:permStart w:id="695" w:edGrp="everyone"/>
            <w:sdt>
              <w:sdtPr>
                <w:alias w:val="4lük 3"/>
                <w:tag w:val="4lük 3"/>
                <w:id w:val="41694"/>
                <w:showingPlcHdr/>
                <w:text/>
              </w:sdtPr>
              <w:sdtContent>
                <w:r>
                  <w:rPr>
                    <w:rStyle w:val="PlaceholderText"/>
                    <w:sz w:val="17"/>
                    <w:szCs w:val="17"/>
                  </w:rPr>
                  <w:t xml:space="preserve">     </w:t>
                </w:r>
              </w:sdtContent>
            </w:sdt>
            <w:permEnd w:id="695"/>
          </w:p>
        </w:tc>
        <w:tc>
          <w:tcPr>
            <w:tcW w:type="dxa" w:w="1134"/>
            <w:vAlign w:val="center"/>
          </w:tcPr>
          <w:p>
            <w:pPr>
              <w:spacing w:before="0" w:after="0" w:line="240" w:lineRule="auto"/>
              <w:jc w:val="left"/>
            </w:pPr>
            <w:permStart w:id="696" w:edGrp="everyone"/>
            <w:sdt>
              <w:sdtPr>
                <w:alias w:val="Harf 3"/>
                <w:tag w:val="Harf 3"/>
                <w:id w:val="41695"/>
                <w:showingPlcHdr/>
                <w:text/>
              </w:sdtPr>
              <w:sdtContent>
                <w:r>
                  <w:rPr>
                    <w:rStyle w:val="PlaceholderText"/>
                    <w:sz w:val="17"/>
                    <w:szCs w:val="17"/>
                  </w:rPr>
                  <w:t xml:space="preserve">    </w:t>
                </w:r>
              </w:sdtContent>
            </w:sdt>
            <w:permEnd w:id="696"/>
          </w:p>
        </w:tc>
        <w:tc>
          <w:tcPr>
            <w:tcW w:type="dxa" w:w="2041"/>
            <w:vAlign w:val="center"/>
          </w:tcPr>
          <w:p>
            <w:pPr>
              <w:spacing w:before="0" w:after="0" w:line="240" w:lineRule="auto"/>
              <w:jc w:val="left"/>
            </w:pPr>
            <w:permStart w:id="697" w:edGrp="everyone"/>
            <w:sdt>
              <w:sdtPr>
                <w:alias w:val="Gerekçe 3"/>
                <w:tag w:val="Gerekçe 3"/>
                <w:id w:val="41696"/>
                <w:showingPlcHdr/>
                <w:text/>
              </w:sdtPr>
              <w:sdtContent>
                <w:r>
                  <w:rPr>
                    <w:rStyle w:val="PlaceholderText"/>
                    <w:sz w:val="17"/>
                    <w:szCs w:val="17"/>
                  </w:rPr>
                  <w:t xml:space="preserve">       </w:t>
                </w:r>
              </w:sdtContent>
            </w:sdt>
            <w:permEnd w:id="697"/>
          </w:p>
        </w:tc>
      </w:tr>
      <w:tr>
        <w:trPr>
          <w:trHeight w:val="351" w:hRule="atLeast"/>
          <w:cantSplit/>
        </w:trPr>
        <w:tc>
          <w:tcPr>
            <w:tcW w:type="dxa" w:w="1247"/>
            <w:vAlign w:val="center"/>
          </w:tcPr>
          <w:p>
            <w:pPr>
              <w:spacing w:before="0" w:after="0" w:line="240" w:lineRule="auto"/>
              <w:jc w:val="left"/>
            </w:pPr>
            <w:permStart w:id="698" w:edGrp="everyone"/>
            <w:sdt>
              <w:sdtPr>
                <w:alias w:val="No 4"/>
                <w:tag w:val="No 4"/>
                <w:id w:val="41697"/>
                <w:showingPlcHdr/>
                <w:text/>
              </w:sdtPr>
              <w:sdtContent>
                <w:r>
                  <w:rPr>
                    <w:rStyle w:val="PlaceholderText"/>
                    <w:sz w:val="17"/>
                    <w:szCs w:val="17"/>
                  </w:rPr>
                  <w:t xml:space="preserve">    </w:t>
                </w:r>
              </w:sdtContent>
            </w:sdt>
            <w:permEnd w:id="698"/>
          </w:p>
        </w:tc>
        <w:tc>
          <w:tcPr>
            <w:tcW w:type="dxa" w:w="2154"/>
            <w:vAlign w:val="center"/>
          </w:tcPr>
          <w:p>
            <w:pPr>
              <w:spacing w:before="0" w:after="0" w:line="240" w:lineRule="auto"/>
              <w:jc w:val="left"/>
            </w:pPr>
            <w:permStart w:id="699" w:edGrp="everyone"/>
            <w:sdt>
              <w:sdtPr>
                <w:alias w:val="Ad 4"/>
                <w:tag w:val="Ad 4"/>
                <w:id w:val="41698"/>
                <w:showingPlcHdr/>
                <w:text/>
              </w:sdtPr>
              <w:sdtContent>
                <w:r>
                  <w:rPr>
                    <w:rStyle w:val="PlaceholderText"/>
                    <w:sz w:val="17"/>
                    <w:szCs w:val="17"/>
                  </w:rPr>
                  <w:t xml:space="preserve">        </w:t>
                </w:r>
              </w:sdtContent>
            </w:sdt>
            <w:permEnd w:id="699"/>
          </w:p>
        </w:tc>
        <w:tc>
          <w:tcPr>
            <w:tcW w:type="dxa" w:w="907"/>
            <w:vAlign w:val="center"/>
          </w:tcPr>
          <w:p>
            <w:pPr>
              <w:spacing w:before="0" w:after="0" w:line="240" w:lineRule="auto"/>
              <w:jc w:val="left"/>
            </w:pPr>
            <w:permStart w:id="700" w:edGrp="everyone"/>
            <w:sdt>
              <w:sdtPr>
                <w:alias w:val="Eski 4"/>
                <w:tag w:val="Eski 4"/>
                <w:id w:val="41699"/>
                <w:showingPlcHdr/>
                <w:text/>
              </w:sdtPr>
              <w:sdtContent>
                <w:r>
                  <w:rPr>
                    <w:rStyle w:val="PlaceholderText"/>
                    <w:sz w:val="17"/>
                    <w:szCs w:val="17"/>
                  </w:rPr>
                  <w:t xml:space="preserve">    </w:t>
                </w:r>
              </w:sdtContent>
            </w:sdt>
            <w:permEnd w:id="700"/>
          </w:p>
        </w:tc>
        <w:tc>
          <w:tcPr>
            <w:tcW w:type="dxa" w:w="907"/>
            <w:vAlign w:val="center"/>
          </w:tcPr>
          <w:p>
            <w:pPr>
              <w:spacing w:before="0" w:after="0" w:line="240" w:lineRule="auto"/>
              <w:jc w:val="left"/>
            </w:pPr>
            <w:permStart w:id="701" w:edGrp="everyone"/>
            <w:sdt>
              <w:sdtPr>
                <w:alias w:val="Yeni 4"/>
                <w:tag w:val="Yeni 4"/>
                <w:id w:val="41700"/>
                <w:showingPlcHdr/>
                <w:text/>
              </w:sdtPr>
              <w:sdtContent>
                <w:r>
                  <w:rPr>
                    <w:rStyle w:val="PlaceholderText"/>
                    <w:sz w:val="17"/>
                    <w:szCs w:val="17"/>
                  </w:rPr>
                  <w:t xml:space="preserve">    </w:t>
                </w:r>
              </w:sdtContent>
            </w:sdt>
            <w:permEnd w:id="701"/>
          </w:p>
        </w:tc>
        <w:tc>
          <w:tcPr>
            <w:tcW w:type="dxa" w:w="1247"/>
            <w:vAlign w:val="center"/>
          </w:tcPr>
          <w:p>
            <w:pPr>
              <w:spacing w:before="0" w:after="0" w:line="240" w:lineRule="auto"/>
              <w:jc w:val="left"/>
            </w:pPr>
            <w:permStart w:id="702" w:edGrp="everyone"/>
            <w:sdt>
              <w:sdtPr>
                <w:alias w:val="4lük 4"/>
                <w:tag w:val="4lük 4"/>
                <w:id w:val="41701"/>
                <w:showingPlcHdr/>
                <w:text/>
              </w:sdtPr>
              <w:sdtContent>
                <w:r>
                  <w:rPr>
                    <w:rStyle w:val="PlaceholderText"/>
                    <w:sz w:val="17"/>
                    <w:szCs w:val="17"/>
                  </w:rPr>
                  <w:t xml:space="preserve">     </w:t>
                </w:r>
              </w:sdtContent>
            </w:sdt>
            <w:permEnd w:id="702"/>
          </w:p>
        </w:tc>
        <w:tc>
          <w:tcPr>
            <w:tcW w:type="dxa" w:w="1134"/>
            <w:vAlign w:val="center"/>
          </w:tcPr>
          <w:p>
            <w:pPr>
              <w:spacing w:before="0" w:after="0" w:line="240" w:lineRule="auto"/>
              <w:jc w:val="left"/>
            </w:pPr>
            <w:permStart w:id="703" w:edGrp="everyone"/>
            <w:sdt>
              <w:sdtPr>
                <w:alias w:val="Harf 4"/>
                <w:tag w:val="Harf 4"/>
                <w:id w:val="41702"/>
                <w:showingPlcHdr/>
                <w:text/>
              </w:sdtPr>
              <w:sdtContent>
                <w:r>
                  <w:rPr>
                    <w:rStyle w:val="PlaceholderText"/>
                    <w:sz w:val="17"/>
                    <w:szCs w:val="17"/>
                  </w:rPr>
                  <w:t xml:space="preserve">    </w:t>
                </w:r>
              </w:sdtContent>
            </w:sdt>
            <w:permEnd w:id="703"/>
          </w:p>
        </w:tc>
        <w:tc>
          <w:tcPr>
            <w:tcW w:type="dxa" w:w="2041"/>
            <w:vAlign w:val="center"/>
          </w:tcPr>
          <w:p>
            <w:pPr>
              <w:spacing w:before="0" w:after="0" w:line="240" w:lineRule="auto"/>
              <w:jc w:val="left"/>
            </w:pPr>
            <w:permStart w:id="704" w:edGrp="everyone"/>
            <w:sdt>
              <w:sdtPr>
                <w:alias w:val="Gerekçe 4"/>
                <w:tag w:val="Gerekçe 4"/>
                <w:id w:val="41703"/>
                <w:showingPlcHdr/>
                <w:text/>
              </w:sdtPr>
              <w:sdtContent>
                <w:r>
                  <w:rPr>
                    <w:rStyle w:val="PlaceholderText"/>
                    <w:sz w:val="17"/>
                    <w:szCs w:val="17"/>
                  </w:rPr>
                  <w:t xml:space="preserve">       </w:t>
                </w:r>
              </w:sdtContent>
            </w:sdt>
            <w:permEnd w:id="704"/>
          </w:p>
        </w:tc>
      </w:tr>
      <w:tr>
        <w:trPr>
          <w:trHeight w:val="351" w:hRule="atLeast"/>
          <w:cantSplit/>
        </w:trPr>
        <w:tc>
          <w:tcPr>
            <w:tcW w:type="dxa" w:w="1247"/>
            <w:vAlign w:val="center"/>
          </w:tcPr>
          <w:p>
            <w:pPr>
              <w:spacing w:before="0" w:after="0" w:line="240" w:lineRule="auto"/>
              <w:jc w:val="left"/>
            </w:pPr>
            <w:permStart w:id="705" w:edGrp="everyone"/>
            <w:sdt>
              <w:sdtPr>
                <w:alias w:val="No 5"/>
                <w:tag w:val="No 5"/>
                <w:id w:val="41704"/>
                <w:showingPlcHdr/>
                <w:text/>
              </w:sdtPr>
              <w:sdtContent>
                <w:r>
                  <w:rPr>
                    <w:rStyle w:val="PlaceholderText"/>
                    <w:sz w:val="17"/>
                    <w:szCs w:val="17"/>
                  </w:rPr>
                  <w:t xml:space="preserve">    </w:t>
                </w:r>
              </w:sdtContent>
            </w:sdt>
            <w:permEnd w:id="705"/>
          </w:p>
        </w:tc>
        <w:tc>
          <w:tcPr>
            <w:tcW w:type="dxa" w:w="2154"/>
            <w:vAlign w:val="center"/>
          </w:tcPr>
          <w:p>
            <w:pPr>
              <w:spacing w:before="0" w:after="0" w:line="240" w:lineRule="auto"/>
              <w:jc w:val="left"/>
            </w:pPr>
            <w:permStart w:id="706" w:edGrp="everyone"/>
            <w:sdt>
              <w:sdtPr>
                <w:alias w:val="Ad 5"/>
                <w:tag w:val="Ad 5"/>
                <w:id w:val="41705"/>
                <w:showingPlcHdr/>
                <w:text/>
              </w:sdtPr>
              <w:sdtContent>
                <w:r>
                  <w:rPr>
                    <w:rStyle w:val="PlaceholderText"/>
                    <w:sz w:val="17"/>
                    <w:szCs w:val="17"/>
                  </w:rPr>
                  <w:t xml:space="preserve">        </w:t>
                </w:r>
              </w:sdtContent>
            </w:sdt>
            <w:permEnd w:id="706"/>
          </w:p>
        </w:tc>
        <w:tc>
          <w:tcPr>
            <w:tcW w:type="dxa" w:w="907"/>
            <w:vAlign w:val="center"/>
          </w:tcPr>
          <w:p>
            <w:pPr>
              <w:spacing w:before="0" w:after="0" w:line="240" w:lineRule="auto"/>
              <w:jc w:val="left"/>
            </w:pPr>
            <w:permStart w:id="707" w:edGrp="everyone"/>
            <w:sdt>
              <w:sdtPr>
                <w:alias w:val="Eski 5"/>
                <w:tag w:val="Eski 5"/>
                <w:id w:val="41706"/>
                <w:showingPlcHdr/>
                <w:text/>
              </w:sdtPr>
              <w:sdtContent>
                <w:r>
                  <w:rPr>
                    <w:rStyle w:val="PlaceholderText"/>
                    <w:sz w:val="17"/>
                    <w:szCs w:val="17"/>
                  </w:rPr>
                  <w:t xml:space="preserve">    </w:t>
                </w:r>
              </w:sdtContent>
            </w:sdt>
            <w:permEnd w:id="707"/>
          </w:p>
        </w:tc>
        <w:tc>
          <w:tcPr>
            <w:tcW w:type="dxa" w:w="907"/>
            <w:vAlign w:val="center"/>
          </w:tcPr>
          <w:p>
            <w:pPr>
              <w:spacing w:before="0" w:after="0" w:line="240" w:lineRule="auto"/>
              <w:jc w:val="left"/>
            </w:pPr>
            <w:permStart w:id="708" w:edGrp="everyone"/>
            <w:sdt>
              <w:sdtPr>
                <w:alias w:val="Yeni 5"/>
                <w:tag w:val="Yeni 5"/>
                <w:id w:val="41707"/>
                <w:showingPlcHdr/>
                <w:text/>
              </w:sdtPr>
              <w:sdtContent>
                <w:r>
                  <w:rPr>
                    <w:rStyle w:val="PlaceholderText"/>
                    <w:sz w:val="17"/>
                    <w:szCs w:val="17"/>
                  </w:rPr>
                  <w:t xml:space="preserve">    </w:t>
                </w:r>
              </w:sdtContent>
            </w:sdt>
            <w:permEnd w:id="708"/>
          </w:p>
        </w:tc>
        <w:tc>
          <w:tcPr>
            <w:tcW w:type="dxa" w:w="1247"/>
            <w:vAlign w:val="center"/>
          </w:tcPr>
          <w:p>
            <w:pPr>
              <w:spacing w:before="0" w:after="0" w:line="240" w:lineRule="auto"/>
              <w:jc w:val="left"/>
            </w:pPr>
            <w:permStart w:id="709" w:edGrp="everyone"/>
            <w:sdt>
              <w:sdtPr>
                <w:alias w:val="4lük 5"/>
                <w:tag w:val="4lük 5"/>
                <w:id w:val="41708"/>
                <w:showingPlcHdr/>
                <w:text/>
              </w:sdtPr>
              <w:sdtContent>
                <w:r>
                  <w:rPr>
                    <w:rStyle w:val="PlaceholderText"/>
                    <w:sz w:val="17"/>
                    <w:szCs w:val="17"/>
                  </w:rPr>
                  <w:t xml:space="preserve">     </w:t>
                </w:r>
              </w:sdtContent>
            </w:sdt>
            <w:permEnd w:id="709"/>
          </w:p>
        </w:tc>
        <w:tc>
          <w:tcPr>
            <w:tcW w:type="dxa" w:w="1134"/>
            <w:vAlign w:val="center"/>
          </w:tcPr>
          <w:p>
            <w:pPr>
              <w:spacing w:before="0" w:after="0" w:line="240" w:lineRule="auto"/>
              <w:jc w:val="left"/>
            </w:pPr>
            <w:permStart w:id="710" w:edGrp="everyone"/>
            <w:sdt>
              <w:sdtPr>
                <w:alias w:val="Harf 5"/>
                <w:tag w:val="Harf 5"/>
                <w:id w:val="41709"/>
                <w:showingPlcHdr/>
                <w:text/>
              </w:sdtPr>
              <w:sdtContent>
                <w:r>
                  <w:rPr>
                    <w:rStyle w:val="PlaceholderText"/>
                    <w:sz w:val="17"/>
                    <w:szCs w:val="17"/>
                  </w:rPr>
                  <w:t xml:space="preserve">    </w:t>
                </w:r>
              </w:sdtContent>
            </w:sdt>
            <w:permEnd w:id="710"/>
          </w:p>
        </w:tc>
        <w:tc>
          <w:tcPr>
            <w:tcW w:type="dxa" w:w="2041"/>
            <w:vAlign w:val="center"/>
          </w:tcPr>
          <w:p>
            <w:pPr>
              <w:spacing w:before="0" w:after="0" w:line="240" w:lineRule="auto"/>
              <w:jc w:val="left"/>
            </w:pPr>
            <w:permStart w:id="711" w:edGrp="everyone"/>
            <w:sdt>
              <w:sdtPr>
                <w:alias w:val="Gerekçe 5"/>
                <w:tag w:val="Gerekçe 5"/>
                <w:id w:val="41710"/>
                <w:showingPlcHdr/>
                <w:text/>
              </w:sdtPr>
              <w:sdtContent>
                <w:r>
                  <w:rPr>
                    <w:rStyle w:val="PlaceholderText"/>
                    <w:sz w:val="17"/>
                    <w:szCs w:val="17"/>
                  </w:rPr>
                  <w:t xml:space="preserve">       </w:t>
                </w:r>
              </w:sdtContent>
            </w:sdt>
            <w:permEnd w:id="711"/>
          </w:p>
        </w:tc>
      </w:tr>
      <w:tr>
        <w:trPr>
          <w:trHeight w:val="351" w:hRule="atLeast"/>
          <w:cantSplit/>
        </w:trPr>
        <w:tc>
          <w:tcPr>
            <w:tcW w:type="dxa" w:w="1247"/>
            <w:vAlign w:val="center"/>
          </w:tcPr>
          <w:p>
            <w:pPr>
              <w:spacing w:before="0" w:after="0" w:line="240" w:lineRule="auto"/>
              <w:jc w:val="left"/>
            </w:pPr>
            <w:permStart w:id="712" w:edGrp="everyone"/>
            <w:sdt>
              <w:sdtPr>
                <w:alias w:val="No 6"/>
                <w:tag w:val="No 6"/>
                <w:id w:val="41711"/>
                <w:showingPlcHdr/>
                <w:text/>
              </w:sdtPr>
              <w:sdtContent>
                <w:r>
                  <w:rPr>
                    <w:rStyle w:val="PlaceholderText"/>
                    <w:sz w:val="17"/>
                    <w:szCs w:val="17"/>
                  </w:rPr>
                  <w:t xml:space="preserve">    </w:t>
                </w:r>
              </w:sdtContent>
            </w:sdt>
            <w:permEnd w:id="712"/>
          </w:p>
        </w:tc>
        <w:tc>
          <w:tcPr>
            <w:tcW w:type="dxa" w:w="2154"/>
            <w:vAlign w:val="center"/>
          </w:tcPr>
          <w:p>
            <w:pPr>
              <w:spacing w:before="0" w:after="0" w:line="240" w:lineRule="auto"/>
              <w:jc w:val="left"/>
            </w:pPr>
            <w:permStart w:id="713" w:edGrp="everyone"/>
            <w:sdt>
              <w:sdtPr>
                <w:alias w:val="Ad 6"/>
                <w:tag w:val="Ad 6"/>
                <w:id w:val="41712"/>
                <w:showingPlcHdr/>
                <w:text/>
              </w:sdtPr>
              <w:sdtContent>
                <w:r>
                  <w:rPr>
                    <w:rStyle w:val="PlaceholderText"/>
                    <w:sz w:val="17"/>
                    <w:szCs w:val="17"/>
                  </w:rPr>
                  <w:t xml:space="preserve">        </w:t>
                </w:r>
              </w:sdtContent>
            </w:sdt>
            <w:permEnd w:id="713"/>
          </w:p>
        </w:tc>
        <w:tc>
          <w:tcPr>
            <w:tcW w:type="dxa" w:w="907"/>
            <w:vAlign w:val="center"/>
          </w:tcPr>
          <w:p>
            <w:pPr>
              <w:spacing w:before="0" w:after="0" w:line="240" w:lineRule="auto"/>
              <w:jc w:val="left"/>
            </w:pPr>
            <w:permStart w:id="714" w:edGrp="everyone"/>
            <w:sdt>
              <w:sdtPr>
                <w:alias w:val="Eski 6"/>
                <w:tag w:val="Eski 6"/>
                <w:id w:val="41713"/>
                <w:showingPlcHdr/>
                <w:text/>
              </w:sdtPr>
              <w:sdtContent>
                <w:r>
                  <w:rPr>
                    <w:rStyle w:val="PlaceholderText"/>
                    <w:sz w:val="17"/>
                    <w:szCs w:val="17"/>
                  </w:rPr>
                  <w:t xml:space="preserve">    </w:t>
                </w:r>
              </w:sdtContent>
            </w:sdt>
            <w:permEnd w:id="714"/>
          </w:p>
        </w:tc>
        <w:tc>
          <w:tcPr>
            <w:tcW w:type="dxa" w:w="907"/>
            <w:vAlign w:val="center"/>
          </w:tcPr>
          <w:p>
            <w:pPr>
              <w:spacing w:before="0" w:after="0" w:line="240" w:lineRule="auto"/>
              <w:jc w:val="left"/>
            </w:pPr>
            <w:permStart w:id="715" w:edGrp="everyone"/>
            <w:sdt>
              <w:sdtPr>
                <w:alias w:val="Yeni 6"/>
                <w:tag w:val="Yeni 6"/>
                <w:id w:val="41714"/>
                <w:showingPlcHdr/>
                <w:text/>
              </w:sdtPr>
              <w:sdtContent>
                <w:r>
                  <w:rPr>
                    <w:rStyle w:val="PlaceholderText"/>
                    <w:sz w:val="17"/>
                    <w:szCs w:val="17"/>
                  </w:rPr>
                  <w:t xml:space="preserve">    </w:t>
                </w:r>
              </w:sdtContent>
            </w:sdt>
            <w:permEnd w:id="715"/>
          </w:p>
        </w:tc>
        <w:tc>
          <w:tcPr>
            <w:tcW w:type="dxa" w:w="1247"/>
            <w:vAlign w:val="center"/>
          </w:tcPr>
          <w:p>
            <w:pPr>
              <w:spacing w:before="0" w:after="0" w:line="240" w:lineRule="auto"/>
              <w:jc w:val="left"/>
            </w:pPr>
            <w:permStart w:id="716" w:edGrp="everyone"/>
            <w:sdt>
              <w:sdtPr>
                <w:alias w:val="4lük 6"/>
                <w:tag w:val="4lük 6"/>
                <w:id w:val="41715"/>
                <w:showingPlcHdr/>
                <w:text/>
              </w:sdtPr>
              <w:sdtContent>
                <w:r>
                  <w:rPr>
                    <w:rStyle w:val="PlaceholderText"/>
                    <w:sz w:val="17"/>
                    <w:szCs w:val="17"/>
                  </w:rPr>
                  <w:t xml:space="preserve">     </w:t>
                </w:r>
              </w:sdtContent>
            </w:sdt>
            <w:permEnd w:id="716"/>
          </w:p>
        </w:tc>
        <w:tc>
          <w:tcPr>
            <w:tcW w:type="dxa" w:w="1134"/>
            <w:vAlign w:val="center"/>
          </w:tcPr>
          <w:p>
            <w:pPr>
              <w:spacing w:before="0" w:after="0" w:line="240" w:lineRule="auto"/>
              <w:jc w:val="left"/>
            </w:pPr>
            <w:permStart w:id="717" w:edGrp="everyone"/>
            <w:sdt>
              <w:sdtPr>
                <w:alias w:val="Harf 6"/>
                <w:tag w:val="Harf 6"/>
                <w:id w:val="41716"/>
                <w:showingPlcHdr/>
                <w:text/>
              </w:sdtPr>
              <w:sdtContent>
                <w:r>
                  <w:rPr>
                    <w:rStyle w:val="PlaceholderText"/>
                    <w:sz w:val="17"/>
                    <w:szCs w:val="17"/>
                  </w:rPr>
                  <w:t xml:space="preserve">    </w:t>
                </w:r>
              </w:sdtContent>
            </w:sdt>
            <w:permEnd w:id="717"/>
          </w:p>
        </w:tc>
        <w:tc>
          <w:tcPr>
            <w:tcW w:type="dxa" w:w="2041"/>
            <w:vAlign w:val="center"/>
          </w:tcPr>
          <w:p>
            <w:pPr>
              <w:spacing w:before="0" w:after="0" w:line="240" w:lineRule="auto"/>
              <w:jc w:val="left"/>
            </w:pPr>
            <w:permStart w:id="718" w:edGrp="everyone"/>
            <w:sdt>
              <w:sdtPr>
                <w:alias w:val="Gerekçe 6"/>
                <w:tag w:val="Gerekçe 6"/>
                <w:id w:val="41717"/>
                <w:showingPlcHdr/>
                <w:text/>
              </w:sdtPr>
              <w:sdtContent>
                <w:r>
                  <w:rPr>
                    <w:rStyle w:val="PlaceholderText"/>
                    <w:sz w:val="17"/>
                    <w:szCs w:val="17"/>
                  </w:rPr>
                  <w:t xml:space="preserve">       </w:t>
                </w:r>
              </w:sdtContent>
            </w:sdt>
            <w:permEnd w:id="718"/>
          </w:p>
        </w:tc>
      </w:tr>
      <w:tr>
        <w:trPr>
          <w:trHeight w:val="351" w:hRule="atLeast"/>
          <w:cantSplit/>
        </w:trPr>
        <w:tc>
          <w:tcPr>
            <w:tcW w:type="dxa" w:w="1247"/>
            <w:vAlign w:val="center"/>
          </w:tcPr>
          <w:p>
            <w:pPr>
              <w:spacing w:before="0" w:after="0" w:line="240" w:lineRule="auto"/>
              <w:jc w:val="left"/>
            </w:pPr>
            <w:permStart w:id="719" w:edGrp="everyone"/>
            <w:sdt>
              <w:sdtPr>
                <w:alias w:val="No 7"/>
                <w:tag w:val="No 7"/>
                <w:id w:val="41718"/>
                <w:showingPlcHdr/>
                <w:text/>
              </w:sdtPr>
              <w:sdtContent>
                <w:r>
                  <w:rPr>
                    <w:rStyle w:val="PlaceholderText"/>
                    <w:sz w:val="17"/>
                    <w:szCs w:val="17"/>
                  </w:rPr>
                  <w:t xml:space="preserve">    </w:t>
                </w:r>
              </w:sdtContent>
            </w:sdt>
            <w:permEnd w:id="719"/>
          </w:p>
        </w:tc>
        <w:tc>
          <w:tcPr>
            <w:tcW w:type="dxa" w:w="2154"/>
            <w:vAlign w:val="center"/>
          </w:tcPr>
          <w:p>
            <w:pPr>
              <w:spacing w:before="0" w:after="0" w:line="240" w:lineRule="auto"/>
              <w:jc w:val="left"/>
            </w:pPr>
            <w:permStart w:id="720" w:edGrp="everyone"/>
            <w:sdt>
              <w:sdtPr>
                <w:alias w:val="Ad 7"/>
                <w:tag w:val="Ad 7"/>
                <w:id w:val="41719"/>
                <w:showingPlcHdr/>
                <w:text/>
              </w:sdtPr>
              <w:sdtContent>
                <w:r>
                  <w:rPr>
                    <w:rStyle w:val="PlaceholderText"/>
                    <w:sz w:val="17"/>
                    <w:szCs w:val="17"/>
                  </w:rPr>
                  <w:t xml:space="preserve">        </w:t>
                </w:r>
              </w:sdtContent>
            </w:sdt>
            <w:permEnd w:id="720"/>
          </w:p>
        </w:tc>
        <w:tc>
          <w:tcPr>
            <w:tcW w:type="dxa" w:w="907"/>
            <w:vAlign w:val="center"/>
          </w:tcPr>
          <w:p>
            <w:pPr>
              <w:spacing w:before="0" w:after="0" w:line="240" w:lineRule="auto"/>
              <w:jc w:val="left"/>
            </w:pPr>
            <w:permStart w:id="721" w:edGrp="everyone"/>
            <w:sdt>
              <w:sdtPr>
                <w:alias w:val="Eski 7"/>
                <w:tag w:val="Eski 7"/>
                <w:id w:val="41720"/>
                <w:showingPlcHdr/>
                <w:text/>
              </w:sdtPr>
              <w:sdtContent>
                <w:r>
                  <w:rPr>
                    <w:rStyle w:val="PlaceholderText"/>
                    <w:sz w:val="17"/>
                    <w:szCs w:val="17"/>
                  </w:rPr>
                  <w:t xml:space="preserve">    </w:t>
                </w:r>
              </w:sdtContent>
            </w:sdt>
            <w:permEnd w:id="721"/>
          </w:p>
        </w:tc>
        <w:tc>
          <w:tcPr>
            <w:tcW w:type="dxa" w:w="907"/>
            <w:vAlign w:val="center"/>
          </w:tcPr>
          <w:p>
            <w:pPr>
              <w:spacing w:before="0" w:after="0" w:line="240" w:lineRule="auto"/>
              <w:jc w:val="left"/>
            </w:pPr>
            <w:permStart w:id="722" w:edGrp="everyone"/>
            <w:sdt>
              <w:sdtPr>
                <w:alias w:val="Yeni 7"/>
                <w:tag w:val="Yeni 7"/>
                <w:id w:val="41721"/>
                <w:showingPlcHdr/>
                <w:text/>
              </w:sdtPr>
              <w:sdtContent>
                <w:r>
                  <w:rPr>
                    <w:rStyle w:val="PlaceholderText"/>
                    <w:sz w:val="17"/>
                    <w:szCs w:val="17"/>
                  </w:rPr>
                  <w:t xml:space="preserve">    </w:t>
                </w:r>
              </w:sdtContent>
            </w:sdt>
            <w:permEnd w:id="722"/>
          </w:p>
        </w:tc>
        <w:tc>
          <w:tcPr>
            <w:tcW w:type="dxa" w:w="1247"/>
            <w:vAlign w:val="center"/>
          </w:tcPr>
          <w:p>
            <w:pPr>
              <w:spacing w:before="0" w:after="0" w:line="240" w:lineRule="auto"/>
              <w:jc w:val="left"/>
            </w:pPr>
            <w:permStart w:id="723" w:edGrp="everyone"/>
            <w:sdt>
              <w:sdtPr>
                <w:alias w:val="4lük 7"/>
                <w:tag w:val="4lük 7"/>
                <w:id w:val="41722"/>
                <w:showingPlcHdr/>
                <w:text/>
              </w:sdtPr>
              <w:sdtContent>
                <w:r>
                  <w:rPr>
                    <w:rStyle w:val="PlaceholderText"/>
                    <w:sz w:val="17"/>
                    <w:szCs w:val="17"/>
                  </w:rPr>
                  <w:t xml:space="preserve">     </w:t>
                </w:r>
              </w:sdtContent>
            </w:sdt>
            <w:permEnd w:id="723"/>
          </w:p>
        </w:tc>
        <w:tc>
          <w:tcPr>
            <w:tcW w:type="dxa" w:w="1134"/>
            <w:vAlign w:val="center"/>
          </w:tcPr>
          <w:p>
            <w:pPr>
              <w:spacing w:before="0" w:after="0" w:line="240" w:lineRule="auto"/>
              <w:jc w:val="left"/>
            </w:pPr>
            <w:permStart w:id="724" w:edGrp="everyone"/>
            <w:sdt>
              <w:sdtPr>
                <w:alias w:val="Harf 7"/>
                <w:tag w:val="Harf 7"/>
                <w:id w:val="41723"/>
                <w:showingPlcHdr/>
                <w:text/>
              </w:sdtPr>
              <w:sdtContent>
                <w:r>
                  <w:rPr>
                    <w:rStyle w:val="PlaceholderText"/>
                    <w:sz w:val="17"/>
                    <w:szCs w:val="17"/>
                  </w:rPr>
                  <w:t xml:space="preserve">    </w:t>
                </w:r>
              </w:sdtContent>
            </w:sdt>
            <w:permEnd w:id="724"/>
          </w:p>
        </w:tc>
        <w:tc>
          <w:tcPr>
            <w:tcW w:type="dxa" w:w="2041"/>
            <w:vAlign w:val="center"/>
          </w:tcPr>
          <w:p>
            <w:pPr>
              <w:spacing w:before="0" w:after="0" w:line="240" w:lineRule="auto"/>
              <w:jc w:val="left"/>
            </w:pPr>
            <w:permStart w:id="725" w:edGrp="everyone"/>
            <w:sdt>
              <w:sdtPr>
                <w:alias w:val="Gerekçe 7"/>
                <w:tag w:val="Gerekçe 7"/>
                <w:id w:val="41724"/>
                <w:showingPlcHdr/>
                <w:text/>
              </w:sdtPr>
              <w:sdtContent>
                <w:r>
                  <w:rPr>
                    <w:rStyle w:val="PlaceholderText"/>
                    <w:sz w:val="17"/>
                    <w:szCs w:val="17"/>
                  </w:rPr>
                  <w:t xml:space="preserve">       </w:t>
                </w:r>
              </w:sdtContent>
            </w:sdt>
            <w:permEnd w:id="725"/>
          </w:p>
        </w:tc>
      </w:tr>
      <w:tr>
        <w:trPr>
          <w:trHeight w:val="351" w:hRule="atLeast"/>
          <w:cantSplit/>
        </w:trPr>
        <w:tc>
          <w:tcPr>
            <w:tcW w:type="dxa" w:w="1247"/>
            <w:vAlign w:val="center"/>
          </w:tcPr>
          <w:p>
            <w:pPr>
              <w:spacing w:before="0" w:after="0" w:line="240" w:lineRule="auto"/>
              <w:jc w:val="left"/>
            </w:pPr>
            <w:permStart w:id="726" w:edGrp="everyone"/>
            <w:sdt>
              <w:sdtPr>
                <w:alias w:val="No 8"/>
                <w:tag w:val="No 8"/>
                <w:id w:val="41725"/>
                <w:showingPlcHdr/>
                <w:text/>
              </w:sdtPr>
              <w:sdtContent>
                <w:r>
                  <w:rPr>
                    <w:rStyle w:val="PlaceholderText"/>
                    <w:sz w:val="17"/>
                    <w:szCs w:val="17"/>
                  </w:rPr>
                  <w:t xml:space="preserve">    </w:t>
                </w:r>
              </w:sdtContent>
            </w:sdt>
            <w:permEnd w:id="726"/>
          </w:p>
        </w:tc>
        <w:tc>
          <w:tcPr>
            <w:tcW w:type="dxa" w:w="2154"/>
            <w:vAlign w:val="center"/>
          </w:tcPr>
          <w:p>
            <w:pPr>
              <w:spacing w:before="0" w:after="0" w:line="240" w:lineRule="auto"/>
              <w:jc w:val="left"/>
            </w:pPr>
            <w:permStart w:id="727" w:edGrp="everyone"/>
            <w:sdt>
              <w:sdtPr>
                <w:alias w:val="Ad 8"/>
                <w:tag w:val="Ad 8"/>
                <w:id w:val="41726"/>
                <w:showingPlcHdr/>
                <w:text/>
              </w:sdtPr>
              <w:sdtContent>
                <w:r>
                  <w:rPr>
                    <w:rStyle w:val="PlaceholderText"/>
                    <w:sz w:val="17"/>
                    <w:szCs w:val="17"/>
                  </w:rPr>
                  <w:t xml:space="preserve">        </w:t>
                </w:r>
              </w:sdtContent>
            </w:sdt>
            <w:permEnd w:id="727"/>
          </w:p>
        </w:tc>
        <w:tc>
          <w:tcPr>
            <w:tcW w:type="dxa" w:w="907"/>
            <w:vAlign w:val="center"/>
          </w:tcPr>
          <w:p>
            <w:pPr>
              <w:spacing w:before="0" w:after="0" w:line="240" w:lineRule="auto"/>
              <w:jc w:val="left"/>
            </w:pPr>
            <w:permStart w:id="728" w:edGrp="everyone"/>
            <w:sdt>
              <w:sdtPr>
                <w:alias w:val="Eski 8"/>
                <w:tag w:val="Eski 8"/>
                <w:id w:val="41727"/>
                <w:showingPlcHdr/>
                <w:text/>
              </w:sdtPr>
              <w:sdtContent>
                <w:r>
                  <w:rPr>
                    <w:rStyle w:val="PlaceholderText"/>
                    <w:sz w:val="17"/>
                    <w:szCs w:val="17"/>
                  </w:rPr>
                  <w:t xml:space="preserve">    </w:t>
                </w:r>
              </w:sdtContent>
            </w:sdt>
            <w:permEnd w:id="728"/>
          </w:p>
        </w:tc>
        <w:tc>
          <w:tcPr>
            <w:tcW w:type="dxa" w:w="907"/>
            <w:vAlign w:val="center"/>
          </w:tcPr>
          <w:p>
            <w:pPr>
              <w:spacing w:before="0" w:after="0" w:line="240" w:lineRule="auto"/>
              <w:jc w:val="left"/>
            </w:pPr>
            <w:permStart w:id="729" w:edGrp="everyone"/>
            <w:sdt>
              <w:sdtPr>
                <w:alias w:val="Yeni 8"/>
                <w:tag w:val="Yeni 8"/>
                <w:id w:val="41728"/>
                <w:showingPlcHdr/>
                <w:text/>
              </w:sdtPr>
              <w:sdtContent>
                <w:r>
                  <w:rPr>
                    <w:rStyle w:val="PlaceholderText"/>
                    <w:sz w:val="17"/>
                    <w:szCs w:val="17"/>
                  </w:rPr>
                  <w:t xml:space="preserve">    </w:t>
                </w:r>
              </w:sdtContent>
            </w:sdt>
            <w:permEnd w:id="729"/>
          </w:p>
        </w:tc>
        <w:tc>
          <w:tcPr>
            <w:tcW w:type="dxa" w:w="1247"/>
            <w:vAlign w:val="center"/>
          </w:tcPr>
          <w:p>
            <w:pPr>
              <w:spacing w:before="0" w:after="0" w:line="240" w:lineRule="auto"/>
              <w:jc w:val="left"/>
            </w:pPr>
            <w:permStart w:id="730" w:edGrp="everyone"/>
            <w:sdt>
              <w:sdtPr>
                <w:alias w:val="4lük 8"/>
                <w:tag w:val="4lük 8"/>
                <w:id w:val="41729"/>
                <w:showingPlcHdr/>
                <w:text/>
              </w:sdtPr>
              <w:sdtContent>
                <w:r>
                  <w:rPr>
                    <w:rStyle w:val="PlaceholderText"/>
                    <w:sz w:val="17"/>
                    <w:szCs w:val="17"/>
                  </w:rPr>
                  <w:t xml:space="preserve">     </w:t>
                </w:r>
              </w:sdtContent>
            </w:sdt>
            <w:permEnd w:id="730"/>
          </w:p>
        </w:tc>
        <w:tc>
          <w:tcPr>
            <w:tcW w:type="dxa" w:w="1134"/>
            <w:vAlign w:val="center"/>
          </w:tcPr>
          <w:p>
            <w:pPr>
              <w:spacing w:before="0" w:after="0" w:line="240" w:lineRule="auto"/>
              <w:jc w:val="left"/>
            </w:pPr>
            <w:permStart w:id="731" w:edGrp="everyone"/>
            <w:sdt>
              <w:sdtPr>
                <w:alias w:val="Harf 8"/>
                <w:tag w:val="Harf 8"/>
                <w:id w:val="41730"/>
                <w:showingPlcHdr/>
                <w:text/>
              </w:sdtPr>
              <w:sdtContent>
                <w:r>
                  <w:rPr>
                    <w:rStyle w:val="PlaceholderText"/>
                    <w:sz w:val="17"/>
                    <w:szCs w:val="17"/>
                  </w:rPr>
                  <w:t xml:space="preserve">    </w:t>
                </w:r>
              </w:sdtContent>
            </w:sdt>
            <w:permEnd w:id="731"/>
          </w:p>
        </w:tc>
        <w:tc>
          <w:tcPr>
            <w:tcW w:type="dxa" w:w="2041"/>
            <w:vAlign w:val="center"/>
          </w:tcPr>
          <w:p>
            <w:pPr>
              <w:spacing w:before="0" w:after="0" w:line="240" w:lineRule="auto"/>
              <w:jc w:val="left"/>
            </w:pPr>
            <w:permStart w:id="732" w:edGrp="everyone"/>
            <w:sdt>
              <w:sdtPr>
                <w:alias w:val="Gerekçe 8"/>
                <w:tag w:val="Gerekçe 8"/>
                <w:id w:val="41731"/>
                <w:showingPlcHdr/>
                <w:text/>
              </w:sdtPr>
              <w:sdtContent>
                <w:r>
                  <w:rPr>
                    <w:rStyle w:val="PlaceholderText"/>
                    <w:sz w:val="17"/>
                    <w:szCs w:val="17"/>
                  </w:rPr>
                  <w:t xml:space="preserve">       </w:t>
                </w:r>
              </w:sdtContent>
            </w:sdt>
            <w:permEnd w:id="732"/>
          </w:p>
        </w:tc>
      </w:tr>
    </w:tbl>
    <w:p>
      <w:pPr>
        <w:spacing w:before="0" w:after="0" w:line="80" w:lineRule="exact"/>
        <w:jc w:val="left"/>
      </w:pPr>
    </w:p>
    <w:p>
      <w:pPr>
        <w:spacing w:before="0" w:after="40" w:line="240" w:lineRule="auto"/>
        <w:jc w:val="both"/>
      </w:pPr>
      <w:r>
        <w:rPr>
          <w:i/>
          <w:iCs/>
          <w:color w:val="595959"/>
          <w:sz w:val="16"/>
          <w:szCs w:val="16"/>
        </w:rPr>
        <w:t xml:space="preserve">8 öğrenciden fazlası için devam sayfasını (sayfa 2) doldurunuz. Devam sayfası gerekmiyorsa yazdırmayınız.</w:t>
      </w:r>
    </w:p>
    <w:p>
      <w:pPr>
        <w:spacing w:before="0" w:after="120" w:line="240" w:lineRule="auto"/>
        <w:jc w:val="left"/>
      </w:pPr>
      <w:r>
        <w:rPr>
          <w:sz w:val="19"/>
          <w:szCs w:val="19"/>
        </w:rPr>
        <w:t xml:space="preserve">Toplam </w:t>
      </w:r>
      <w:permStart w:id="733" w:edGrp="everyone"/>
      <w:sdt>
        <w:sdtPr>
          <w:alias w:val="Öğrenci sayısı"/>
          <w:tag w:val="Öğrenci sayısı"/>
          <w:id w:val="41732"/>
          <w:showingPlcHdr/>
          <w:text/>
        </w:sdtPr>
        <w:sdtContent>
          <w:r>
            <w:rPr>
              <w:rStyle w:val="PlaceholderText"/>
              <w:sz w:val="19"/>
              <w:szCs w:val="19"/>
            </w:rPr>
            <w:t xml:space="preserve">    </w:t>
          </w:r>
        </w:sdtContent>
      </w:sdt>
      <w:permEnd w:id="733"/>
      <w:r>
        <w:rPr>
          <w:sz w:val="19"/>
          <w:szCs w:val="19"/>
        </w:rPr>
        <w:t xml:space="preserve"> adet öğrenci.</w:t>
      </w:r>
    </w:p>
    <w:tbl>
      <w:tblPr>
        <w:tblLayout w:type="fixed"/>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3212"/>
        <w:gridCol w:w="3212"/>
        <w:gridCol w:w="3212"/>
      </w:tblGrid>
      <w:tr>
        <w:trPr>
          <w:cantSplit/>
        </w:trPr>
        <w:tc>
          <w:tcPr>
            <w:tcW w:type="dxa" w:w="3213"/>
            <w:vAlign w:val="center"/>
          </w:tcPr>
          <w:p>
            <w:pPr>
              <w:spacing w:before="0" w:after="0" w:line="240" w:lineRule="auto"/>
              <w:jc w:val="center"/>
            </w:pPr>
            <w:r>
              <w:rPr>
                <w:b/>
                <w:bCs/>
                <w:sz w:val="19"/>
                <w:szCs w:val="19"/>
              </w:rPr>
              <w:t xml:space="preserve">Öğretim Elemanı</w:t>
            </w:r>
          </w:p>
        </w:tc>
        <w:tc>
          <w:tcPr>
            <w:tcW w:type="dxa" w:w="3213"/>
            <w:vAlign w:val="center"/>
          </w:tcPr>
          <w:p>
            <w:pPr>
              <w:spacing w:before="0" w:after="0" w:line="240" w:lineRule="auto"/>
              <w:jc w:val="center"/>
            </w:pPr>
            <w:r>
              <w:rPr>
                <w:b/>
                <w:bCs/>
                <w:sz w:val="19"/>
                <w:szCs w:val="19"/>
              </w:rPr>
              <w:t xml:space="preserve">Bölüm Başkanı</w:t>
            </w:r>
          </w:p>
        </w:tc>
        <w:tc>
          <w:tcPr>
            <w:tcW w:type="dxa" w:w="3213"/>
            <w:vAlign w:val="center"/>
          </w:tcPr>
          <w:p>
            <w:pPr>
              <w:spacing w:before="0" w:after="0" w:line="240" w:lineRule="auto"/>
              <w:jc w:val="center"/>
            </w:pPr>
            <w:r>
              <w:rPr>
                <w:b/>
                <w:bCs/>
                <w:sz w:val="19"/>
                <w:szCs w:val="19"/>
              </w:rPr>
              <w:t xml:space="preserve">Yüksekokul Müdürü</w:t>
            </w:r>
          </w:p>
        </w:tc>
      </w:tr>
      <w:tr>
        <w:trPr>
          <w:cantSplit/>
        </w:trPr>
        <w:tc>
          <w:tcPr>
            <w:tcW w:type="dxa" w:w="3213"/>
            <w:vAlign w:val="center"/>
          </w:tcPr>
          <w:p>
            <w:pPr>
              <w:spacing w:before="0" w:after="0" w:line="240" w:lineRule="auto"/>
              <w:jc w:val="center"/>
            </w:pPr>
            <w:permStart w:id="734" w:edGrp="everyone"/>
            <w:sdt>
              <w:sdtPr>
                <w:alias w:val="Öğretim Elemanı Adı Soyadı"/>
                <w:tag w:val="Öğretim Elemanı Adı Soyadı"/>
                <w:id w:val="41733"/>
                <w:showingPlcHdr/>
                <w:text/>
              </w:sdtPr>
              <w:sdtContent>
                <w:r>
                  <w:rPr>
                    <w:rStyle w:val="PlaceholderText"/>
                    <w:sz w:val="19"/>
                    <w:szCs w:val="19"/>
                  </w:rPr>
                  <w:t xml:space="preserve">          </w:t>
                </w:r>
              </w:sdtContent>
            </w:sdt>
            <w:permEnd w:id="734"/>
          </w:p>
        </w:tc>
        <w:tc>
          <w:tcPr>
            <w:tcW w:type="dxa" w:w="3213"/>
            <w:vAlign w:val="center"/>
          </w:tcPr>
          <w:p>
            <w:pPr>
              <w:spacing w:before="0" w:after="0" w:line="240" w:lineRule="auto"/>
              <w:jc w:val="center"/>
            </w:pPr>
            <w:permStart w:id="735" w:edGrp="everyone"/>
            <w:sdt>
              <w:sdtPr>
                <w:alias w:val="Bölüm Başkanı Adı Soyadı"/>
                <w:tag w:val="Bölüm Başkanı Adı Soyadı"/>
                <w:id w:val="41734"/>
                <w:showingPlcHdr/>
                <w:text/>
              </w:sdtPr>
              <w:sdtContent>
                <w:r>
                  <w:rPr>
                    <w:rStyle w:val="PlaceholderText"/>
                    <w:sz w:val="19"/>
                    <w:szCs w:val="19"/>
                  </w:rPr>
                  <w:t xml:space="preserve">          </w:t>
                </w:r>
              </w:sdtContent>
            </w:sdt>
            <w:permEnd w:id="735"/>
          </w:p>
        </w:tc>
        <w:tc>
          <w:tcPr>
            <w:tcW w:type="dxa" w:w="3213"/>
            <w:vAlign w:val="center"/>
          </w:tcPr>
          <w:p>
            <w:pPr>
              <w:spacing w:before="0" w:after="0" w:line="240" w:lineRule="auto"/>
              <w:jc w:val="center"/>
            </w:pPr>
            <w:permStart w:id="736" w:edGrp="everyone"/>
            <w:sdt>
              <w:sdtPr>
                <w:alias w:val="Yüksekokul Müdürü Adı Soyadı"/>
                <w:tag w:val="Yüksekokul Müdürü Adı Soyadı"/>
                <w:id w:val="41735"/>
                <w:showingPlcHdr/>
                <w:text/>
              </w:sdtPr>
              <w:sdtContent>
                <w:r>
                  <w:rPr>
                    <w:rStyle w:val="PlaceholderText"/>
                    <w:sz w:val="19"/>
                    <w:szCs w:val="19"/>
                  </w:rPr>
                  <w:t xml:space="preserve">          </w:t>
                </w:r>
              </w:sdtContent>
            </w:sdt>
            <w:permEnd w:id="736"/>
          </w:p>
        </w:tc>
      </w:tr>
      <w:tr>
        <w:trPr>
          <w:trHeight w:val="850" w:hRule="atLeast"/>
          <w:cantSplit/>
        </w:trPr>
        <w:tc>
          <w:tcPr>
            <w:tcW w:type="dxa" w:w="3213"/>
            <w:vAlign w:val="top"/>
          </w:tcPr>
          <w:p>
            <w:pPr>
              <w:spacing w:before="0" w:after="0" w:line="240" w:lineRule="auto"/>
              <w:jc w:val="center"/>
            </w:pPr>
            <w:r>
              <w:rPr>
                <w:i/>
                <w:iCs/>
                <w:color w:val="595959"/>
                <w:sz w:val="16"/>
                <w:szCs w:val="16"/>
              </w:rPr>
              <w:t xml:space="preserve">İmza</w:t>
            </w:r>
          </w:p>
        </w:tc>
        <w:tc>
          <w:tcPr>
            <w:tcW w:type="dxa" w:w="3213"/>
            <w:vAlign w:val="top"/>
          </w:tcPr>
          <w:p>
            <w:pPr>
              <w:spacing w:before="0" w:after="0" w:line="240" w:lineRule="auto"/>
              <w:jc w:val="center"/>
            </w:pPr>
            <w:r>
              <w:rPr>
                <w:i/>
                <w:iCs/>
                <w:color w:val="595959"/>
                <w:sz w:val="16"/>
                <w:szCs w:val="16"/>
              </w:rPr>
              <w:t xml:space="preserve">İmza</w:t>
            </w:r>
          </w:p>
        </w:tc>
        <w:tc>
          <w:tcPr>
            <w:tcW w:type="dxa" w:w="3213"/>
            <w:vAlign w:val="top"/>
          </w:tcPr>
          <w:p>
            <w:pPr>
              <w:spacing w:before="0" w:after="0" w:line="240" w:lineRule="auto"/>
              <w:jc w:val="center"/>
            </w:pPr>
            <w:r>
              <w:rPr>
                <w:i/>
                <w:iCs/>
                <w:color w:val="595959"/>
                <w:sz w:val="16"/>
                <w:szCs w:val="16"/>
              </w:rPr>
              <w:t xml:space="preserve">İmza</w:t>
            </w:r>
          </w:p>
        </w:tc>
      </w:tr>
    </w:tbl>
    <w:p>
      <w:pPr>
        <w:spacing w:before="0" w:after="0" w:line="80" w:lineRule="exact"/>
        <w:jc w:val="left"/>
      </w:pPr>
    </w:p>
    <w:p>
      <w:pPr>
        <w:keepNext/>
        <w:spacing w:before="0" w:after="20" w:line="240" w:lineRule="auto"/>
        <w:jc w:val="left"/>
      </w:pPr>
      <w:r>
        <w:rPr>
          <w:b/>
          <w:bCs/>
          <w:sz w:val="18"/>
          <w:szCs w:val="18"/>
        </w:rPr>
        <w:t xml:space="preserve">EKLER</w:t>
      </w:r>
    </w:p>
    <w:p>
      <w:pPr>
        <w:spacing w:before="0" w:after="60" w:line="240" w:lineRule="auto"/>
        <w:jc w:val="left"/>
      </w:pPr>
      <w:permStart w:id="737" w:edGrp="everyone"/>
      <w:sdt>
        <w:sdtPr>
          <w:alias w:val="Sınav kâğıdının fotokopisi"/>
          <w:tag w:val="Sınav kâğıdının fotokopisi"/>
          <w:id w:val="41736"/>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permEnd w:id="737"/>
      <w:r>
        <w:rPr>
          <w:sz w:val="18"/>
          <w:szCs w:val="18"/>
        </w:rPr>
        <w:t xml:space="preserve"> Sınav kâğıdının fotokopisi   </w:t>
      </w:r>
      <w:permStart w:id="738" w:edGrp="everyone"/>
      <w:sdt>
        <w:sdtPr>
          <w:alias w:val="Sınav imza tutanağı"/>
          <w:tag w:val="Sınav imza tutanağı"/>
          <w:id w:val="41737"/>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permEnd w:id="738"/>
      <w:r>
        <w:rPr>
          <w:sz w:val="18"/>
          <w:szCs w:val="18"/>
        </w:rPr>
        <w:t xml:space="preserve"> Sınav imza tutanağı   </w:t>
      </w:r>
    </w:p>
    <w:p>
      <w:pPr>
        <w:spacing w:before="0" w:after="40" w:line="240" w:lineRule="auto"/>
        <w:jc w:val="both"/>
      </w:pPr>
      <w:r>
        <w:rPr>
          <w:i/>
          <w:iCs/>
          <w:color w:val="595959"/>
          <w:sz w:val="16"/>
          <w:szCs w:val="16"/>
        </w:rPr>
        <w:t xml:space="preserve">Yarıyıl sonu ve yaz okulu sınavlarında değişiklik yapılan notu sınıf ortalamasına göre değerlendirerek yazınız. Gerekçe sütununa notun değişiklik nedenini yazınız. Bu form, sınav kâğıdının bir sureti ve sınav imza tutanağı ile birlikte Yüksekokul Müdürlüğüne teslim edilir.</w:t>
      </w:r>
    </w:p>
    <w:p>
      <w:pPr>
        <w:pageBreakBefore/>
        <w:spacing w:before="0" w:after="120" w:line="240" w:lineRule="auto"/>
        <w:jc w:val="center"/>
      </w:pPr>
      <w:r>
        <w:rPr>
          <w:b/>
          <w:bCs/>
          <w:sz w:val="24"/>
          <w:szCs w:val="24"/>
        </w:rPr>
        <w:t xml:space="preserve">NOT DÜZELTME FORMU (DEVAM SAYFASI)</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4818"/>
        <w:gridCol w:w="4818"/>
      </w:tblGrid>
      <w:tr>
        <w:trPr>
          <w:trHeight w:val="351" w:hRule="atLeast"/>
          <w:cantSplit/>
        </w:trPr>
        <w:tc>
          <w:tcPr>
            <w:tcW w:type="dxa" w:w="4819"/>
            <w:vAlign w:val="center"/>
          </w:tcPr>
          <w:p>
            <w:pPr>
              <w:spacing w:before="0" w:after="0" w:line="240" w:lineRule="auto"/>
              <w:jc w:val="left"/>
            </w:pPr>
            <w:r>
              <w:rPr>
                <w:b/>
                <w:bCs/>
                <w:sz w:val="19"/>
                <w:szCs w:val="19"/>
              </w:rPr>
              <w:t xml:space="preserve">Ders: </w:t>
            </w:r>
            <w:permStart w:id="739" w:edGrp="everyone"/>
            <w:sdt>
              <w:sdtPr>
                <w:alias w:val="Devam ders"/>
                <w:tag w:val="Devam ders"/>
                <w:id w:val="41738"/>
                <w:showingPlcHdr/>
                <w:text/>
              </w:sdtPr>
              <w:sdtContent>
                <w:r>
                  <w:rPr>
                    <w:rStyle w:val="PlaceholderText"/>
                    <w:sz w:val="19"/>
                    <w:szCs w:val="19"/>
                  </w:rPr>
                  <w:t xml:space="preserve">               </w:t>
                </w:r>
              </w:sdtContent>
            </w:sdt>
            <w:permEnd w:id="739"/>
          </w:p>
        </w:tc>
        <w:tc>
          <w:tcPr>
            <w:tcW w:type="dxa" w:w="4819"/>
            <w:vAlign w:val="center"/>
          </w:tcPr>
          <w:p>
            <w:pPr>
              <w:spacing w:before="0" w:after="0" w:line="240" w:lineRule="auto"/>
              <w:jc w:val="left"/>
            </w:pPr>
            <w:r>
              <w:rPr>
                <w:b/>
                <w:bCs/>
                <w:sz w:val="19"/>
                <w:szCs w:val="19"/>
              </w:rPr>
              <w:t xml:space="preserve">Tarih: </w:t>
            </w:r>
            <w:permStart w:id="740" w:edGrp="everyone"/>
            <w:sdt>
              <w:sdtPr>
                <w:alias w:val="Devam tarihi"/>
                <w:tag w:val="Devam tarihi"/>
                <w:id w:val="41739"/>
              </w:sdtPr>
              <w:sdtContent>
                <w:r>
                  <w:rPr>
                    <w:sz w:val="19"/>
                    <w:szCs w:val="19"/>
                  </w:rPr>
                  <w:fldChar w:fldCharType="begin"/>
                </w:r>
                <w:r>
                  <w:rPr>
                    <w:sz w:val="19"/>
                    <w:szCs w:val="19"/>
                  </w:rPr>
                  <w:instrText xml:space="preserve"> DATE \@ "dd.MM.yyyy" </w:instrText>
                </w:r>
                <w:r>
                  <w:rPr>
                    <w:sz w:val="19"/>
                    <w:szCs w:val="19"/>
                  </w:rPr>
                  <w:fldChar w:fldCharType="separate"/>
                </w:r>
                <w:r>
                  <w:rPr>
                    <w:sz w:val="19"/>
                    <w:szCs w:val="19"/>
                  </w:rPr>
                  <w:t>06.10.2026</w:t>
                </w:r>
                <w:r>
                  <w:rPr>
                    <w:sz w:val="19"/>
                    <w:szCs w:val="19"/>
                  </w:rPr>
                  <w:fldChar w:fldCharType="end"/>
                </w:r>
              </w:sdtContent>
            </w:sdt>
            <w:permEnd w:id="740"/>
          </w:p>
        </w:tc>
      </w:tr>
    </w:tbl>
    <w:p>
      <w:pPr>
        <w:spacing w:before="0" w:after="0" w:line="80" w:lineRule="exact"/>
        <w:jc w:val="left"/>
      </w:pP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1247"/>
        <w:gridCol w:w="2154"/>
        <w:gridCol w:w="907"/>
        <w:gridCol w:w="907"/>
        <w:gridCol w:w="1247"/>
        <w:gridCol w:w="1133"/>
        <w:gridCol w:w="2040"/>
      </w:tblGrid>
      <w:tr>
        <w:trPr>
          <w:trHeight w:val="351" w:hRule="atLeast"/>
          <w:cantSplit/>
        </w:trPr>
        <w:tc>
          <w:tcPr>
            <w:tcW w:type="dxa" w:w="1247"/>
            <w:shd w:val="clear" w:color="auto" w:fill="ECE9F5"/>
            <w:vAlign w:val="center"/>
          </w:tcPr>
          <w:p>
            <w:pPr>
              <w:spacing w:before="0" w:after="0" w:line="240" w:lineRule="auto"/>
              <w:jc w:val="center"/>
            </w:pPr>
            <w:r>
              <w:rPr>
                <w:b/>
                <w:bCs/>
                <w:sz w:val="17"/>
                <w:szCs w:val="17"/>
              </w:rPr>
              <w:t xml:space="preserve">Öğrenci No</w:t>
            </w:r>
          </w:p>
        </w:tc>
        <w:tc>
          <w:tcPr>
            <w:tcW w:type="dxa" w:w="2154"/>
            <w:shd w:val="clear" w:color="auto" w:fill="ECE9F5"/>
            <w:vAlign w:val="center"/>
          </w:tcPr>
          <w:p>
            <w:pPr>
              <w:spacing w:before="0" w:after="0" w:line="240" w:lineRule="auto"/>
              <w:jc w:val="center"/>
            </w:pPr>
            <w:r>
              <w:rPr>
                <w:b/>
                <w:bCs/>
                <w:sz w:val="17"/>
                <w:szCs w:val="17"/>
              </w:rPr>
              <w:t xml:space="preserve">Adı Soyadı</w:t>
            </w:r>
          </w:p>
        </w:tc>
        <w:tc>
          <w:tcPr>
            <w:tcW w:type="dxa" w:w="907"/>
            <w:shd w:val="clear" w:color="auto" w:fill="ECE9F5"/>
            <w:vAlign w:val="center"/>
          </w:tcPr>
          <w:p>
            <w:pPr>
              <w:spacing w:before="0" w:after="0" w:line="240" w:lineRule="auto"/>
              <w:jc w:val="center"/>
            </w:pPr>
            <w:r>
              <w:rPr>
                <w:b/>
                <w:bCs/>
                <w:sz w:val="17"/>
                <w:szCs w:val="17"/>
              </w:rPr>
              <w:t xml:space="preserve">Eski Notu</w:t>
            </w:r>
          </w:p>
        </w:tc>
        <w:tc>
          <w:tcPr>
            <w:tcW w:type="dxa" w:w="907"/>
            <w:shd w:val="clear" w:color="auto" w:fill="ECE9F5"/>
            <w:vAlign w:val="center"/>
          </w:tcPr>
          <w:p>
            <w:pPr>
              <w:spacing w:before="0" w:after="0" w:line="240" w:lineRule="auto"/>
              <w:jc w:val="center"/>
            </w:pPr>
            <w:r>
              <w:rPr>
                <w:b/>
                <w:bCs/>
                <w:sz w:val="17"/>
                <w:szCs w:val="17"/>
              </w:rPr>
              <w:t xml:space="preserve">Yeni Notu</w:t>
            </w:r>
          </w:p>
        </w:tc>
        <w:tc>
          <w:tcPr>
            <w:tcW w:type="dxa" w:w="1247"/>
            <w:shd w:val="clear" w:color="auto" w:fill="ECE9F5"/>
            <w:vAlign w:val="center"/>
          </w:tcPr>
          <w:p>
            <w:pPr>
              <w:spacing w:before="0" w:after="0" w:line="240" w:lineRule="auto"/>
              <w:jc w:val="center"/>
            </w:pPr>
            <w:r>
              <w:rPr>
                <w:b/>
                <w:bCs/>
                <w:sz w:val="17"/>
                <w:szCs w:val="17"/>
              </w:rPr>
              <w:t xml:space="preserve">Yeni 4'lük Ortalaması</w:t>
            </w:r>
          </w:p>
        </w:tc>
        <w:tc>
          <w:tcPr>
            <w:tcW w:type="dxa" w:w="1134"/>
            <w:shd w:val="clear" w:color="auto" w:fill="ECE9F5"/>
            <w:vAlign w:val="center"/>
          </w:tcPr>
          <w:p>
            <w:pPr>
              <w:spacing w:before="0" w:after="0" w:line="240" w:lineRule="auto"/>
              <w:jc w:val="center"/>
            </w:pPr>
            <w:r>
              <w:rPr>
                <w:b/>
                <w:bCs/>
                <w:sz w:val="17"/>
                <w:szCs w:val="17"/>
              </w:rPr>
              <w:t xml:space="preserve">Verilecek Harf Notu</w:t>
            </w:r>
          </w:p>
        </w:tc>
        <w:tc>
          <w:tcPr>
            <w:tcW w:type="dxa" w:w="2041"/>
            <w:shd w:val="clear" w:color="auto" w:fill="ECE9F5"/>
            <w:vAlign w:val="center"/>
          </w:tcPr>
          <w:p>
            <w:pPr>
              <w:spacing w:before="0" w:after="0" w:line="240" w:lineRule="auto"/>
              <w:jc w:val="center"/>
            </w:pPr>
            <w:r>
              <w:rPr>
                <w:b/>
                <w:bCs/>
                <w:sz w:val="17"/>
                <w:szCs w:val="17"/>
              </w:rPr>
              <w:t xml:space="preserve">Gerekçe</w:t>
            </w:r>
          </w:p>
        </w:tc>
      </w:tr>
      <w:tr>
        <w:trPr>
          <w:trHeight w:val="351" w:hRule="atLeast"/>
          <w:cantSplit/>
        </w:trPr>
        <w:tc>
          <w:tcPr>
            <w:tcW w:type="dxa" w:w="1247"/>
            <w:vAlign w:val="center"/>
          </w:tcPr>
          <w:p>
            <w:pPr>
              <w:spacing w:before="0" w:after="0" w:line="240" w:lineRule="auto"/>
              <w:jc w:val="left"/>
            </w:pPr>
            <w:permStart w:id="741" w:edGrp="everyone"/>
            <w:sdt>
              <w:sdtPr>
                <w:alias w:val="No 9"/>
                <w:tag w:val="No 9"/>
                <w:id w:val="41740"/>
                <w:showingPlcHdr/>
                <w:text/>
              </w:sdtPr>
              <w:sdtContent>
                <w:r>
                  <w:rPr>
                    <w:rStyle w:val="PlaceholderText"/>
                    <w:sz w:val="17"/>
                    <w:szCs w:val="17"/>
                  </w:rPr>
                  <w:t xml:space="preserve">    </w:t>
                </w:r>
              </w:sdtContent>
            </w:sdt>
            <w:permEnd w:id="741"/>
          </w:p>
        </w:tc>
        <w:tc>
          <w:tcPr>
            <w:tcW w:type="dxa" w:w="2154"/>
            <w:vAlign w:val="center"/>
          </w:tcPr>
          <w:p>
            <w:pPr>
              <w:spacing w:before="0" w:after="0" w:line="240" w:lineRule="auto"/>
              <w:jc w:val="left"/>
            </w:pPr>
            <w:permStart w:id="742" w:edGrp="everyone"/>
            <w:sdt>
              <w:sdtPr>
                <w:alias w:val="Ad 9"/>
                <w:tag w:val="Ad 9"/>
                <w:id w:val="41741"/>
                <w:showingPlcHdr/>
                <w:text/>
              </w:sdtPr>
              <w:sdtContent>
                <w:r>
                  <w:rPr>
                    <w:rStyle w:val="PlaceholderText"/>
                    <w:sz w:val="17"/>
                    <w:szCs w:val="17"/>
                  </w:rPr>
                  <w:t xml:space="preserve">        </w:t>
                </w:r>
              </w:sdtContent>
            </w:sdt>
            <w:permEnd w:id="742"/>
          </w:p>
        </w:tc>
        <w:tc>
          <w:tcPr>
            <w:tcW w:type="dxa" w:w="907"/>
            <w:vAlign w:val="center"/>
          </w:tcPr>
          <w:p>
            <w:pPr>
              <w:spacing w:before="0" w:after="0" w:line="240" w:lineRule="auto"/>
              <w:jc w:val="left"/>
            </w:pPr>
            <w:permStart w:id="743" w:edGrp="everyone"/>
            <w:sdt>
              <w:sdtPr>
                <w:alias w:val="Eski 9"/>
                <w:tag w:val="Eski 9"/>
                <w:id w:val="41742"/>
                <w:showingPlcHdr/>
                <w:text/>
              </w:sdtPr>
              <w:sdtContent>
                <w:r>
                  <w:rPr>
                    <w:rStyle w:val="PlaceholderText"/>
                    <w:sz w:val="17"/>
                    <w:szCs w:val="17"/>
                  </w:rPr>
                  <w:t xml:space="preserve">    </w:t>
                </w:r>
              </w:sdtContent>
            </w:sdt>
            <w:permEnd w:id="743"/>
          </w:p>
        </w:tc>
        <w:tc>
          <w:tcPr>
            <w:tcW w:type="dxa" w:w="907"/>
            <w:vAlign w:val="center"/>
          </w:tcPr>
          <w:p>
            <w:pPr>
              <w:spacing w:before="0" w:after="0" w:line="240" w:lineRule="auto"/>
              <w:jc w:val="left"/>
            </w:pPr>
            <w:permStart w:id="744" w:edGrp="everyone"/>
            <w:sdt>
              <w:sdtPr>
                <w:alias w:val="Yeni 9"/>
                <w:tag w:val="Yeni 9"/>
                <w:id w:val="41743"/>
                <w:showingPlcHdr/>
                <w:text/>
              </w:sdtPr>
              <w:sdtContent>
                <w:r>
                  <w:rPr>
                    <w:rStyle w:val="PlaceholderText"/>
                    <w:sz w:val="17"/>
                    <w:szCs w:val="17"/>
                  </w:rPr>
                  <w:t xml:space="preserve">    </w:t>
                </w:r>
              </w:sdtContent>
            </w:sdt>
            <w:permEnd w:id="744"/>
          </w:p>
        </w:tc>
        <w:tc>
          <w:tcPr>
            <w:tcW w:type="dxa" w:w="1247"/>
            <w:vAlign w:val="center"/>
          </w:tcPr>
          <w:p>
            <w:pPr>
              <w:spacing w:before="0" w:after="0" w:line="240" w:lineRule="auto"/>
              <w:jc w:val="left"/>
            </w:pPr>
            <w:permStart w:id="745" w:edGrp="everyone"/>
            <w:sdt>
              <w:sdtPr>
                <w:alias w:val="4lük 9"/>
                <w:tag w:val="4lük 9"/>
                <w:id w:val="41744"/>
                <w:showingPlcHdr/>
                <w:text/>
              </w:sdtPr>
              <w:sdtContent>
                <w:r>
                  <w:rPr>
                    <w:rStyle w:val="PlaceholderText"/>
                    <w:sz w:val="17"/>
                    <w:szCs w:val="17"/>
                  </w:rPr>
                  <w:t xml:space="preserve">     </w:t>
                </w:r>
              </w:sdtContent>
            </w:sdt>
            <w:permEnd w:id="745"/>
          </w:p>
        </w:tc>
        <w:tc>
          <w:tcPr>
            <w:tcW w:type="dxa" w:w="1134"/>
            <w:vAlign w:val="center"/>
          </w:tcPr>
          <w:p>
            <w:pPr>
              <w:spacing w:before="0" w:after="0" w:line="240" w:lineRule="auto"/>
              <w:jc w:val="left"/>
            </w:pPr>
            <w:permStart w:id="746" w:edGrp="everyone"/>
            <w:sdt>
              <w:sdtPr>
                <w:alias w:val="Harf 9"/>
                <w:tag w:val="Harf 9"/>
                <w:id w:val="41745"/>
                <w:showingPlcHdr/>
                <w:text/>
              </w:sdtPr>
              <w:sdtContent>
                <w:r>
                  <w:rPr>
                    <w:rStyle w:val="PlaceholderText"/>
                    <w:sz w:val="17"/>
                    <w:szCs w:val="17"/>
                  </w:rPr>
                  <w:t xml:space="preserve">    </w:t>
                </w:r>
              </w:sdtContent>
            </w:sdt>
            <w:permEnd w:id="746"/>
          </w:p>
        </w:tc>
        <w:tc>
          <w:tcPr>
            <w:tcW w:type="dxa" w:w="2041"/>
            <w:vAlign w:val="center"/>
          </w:tcPr>
          <w:p>
            <w:pPr>
              <w:spacing w:before="0" w:after="0" w:line="240" w:lineRule="auto"/>
              <w:jc w:val="left"/>
            </w:pPr>
            <w:permStart w:id="747" w:edGrp="everyone"/>
            <w:sdt>
              <w:sdtPr>
                <w:alias w:val="Gerekçe 9"/>
                <w:tag w:val="Gerekçe 9"/>
                <w:id w:val="41746"/>
                <w:showingPlcHdr/>
                <w:text/>
              </w:sdtPr>
              <w:sdtContent>
                <w:r>
                  <w:rPr>
                    <w:rStyle w:val="PlaceholderText"/>
                    <w:sz w:val="17"/>
                    <w:szCs w:val="17"/>
                  </w:rPr>
                  <w:t xml:space="preserve">       </w:t>
                </w:r>
              </w:sdtContent>
            </w:sdt>
            <w:permEnd w:id="747"/>
          </w:p>
        </w:tc>
      </w:tr>
      <w:tr>
        <w:trPr>
          <w:trHeight w:val="351" w:hRule="atLeast"/>
          <w:cantSplit/>
        </w:trPr>
        <w:tc>
          <w:tcPr>
            <w:tcW w:type="dxa" w:w="1247"/>
            <w:vAlign w:val="center"/>
          </w:tcPr>
          <w:p>
            <w:pPr>
              <w:spacing w:before="0" w:after="0" w:line="240" w:lineRule="auto"/>
              <w:jc w:val="left"/>
            </w:pPr>
            <w:permStart w:id="748" w:edGrp="everyone"/>
            <w:sdt>
              <w:sdtPr>
                <w:alias w:val="No 10"/>
                <w:tag w:val="No 10"/>
                <w:id w:val="41747"/>
                <w:showingPlcHdr/>
                <w:text/>
              </w:sdtPr>
              <w:sdtContent>
                <w:r>
                  <w:rPr>
                    <w:rStyle w:val="PlaceholderText"/>
                    <w:sz w:val="17"/>
                    <w:szCs w:val="17"/>
                  </w:rPr>
                  <w:t xml:space="preserve">    </w:t>
                </w:r>
              </w:sdtContent>
            </w:sdt>
            <w:permEnd w:id="748"/>
          </w:p>
        </w:tc>
        <w:tc>
          <w:tcPr>
            <w:tcW w:type="dxa" w:w="2154"/>
            <w:vAlign w:val="center"/>
          </w:tcPr>
          <w:p>
            <w:pPr>
              <w:spacing w:before="0" w:after="0" w:line="240" w:lineRule="auto"/>
              <w:jc w:val="left"/>
            </w:pPr>
            <w:permStart w:id="749" w:edGrp="everyone"/>
            <w:sdt>
              <w:sdtPr>
                <w:alias w:val="Ad 10"/>
                <w:tag w:val="Ad 10"/>
                <w:id w:val="41748"/>
                <w:showingPlcHdr/>
                <w:text/>
              </w:sdtPr>
              <w:sdtContent>
                <w:r>
                  <w:rPr>
                    <w:rStyle w:val="PlaceholderText"/>
                    <w:sz w:val="17"/>
                    <w:szCs w:val="17"/>
                  </w:rPr>
                  <w:t xml:space="preserve">        </w:t>
                </w:r>
              </w:sdtContent>
            </w:sdt>
            <w:permEnd w:id="749"/>
          </w:p>
        </w:tc>
        <w:tc>
          <w:tcPr>
            <w:tcW w:type="dxa" w:w="907"/>
            <w:vAlign w:val="center"/>
          </w:tcPr>
          <w:p>
            <w:pPr>
              <w:spacing w:before="0" w:after="0" w:line="240" w:lineRule="auto"/>
              <w:jc w:val="left"/>
            </w:pPr>
            <w:permStart w:id="750" w:edGrp="everyone"/>
            <w:sdt>
              <w:sdtPr>
                <w:alias w:val="Eski 10"/>
                <w:tag w:val="Eski 10"/>
                <w:id w:val="41749"/>
                <w:showingPlcHdr/>
                <w:text/>
              </w:sdtPr>
              <w:sdtContent>
                <w:r>
                  <w:rPr>
                    <w:rStyle w:val="PlaceholderText"/>
                    <w:sz w:val="17"/>
                    <w:szCs w:val="17"/>
                  </w:rPr>
                  <w:t xml:space="preserve">    </w:t>
                </w:r>
              </w:sdtContent>
            </w:sdt>
            <w:permEnd w:id="750"/>
          </w:p>
        </w:tc>
        <w:tc>
          <w:tcPr>
            <w:tcW w:type="dxa" w:w="907"/>
            <w:vAlign w:val="center"/>
          </w:tcPr>
          <w:p>
            <w:pPr>
              <w:spacing w:before="0" w:after="0" w:line="240" w:lineRule="auto"/>
              <w:jc w:val="left"/>
            </w:pPr>
            <w:permStart w:id="751" w:edGrp="everyone"/>
            <w:sdt>
              <w:sdtPr>
                <w:alias w:val="Yeni 10"/>
                <w:tag w:val="Yeni 10"/>
                <w:id w:val="41750"/>
                <w:showingPlcHdr/>
                <w:text/>
              </w:sdtPr>
              <w:sdtContent>
                <w:r>
                  <w:rPr>
                    <w:rStyle w:val="PlaceholderText"/>
                    <w:sz w:val="17"/>
                    <w:szCs w:val="17"/>
                  </w:rPr>
                  <w:t xml:space="preserve">    </w:t>
                </w:r>
              </w:sdtContent>
            </w:sdt>
            <w:permEnd w:id="751"/>
          </w:p>
        </w:tc>
        <w:tc>
          <w:tcPr>
            <w:tcW w:type="dxa" w:w="1247"/>
            <w:vAlign w:val="center"/>
          </w:tcPr>
          <w:p>
            <w:pPr>
              <w:spacing w:before="0" w:after="0" w:line="240" w:lineRule="auto"/>
              <w:jc w:val="left"/>
            </w:pPr>
            <w:permStart w:id="752" w:edGrp="everyone"/>
            <w:sdt>
              <w:sdtPr>
                <w:alias w:val="4lük 10"/>
                <w:tag w:val="4lük 10"/>
                <w:id w:val="41751"/>
                <w:showingPlcHdr/>
                <w:text/>
              </w:sdtPr>
              <w:sdtContent>
                <w:r>
                  <w:rPr>
                    <w:rStyle w:val="PlaceholderText"/>
                    <w:sz w:val="17"/>
                    <w:szCs w:val="17"/>
                  </w:rPr>
                  <w:t xml:space="preserve">     </w:t>
                </w:r>
              </w:sdtContent>
            </w:sdt>
            <w:permEnd w:id="752"/>
          </w:p>
        </w:tc>
        <w:tc>
          <w:tcPr>
            <w:tcW w:type="dxa" w:w="1134"/>
            <w:vAlign w:val="center"/>
          </w:tcPr>
          <w:p>
            <w:pPr>
              <w:spacing w:before="0" w:after="0" w:line="240" w:lineRule="auto"/>
              <w:jc w:val="left"/>
            </w:pPr>
            <w:permStart w:id="753" w:edGrp="everyone"/>
            <w:sdt>
              <w:sdtPr>
                <w:alias w:val="Harf 10"/>
                <w:tag w:val="Harf 10"/>
                <w:id w:val="41752"/>
                <w:showingPlcHdr/>
                <w:text/>
              </w:sdtPr>
              <w:sdtContent>
                <w:r>
                  <w:rPr>
                    <w:rStyle w:val="PlaceholderText"/>
                    <w:sz w:val="17"/>
                    <w:szCs w:val="17"/>
                  </w:rPr>
                  <w:t xml:space="preserve">    </w:t>
                </w:r>
              </w:sdtContent>
            </w:sdt>
            <w:permEnd w:id="753"/>
          </w:p>
        </w:tc>
        <w:tc>
          <w:tcPr>
            <w:tcW w:type="dxa" w:w="2041"/>
            <w:vAlign w:val="center"/>
          </w:tcPr>
          <w:p>
            <w:pPr>
              <w:spacing w:before="0" w:after="0" w:line="240" w:lineRule="auto"/>
              <w:jc w:val="left"/>
            </w:pPr>
            <w:permStart w:id="754" w:edGrp="everyone"/>
            <w:sdt>
              <w:sdtPr>
                <w:alias w:val="Gerekçe 10"/>
                <w:tag w:val="Gerekçe 10"/>
                <w:id w:val="41753"/>
                <w:showingPlcHdr/>
                <w:text/>
              </w:sdtPr>
              <w:sdtContent>
                <w:r>
                  <w:rPr>
                    <w:rStyle w:val="PlaceholderText"/>
                    <w:sz w:val="17"/>
                    <w:szCs w:val="17"/>
                  </w:rPr>
                  <w:t xml:space="preserve">       </w:t>
                </w:r>
              </w:sdtContent>
            </w:sdt>
            <w:permEnd w:id="754"/>
          </w:p>
        </w:tc>
      </w:tr>
      <w:tr>
        <w:trPr>
          <w:trHeight w:val="351" w:hRule="atLeast"/>
          <w:cantSplit/>
        </w:trPr>
        <w:tc>
          <w:tcPr>
            <w:tcW w:type="dxa" w:w="1247"/>
            <w:vAlign w:val="center"/>
          </w:tcPr>
          <w:p>
            <w:pPr>
              <w:spacing w:before="0" w:after="0" w:line="240" w:lineRule="auto"/>
              <w:jc w:val="left"/>
            </w:pPr>
            <w:permStart w:id="755" w:edGrp="everyone"/>
            <w:sdt>
              <w:sdtPr>
                <w:alias w:val="No 11"/>
                <w:tag w:val="No 11"/>
                <w:id w:val="41754"/>
                <w:showingPlcHdr/>
                <w:text/>
              </w:sdtPr>
              <w:sdtContent>
                <w:r>
                  <w:rPr>
                    <w:rStyle w:val="PlaceholderText"/>
                    <w:sz w:val="17"/>
                    <w:szCs w:val="17"/>
                  </w:rPr>
                  <w:t xml:space="preserve">    </w:t>
                </w:r>
              </w:sdtContent>
            </w:sdt>
            <w:permEnd w:id="755"/>
          </w:p>
        </w:tc>
        <w:tc>
          <w:tcPr>
            <w:tcW w:type="dxa" w:w="2154"/>
            <w:vAlign w:val="center"/>
          </w:tcPr>
          <w:p>
            <w:pPr>
              <w:spacing w:before="0" w:after="0" w:line="240" w:lineRule="auto"/>
              <w:jc w:val="left"/>
            </w:pPr>
            <w:permStart w:id="756" w:edGrp="everyone"/>
            <w:sdt>
              <w:sdtPr>
                <w:alias w:val="Ad 11"/>
                <w:tag w:val="Ad 11"/>
                <w:id w:val="41755"/>
                <w:showingPlcHdr/>
                <w:text/>
              </w:sdtPr>
              <w:sdtContent>
                <w:r>
                  <w:rPr>
                    <w:rStyle w:val="PlaceholderText"/>
                    <w:sz w:val="17"/>
                    <w:szCs w:val="17"/>
                  </w:rPr>
                  <w:t xml:space="preserve">        </w:t>
                </w:r>
              </w:sdtContent>
            </w:sdt>
            <w:permEnd w:id="756"/>
          </w:p>
        </w:tc>
        <w:tc>
          <w:tcPr>
            <w:tcW w:type="dxa" w:w="907"/>
            <w:vAlign w:val="center"/>
          </w:tcPr>
          <w:p>
            <w:pPr>
              <w:spacing w:before="0" w:after="0" w:line="240" w:lineRule="auto"/>
              <w:jc w:val="left"/>
            </w:pPr>
            <w:permStart w:id="757" w:edGrp="everyone"/>
            <w:sdt>
              <w:sdtPr>
                <w:alias w:val="Eski 11"/>
                <w:tag w:val="Eski 11"/>
                <w:id w:val="41756"/>
                <w:showingPlcHdr/>
                <w:text/>
              </w:sdtPr>
              <w:sdtContent>
                <w:r>
                  <w:rPr>
                    <w:rStyle w:val="PlaceholderText"/>
                    <w:sz w:val="17"/>
                    <w:szCs w:val="17"/>
                  </w:rPr>
                  <w:t xml:space="preserve">    </w:t>
                </w:r>
              </w:sdtContent>
            </w:sdt>
            <w:permEnd w:id="757"/>
          </w:p>
        </w:tc>
        <w:tc>
          <w:tcPr>
            <w:tcW w:type="dxa" w:w="907"/>
            <w:vAlign w:val="center"/>
          </w:tcPr>
          <w:p>
            <w:pPr>
              <w:spacing w:before="0" w:after="0" w:line="240" w:lineRule="auto"/>
              <w:jc w:val="left"/>
            </w:pPr>
            <w:permStart w:id="758" w:edGrp="everyone"/>
            <w:sdt>
              <w:sdtPr>
                <w:alias w:val="Yeni 11"/>
                <w:tag w:val="Yeni 11"/>
                <w:id w:val="41757"/>
                <w:showingPlcHdr/>
                <w:text/>
              </w:sdtPr>
              <w:sdtContent>
                <w:r>
                  <w:rPr>
                    <w:rStyle w:val="PlaceholderText"/>
                    <w:sz w:val="17"/>
                    <w:szCs w:val="17"/>
                  </w:rPr>
                  <w:t xml:space="preserve">    </w:t>
                </w:r>
              </w:sdtContent>
            </w:sdt>
            <w:permEnd w:id="758"/>
          </w:p>
        </w:tc>
        <w:tc>
          <w:tcPr>
            <w:tcW w:type="dxa" w:w="1247"/>
            <w:vAlign w:val="center"/>
          </w:tcPr>
          <w:p>
            <w:pPr>
              <w:spacing w:before="0" w:after="0" w:line="240" w:lineRule="auto"/>
              <w:jc w:val="left"/>
            </w:pPr>
            <w:permStart w:id="759" w:edGrp="everyone"/>
            <w:sdt>
              <w:sdtPr>
                <w:alias w:val="4lük 11"/>
                <w:tag w:val="4lük 11"/>
                <w:id w:val="41758"/>
                <w:showingPlcHdr/>
                <w:text/>
              </w:sdtPr>
              <w:sdtContent>
                <w:r>
                  <w:rPr>
                    <w:rStyle w:val="PlaceholderText"/>
                    <w:sz w:val="17"/>
                    <w:szCs w:val="17"/>
                  </w:rPr>
                  <w:t xml:space="preserve">     </w:t>
                </w:r>
              </w:sdtContent>
            </w:sdt>
            <w:permEnd w:id="759"/>
          </w:p>
        </w:tc>
        <w:tc>
          <w:tcPr>
            <w:tcW w:type="dxa" w:w="1134"/>
            <w:vAlign w:val="center"/>
          </w:tcPr>
          <w:p>
            <w:pPr>
              <w:spacing w:before="0" w:after="0" w:line="240" w:lineRule="auto"/>
              <w:jc w:val="left"/>
            </w:pPr>
            <w:permStart w:id="760" w:edGrp="everyone"/>
            <w:sdt>
              <w:sdtPr>
                <w:alias w:val="Harf 11"/>
                <w:tag w:val="Harf 11"/>
                <w:id w:val="41759"/>
                <w:showingPlcHdr/>
                <w:text/>
              </w:sdtPr>
              <w:sdtContent>
                <w:r>
                  <w:rPr>
                    <w:rStyle w:val="PlaceholderText"/>
                    <w:sz w:val="17"/>
                    <w:szCs w:val="17"/>
                  </w:rPr>
                  <w:t xml:space="preserve">    </w:t>
                </w:r>
              </w:sdtContent>
            </w:sdt>
            <w:permEnd w:id="760"/>
          </w:p>
        </w:tc>
        <w:tc>
          <w:tcPr>
            <w:tcW w:type="dxa" w:w="2041"/>
            <w:vAlign w:val="center"/>
          </w:tcPr>
          <w:p>
            <w:pPr>
              <w:spacing w:before="0" w:after="0" w:line="240" w:lineRule="auto"/>
              <w:jc w:val="left"/>
            </w:pPr>
            <w:permStart w:id="761" w:edGrp="everyone"/>
            <w:sdt>
              <w:sdtPr>
                <w:alias w:val="Gerekçe 11"/>
                <w:tag w:val="Gerekçe 11"/>
                <w:id w:val="41760"/>
                <w:showingPlcHdr/>
                <w:text/>
              </w:sdtPr>
              <w:sdtContent>
                <w:r>
                  <w:rPr>
                    <w:rStyle w:val="PlaceholderText"/>
                    <w:sz w:val="17"/>
                    <w:szCs w:val="17"/>
                  </w:rPr>
                  <w:t xml:space="preserve">       </w:t>
                </w:r>
              </w:sdtContent>
            </w:sdt>
            <w:permEnd w:id="761"/>
          </w:p>
        </w:tc>
      </w:tr>
      <w:tr>
        <w:trPr>
          <w:trHeight w:val="351" w:hRule="atLeast"/>
          <w:cantSplit/>
        </w:trPr>
        <w:tc>
          <w:tcPr>
            <w:tcW w:type="dxa" w:w="1247"/>
            <w:vAlign w:val="center"/>
          </w:tcPr>
          <w:p>
            <w:pPr>
              <w:spacing w:before="0" w:after="0" w:line="240" w:lineRule="auto"/>
              <w:jc w:val="left"/>
            </w:pPr>
            <w:permStart w:id="762" w:edGrp="everyone"/>
            <w:sdt>
              <w:sdtPr>
                <w:alias w:val="No 12"/>
                <w:tag w:val="No 12"/>
                <w:id w:val="41761"/>
                <w:showingPlcHdr/>
                <w:text/>
              </w:sdtPr>
              <w:sdtContent>
                <w:r>
                  <w:rPr>
                    <w:rStyle w:val="PlaceholderText"/>
                    <w:sz w:val="17"/>
                    <w:szCs w:val="17"/>
                  </w:rPr>
                  <w:t xml:space="preserve">    </w:t>
                </w:r>
              </w:sdtContent>
            </w:sdt>
            <w:permEnd w:id="762"/>
          </w:p>
        </w:tc>
        <w:tc>
          <w:tcPr>
            <w:tcW w:type="dxa" w:w="2154"/>
            <w:vAlign w:val="center"/>
          </w:tcPr>
          <w:p>
            <w:pPr>
              <w:spacing w:before="0" w:after="0" w:line="240" w:lineRule="auto"/>
              <w:jc w:val="left"/>
            </w:pPr>
            <w:permStart w:id="763" w:edGrp="everyone"/>
            <w:sdt>
              <w:sdtPr>
                <w:alias w:val="Ad 12"/>
                <w:tag w:val="Ad 12"/>
                <w:id w:val="41762"/>
                <w:showingPlcHdr/>
                <w:text/>
              </w:sdtPr>
              <w:sdtContent>
                <w:r>
                  <w:rPr>
                    <w:rStyle w:val="PlaceholderText"/>
                    <w:sz w:val="17"/>
                    <w:szCs w:val="17"/>
                  </w:rPr>
                  <w:t xml:space="preserve">        </w:t>
                </w:r>
              </w:sdtContent>
            </w:sdt>
            <w:permEnd w:id="763"/>
          </w:p>
        </w:tc>
        <w:tc>
          <w:tcPr>
            <w:tcW w:type="dxa" w:w="907"/>
            <w:vAlign w:val="center"/>
          </w:tcPr>
          <w:p>
            <w:pPr>
              <w:spacing w:before="0" w:after="0" w:line="240" w:lineRule="auto"/>
              <w:jc w:val="left"/>
            </w:pPr>
            <w:permStart w:id="764" w:edGrp="everyone"/>
            <w:sdt>
              <w:sdtPr>
                <w:alias w:val="Eski 12"/>
                <w:tag w:val="Eski 12"/>
                <w:id w:val="41763"/>
                <w:showingPlcHdr/>
                <w:text/>
              </w:sdtPr>
              <w:sdtContent>
                <w:r>
                  <w:rPr>
                    <w:rStyle w:val="PlaceholderText"/>
                    <w:sz w:val="17"/>
                    <w:szCs w:val="17"/>
                  </w:rPr>
                  <w:t xml:space="preserve">    </w:t>
                </w:r>
              </w:sdtContent>
            </w:sdt>
            <w:permEnd w:id="764"/>
          </w:p>
        </w:tc>
        <w:tc>
          <w:tcPr>
            <w:tcW w:type="dxa" w:w="907"/>
            <w:vAlign w:val="center"/>
          </w:tcPr>
          <w:p>
            <w:pPr>
              <w:spacing w:before="0" w:after="0" w:line="240" w:lineRule="auto"/>
              <w:jc w:val="left"/>
            </w:pPr>
            <w:permStart w:id="765" w:edGrp="everyone"/>
            <w:sdt>
              <w:sdtPr>
                <w:alias w:val="Yeni 12"/>
                <w:tag w:val="Yeni 12"/>
                <w:id w:val="41764"/>
                <w:showingPlcHdr/>
                <w:text/>
              </w:sdtPr>
              <w:sdtContent>
                <w:r>
                  <w:rPr>
                    <w:rStyle w:val="PlaceholderText"/>
                    <w:sz w:val="17"/>
                    <w:szCs w:val="17"/>
                  </w:rPr>
                  <w:t xml:space="preserve">    </w:t>
                </w:r>
              </w:sdtContent>
            </w:sdt>
            <w:permEnd w:id="765"/>
          </w:p>
        </w:tc>
        <w:tc>
          <w:tcPr>
            <w:tcW w:type="dxa" w:w="1247"/>
            <w:vAlign w:val="center"/>
          </w:tcPr>
          <w:p>
            <w:pPr>
              <w:spacing w:before="0" w:after="0" w:line="240" w:lineRule="auto"/>
              <w:jc w:val="left"/>
            </w:pPr>
            <w:permStart w:id="766" w:edGrp="everyone"/>
            <w:sdt>
              <w:sdtPr>
                <w:alias w:val="4lük 12"/>
                <w:tag w:val="4lük 12"/>
                <w:id w:val="41765"/>
                <w:showingPlcHdr/>
                <w:text/>
              </w:sdtPr>
              <w:sdtContent>
                <w:r>
                  <w:rPr>
                    <w:rStyle w:val="PlaceholderText"/>
                    <w:sz w:val="17"/>
                    <w:szCs w:val="17"/>
                  </w:rPr>
                  <w:t xml:space="preserve">     </w:t>
                </w:r>
              </w:sdtContent>
            </w:sdt>
            <w:permEnd w:id="766"/>
          </w:p>
        </w:tc>
        <w:tc>
          <w:tcPr>
            <w:tcW w:type="dxa" w:w="1134"/>
            <w:vAlign w:val="center"/>
          </w:tcPr>
          <w:p>
            <w:pPr>
              <w:spacing w:before="0" w:after="0" w:line="240" w:lineRule="auto"/>
              <w:jc w:val="left"/>
            </w:pPr>
            <w:permStart w:id="767" w:edGrp="everyone"/>
            <w:sdt>
              <w:sdtPr>
                <w:alias w:val="Harf 12"/>
                <w:tag w:val="Harf 12"/>
                <w:id w:val="41766"/>
                <w:showingPlcHdr/>
                <w:text/>
              </w:sdtPr>
              <w:sdtContent>
                <w:r>
                  <w:rPr>
                    <w:rStyle w:val="PlaceholderText"/>
                    <w:sz w:val="17"/>
                    <w:szCs w:val="17"/>
                  </w:rPr>
                  <w:t xml:space="preserve">    </w:t>
                </w:r>
              </w:sdtContent>
            </w:sdt>
            <w:permEnd w:id="767"/>
          </w:p>
        </w:tc>
        <w:tc>
          <w:tcPr>
            <w:tcW w:type="dxa" w:w="2041"/>
            <w:vAlign w:val="center"/>
          </w:tcPr>
          <w:p>
            <w:pPr>
              <w:spacing w:before="0" w:after="0" w:line="240" w:lineRule="auto"/>
              <w:jc w:val="left"/>
            </w:pPr>
            <w:permStart w:id="768" w:edGrp="everyone"/>
            <w:sdt>
              <w:sdtPr>
                <w:alias w:val="Gerekçe 12"/>
                <w:tag w:val="Gerekçe 12"/>
                <w:id w:val="41767"/>
                <w:showingPlcHdr/>
                <w:text/>
              </w:sdtPr>
              <w:sdtContent>
                <w:r>
                  <w:rPr>
                    <w:rStyle w:val="PlaceholderText"/>
                    <w:sz w:val="17"/>
                    <w:szCs w:val="17"/>
                  </w:rPr>
                  <w:t xml:space="preserve">       </w:t>
                </w:r>
              </w:sdtContent>
            </w:sdt>
            <w:permEnd w:id="768"/>
          </w:p>
        </w:tc>
      </w:tr>
      <w:tr>
        <w:trPr>
          <w:trHeight w:val="351" w:hRule="atLeast"/>
          <w:cantSplit/>
        </w:trPr>
        <w:tc>
          <w:tcPr>
            <w:tcW w:type="dxa" w:w="1247"/>
            <w:vAlign w:val="center"/>
          </w:tcPr>
          <w:p>
            <w:pPr>
              <w:spacing w:before="0" w:after="0" w:line="240" w:lineRule="auto"/>
              <w:jc w:val="left"/>
            </w:pPr>
            <w:permStart w:id="769" w:edGrp="everyone"/>
            <w:sdt>
              <w:sdtPr>
                <w:alias w:val="No 13"/>
                <w:tag w:val="No 13"/>
                <w:id w:val="41768"/>
                <w:showingPlcHdr/>
                <w:text/>
              </w:sdtPr>
              <w:sdtContent>
                <w:r>
                  <w:rPr>
                    <w:rStyle w:val="PlaceholderText"/>
                    <w:sz w:val="17"/>
                    <w:szCs w:val="17"/>
                  </w:rPr>
                  <w:t xml:space="preserve">    </w:t>
                </w:r>
              </w:sdtContent>
            </w:sdt>
            <w:permEnd w:id="769"/>
          </w:p>
        </w:tc>
        <w:tc>
          <w:tcPr>
            <w:tcW w:type="dxa" w:w="2154"/>
            <w:vAlign w:val="center"/>
          </w:tcPr>
          <w:p>
            <w:pPr>
              <w:spacing w:before="0" w:after="0" w:line="240" w:lineRule="auto"/>
              <w:jc w:val="left"/>
            </w:pPr>
            <w:permStart w:id="770" w:edGrp="everyone"/>
            <w:sdt>
              <w:sdtPr>
                <w:alias w:val="Ad 13"/>
                <w:tag w:val="Ad 13"/>
                <w:id w:val="41769"/>
                <w:showingPlcHdr/>
                <w:text/>
              </w:sdtPr>
              <w:sdtContent>
                <w:r>
                  <w:rPr>
                    <w:rStyle w:val="PlaceholderText"/>
                    <w:sz w:val="17"/>
                    <w:szCs w:val="17"/>
                  </w:rPr>
                  <w:t xml:space="preserve">        </w:t>
                </w:r>
              </w:sdtContent>
            </w:sdt>
            <w:permEnd w:id="770"/>
          </w:p>
        </w:tc>
        <w:tc>
          <w:tcPr>
            <w:tcW w:type="dxa" w:w="907"/>
            <w:vAlign w:val="center"/>
          </w:tcPr>
          <w:p>
            <w:pPr>
              <w:spacing w:before="0" w:after="0" w:line="240" w:lineRule="auto"/>
              <w:jc w:val="left"/>
            </w:pPr>
            <w:permStart w:id="771" w:edGrp="everyone"/>
            <w:sdt>
              <w:sdtPr>
                <w:alias w:val="Eski 13"/>
                <w:tag w:val="Eski 13"/>
                <w:id w:val="41770"/>
                <w:showingPlcHdr/>
                <w:text/>
              </w:sdtPr>
              <w:sdtContent>
                <w:r>
                  <w:rPr>
                    <w:rStyle w:val="PlaceholderText"/>
                    <w:sz w:val="17"/>
                    <w:szCs w:val="17"/>
                  </w:rPr>
                  <w:t xml:space="preserve">    </w:t>
                </w:r>
              </w:sdtContent>
            </w:sdt>
            <w:permEnd w:id="771"/>
          </w:p>
        </w:tc>
        <w:tc>
          <w:tcPr>
            <w:tcW w:type="dxa" w:w="907"/>
            <w:vAlign w:val="center"/>
          </w:tcPr>
          <w:p>
            <w:pPr>
              <w:spacing w:before="0" w:after="0" w:line="240" w:lineRule="auto"/>
              <w:jc w:val="left"/>
            </w:pPr>
            <w:permStart w:id="772" w:edGrp="everyone"/>
            <w:sdt>
              <w:sdtPr>
                <w:alias w:val="Yeni 13"/>
                <w:tag w:val="Yeni 13"/>
                <w:id w:val="41771"/>
                <w:showingPlcHdr/>
                <w:text/>
              </w:sdtPr>
              <w:sdtContent>
                <w:r>
                  <w:rPr>
                    <w:rStyle w:val="PlaceholderText"/>
                    <w:sz w:val="17"/>
                    <w:szCs w:val="17"/>
                  </w:rPr>
                  <w:t xml:space="preserve">    </w:t>
                </w:r>
              </w:sdtContent>
            </w:sdt>
            <w:permEnd w:id="772"/>
          </w:p>
        </w:tc>
        <w:tc>
          <w:tcPr>
            <w:tcW w:type="dxa" w:w="1247"/>
            <w:vAlign w:val="center"/>
          </w:tcPr>
          <w:p>
            <w:pPr>
              <w:spacing w:before="0" w:after="0" w:line="240" w:lineRule="auto"/>
              <w:jc w:val="left"/>
            </w:pPr>
            <w:permStart w:id="773" w:edGrp="everyone"/>
            <w:sdt>
              <w:sdtPr>
                <w:alias w:val="4lük 13"/>
                <w:tag w:val="4lük 13"/>
                <w:id w:val="41772"/>
                <w:showingPlcHdr/>
                <w:text/>
              </w:sdtPr>
              <w:sdtContent>
                <w:r>
                  <w:rPr>
                    <w:rStyle w:val="PlaceholderText"/>
                    <w:sz w:val="17"/>
                    <w:szCs w:val="17"/>
                  </w:rPr>
                  <w:t xml:space="preserve">     </w:t>
                </w:r>
              </w:sdtContent>
            </w:sdt>
            <w:permEnd w:id="773"/>
          </w:p>
        </w:tc>
        <w:tc>
          <w:tcPr>
            <w:tcW w:type="dxa" w:w="1134"/>
            <w:vAlign w:val="center"/>
          </w:tcPr>
          <w:p>
            <w:pPr>
              <w:spacing w:before="0" w:after="0" w:line="240" w:lineRule="auto"/>
              <w:jc w:val="left"/>
            </w:pPr>
            <w:permStart w:id="774" w:edGrp="everyone"/>
            <w:sdt>
              <w:sdtPr>
                <w:alias w:val="Harf 13"/>
                <w:tag w:val="Harf 13"/>
                <w:id w:val="41773"/>
                <w:showingPlcHdr/>
                <w:text/>
              </w:sdtPr>
              <w:sdtContent>
                <w:r>
                  <w:rPr>
                    <w:rStyle w:val="PlaceholderText"/>
                    <w:sz w:val="17"/>
                    <w:szCs w:val="17"/>
                  </w:rPr>
                  <w:t xml:space="preserve">    </w:t>
                </w:r>
              </w:sdtContent>
            </w:sdt>
            <w:permEnd w:id="774"/>
          </w:p>
        </w:tc>
        <w:tc>
          <w:tcPr>
            <w:tcW w:type="dxa" w:w="2041"/>
            <w:vAlign w:val="center"/>
          </w:tcPr>
          <w:p>
            <w:pPr>
              <w:spacing w:before="0" w:after="0" w:line="240" w:lineRule="auto"/>
              <w:jc w:val="left"/>
            </w:pPr>
            <w:permStart w:id="775" w:edGrp="everyone"/>
            <w:sdt>
              <w:sdtPr>
                <w:alias w:val="Gerekçe 13"/>
                <w:tag w:val="Gerekçe 13"/>
                <w:id w:val="41774"/>
                <w:showingPlcHdr/>
                <w:text/>
              </w:sdtPr>
              <w:sdtContent>
                <w:r>
                  <w:rPr>
                    <w:rStyle w:val="PlaceholderText"/>
                    <w:sz w:val="17"/>
                    <w:szCs w:val="17"/>
                  </w:rPr>
                  <w:t xml:space="preserve">       </w:t>
                </w:r>
              </w:sdtContent>
            </w:sdt>
            <w:permEnd w:id="775"/>
          </w:p>
        </w:tc>
      </w:tr>
      <w:tr>
        <w:trPr>
          <w:trHeight w:val="351" w:hRule="atLeast"/>
          <w:cantSplit/>
        </w:trPr>
        <w:tc>
          <w:tcPr>
            <w:tcW w:type="dxa" w:w="1247"/>
            <w:vAlign w:val="center"/>
          </w:tcPr>
          <w:p>
            <w:pPr>
              <w:spacing w:before="0" w:after="0" w:line="240" w:lineRule="auto"/>
              <w:jc w:val="left"/>
            </w:pPr>
            <w:permStart w:id="776" w:edGrp="everyone"/>
            <w:sdt>
              <w:sdtPr>
                <w:alias w:val="No 14"/>
                <w:tag w:val="No 14"/>
                <w:id w:val="41775"/>
                <w:showingPlcHdr/>
                <w:text/>
              </w:sdtPr>
              <w:sdtContent>
                <w:r>
                  <w:rPr>
                    <w:rStyle w:val="PlaceholderText"/>
                    <w:sz w:val="17"/>
                    <w:szCs w:val="17"/>
                  </w:rPr>
                  <w:t xml:space="preserve">    </w:t>
                </w:r>
              </w:sdtContent>
            </w:sdt>
            <w:permEnd w:id="776"/>
          </w:p>
        </w:tc>
        <w:tc>
          <w:tcPr>
            <w:tcW w:type="dxa" w:w="2154"/>
            <w:vAlign w:val="center"/>
          </w:tcPr>
          <w:p>
            <w:pPr>
              <w:spacing w:before="0" w:after="0" w:line="240" w:lineRule="auto"/>
              <w:jc w:val="left"/>
            </w:pPr>
            <w:permStart w:id="777" w:edGrp="everyone"/>
            <w:sdt>
              <w:sdtPr>
                <w:alias w:val="Ad 14"/>
                <w:tag w:val="Ad 14"/>
                <w:id w:val="41776"/>
                <w:showingPlcHdr/>
                <w:text/>
              </w:sdtPr>
              <w:sdtContent>
                <w:r>
                  <w:rPr>
                    <w:rStyle w:val="PlaceholderText"/>
                    <w:sz w:val="17"/>
                    <w:szCs w:val="17"/>
                  </w:rPr>
                  <w:t xml:space="preserve">        </w:t>
                </w:r>
              </w:sdtContent>
            </w:sdt>
            <w:permEnd w:id="777"/>
          </w:p>
        </w:tc>
        <w:tc>
          <w:tcPr>
            <w:tcW w:type="dxa" w:w="907"/>
            <w:vAlign w:val="center"/>
          </w:tcPr>
          <w:p>
            <w:pPr>
              <w:spacing w:before="0" w:after="0" w:line="240" w:lineRule="auto"/>
              <w:jc w:val="left"/>
            </w:pPr>
            <w:permStart w:id="778" w:edGrp="everyone"/>
            <w:sdt>
              <w:sdtPr>
                <w:alias w:val="Eski 14"/>
                <w:tag w:val="Eski 14"/>
                <w:id w:val="41777"/>
                <w:showingPlcHdr/>
                <w:text/>
              </w:sdtPr>
              <w:sdtContent>
                <w:r>
                  <w:rPr>
                    <w:rStyle w:val="PlaceholderText"/>
                    <w:sz w:val="17"/>
                    <w:szCs w:val="17"/>
                  </w:rPr>
                  <w:t xml:space="preserve">    </w:t>
                </w:r>
              </w:sdtContent>
            </w:sdt>
            <w:permEnd w:id="778"/>
          </w:p>
        </w:tc>
        <w:tc>
          <w:tcPr>
            <w:tcW w:type="dxa" w:w="907"/>
            <w:vAlign w:val="center"/>
          </w:tcPr>
          <w:p>
            <w:pPr>
              <w:spacing w:before="0" w:after="0" w:line="240" w:lineRule="auto"/>
              <w:jc w:val="left"/>
            </w:pPr>
            <w:permStart w:id="779" w:edGrp="everyone"/>
            <w:sdt>
              <w:sdtPr>
                <w:alias w:val="Yeni 14"/>
                <w:tag w:val="Yeni 14"/>
                <w:id w:val="41778"/>
                <w:showingPlcHdr/>
                <w:text/>
              </w:sdtPr>
              <w:sdtContent>
                <w:r>
                  <w:rPr>
                    <w:rStyle w:val="PlaceholderText"/>
                    <w:sz w:val="17"/>
                    <w:szCs w:val="17"/>
                  </w:rPr>
                  <w:t xml:space="preserve">    </w:t>
                </w:r>
              </w:sdtContent>
            </w:sdt>
            <w:permEnd w:id="779"/>
          </w:p>
        </w:tc>
        <w:tc>
          <w:tcPr>
            <w:tcW w:type="dxa" w:w="1247"/>
            <w:vAlign w:val="center"/>
          </w:tcPr>
          <w:p>
            <w:pPr>
              <w:spacing w:before="0" w:after="0" w:line="240" w:lineRule="auto"/>
              <w:jc w:val="left"/>
            </w:pPr>
            <w:permStart w:id="780" w:edGrp="everyone"/>
            <w:sdt>
              <w:sdtPr>
                <w:alias w:val="4lük 14"/>
                <w:tag w:val="4lük 14"/>
                <w:id w:val="41779"/>
                <w:showingPlcHdr/>
                <w:text/>
              </w:sdtPr>
              <w:sdtContent>
                <w:r>
                  <w:rPr>
                    <w:rStyle w:val="PlaceholderText"/>
                    <w:sz w:val="17"/>
                    <w:szCs w:val="17"/>
                  </w:rPr>
                  <w:t xml:space="preserve">     </w:t>
                </w:r>
              </w:sdtContent>
            </w:sdt>
            <w:permEnd w:id="780"/>
          </w:p>
        </w:tc>
        <w:tc>
          <w:tcPr>
            <w:tcW w:type="dxa" w:w="1134"/>
            <w:vAlign w:val="center"/>
          </w:tcPr>
          <w:p>
            <w:pPr>
              <w:spacing w:before="0" w:after="0" w:line="240" w:lineRule="auto"/>
              <w:jc w:val="left"/>
            </w:pPr>
            <w:permStart w:id="781" w:edGrp="everyone"/>
            <w:sdt>
              <w:sdtPr>
                <w:alias w:val="Harf 14"/>
                <w:tag w:val="Harf 14"/>
                <w:id w:val="41780"/>
                <w:showingPlcHdr/>
                <w:text/>
              </w:sdtPr>
              <w:sdtContent>
                <w:r>
                  <w:rPr>
                    <w:rStyle w:val="PlaceholderText"/>
                    <w:sz w:val="17"/>
                    <w:szCs w:val="17"/>
                  </w:rPr>
                  <w:t xml:space="preserve">    </w:t>
                </w:r>
              </w:sdtContent>
            </w:sdt>
            <w:permEnd w:id="781"/>
          </w:p>
        </w:tc>
        <w:tc>
          <w:tcPr>
            <w:tcW w:type="dxa" w:w="2041"/>
            <w:vAlign w:val="center"/>
          </w:tcPr>
          <w:p>
            <w:pPr>
              <w:spacing w:before="0" w:after="0" w:line="240" w:lineRule="auto"/>
              <w:jc w:val="left"/>
            </w:pPr>
            <w:permStart w:id="782" w:edGrp="everyone"/>
            <w:sdt>
              <w:sdtPr>
                <w:alias w:val="Gerekçe 14"/>
                <w:tag w:val="Gerekçe 14"/>
                <w:id w:val="41781"/>
                <w:showingPlcHdr/>
                <w:text/>
              </w:sdtPr>
              <w:sdtContent>
                <w:r>
                  <w:rPr>
                    <w:rStyle w:val="PlaceholderText"/>
                    <w:sz w:val="17"/>
                    <w:szCs w:val="17"/>
                  </w:rPr>
                  <w:t xml:space="preserve">       </w:t>
                </w:r>
              </w:sdtContent>
            </w:sdt>
            <w:permEnd w:id="782"/>
          </w:p>
        </w:tc>
      </w:tr>
      <w:tr>
        <w:trPr>
          <w:trHeight w:val="351" w:hRule="atLeast"/>
          <w:cantSplit/>
        </w:trPr>
        <w:tc>
          <w:tcPr>
            <w:tcW w:type="dxa" w:w="1247"/>
            <w:vAlign w:val="center"/>
          </w:tcPr>
          <w:p>
            <w:pPr>
              <w:spacing w:before="0" w:after="0" w:line="240" w:lineRule="auto"/>
              <w:jc w:val="left"/>
            </w:pPr>
            <w:permStart w:id="783" w:edGrp="everyone"/>
            <w:sdt>
              <w:sdtPr>
                <w:alias w:val="No 15"/>
                <w:tag w:val="No 15"/>
                <w:id w:val="41782"/>
                <w:showingPlcHdr/>
                <w:text/>
              </w:sdtPr>
              <w:sdtContent>
                <w:r>
                  <w:rPr>
                    <w:rStyle w:val="PlaceholderText"/>
                    <w:sz w:val="17"/>
                    <w:szCs w:val="17"/>
                  </w:rPr>
                  <w:t xml:space="preserve">    </w:t>
                </w:r>
              </w:sdtContent>
            </w:sdt>
            <w:permEnd w:id="783"/>
          </w:p>
        </w:tc>
        <w:tc>
          <w:tcPr>
            <w:tcW w:type="dxa" w:w="2154"/>
            <w:vAlign w:val="center"/>
          </w:tcPr>
          <w:p>
            <w:pPr>
              <w:spacing w:before="0" w:after="0" w:line="240" w:lineRule="auto"/>
              <w:jc w:val="left"/>
            </w:pPr>
            <w:permStart w:id="784" w:edGrp="everyone"/>
            <w:sdt>
              <w:sdtPr>
                <w:alias w:val="Ad 15"/>
                <w:tag w:val="Ad 15"/>
                <w:id w:val="41783"/>
                <w:showingPlcHdr/>
                <w:text/>
              </w:sdtPr>
              <w:sdtContent>
                <w:r>
                  <w:rPr>
                    <w:rStyle w:val="PlaceholderText"/>
                    <w:sz w:val="17"/>
                    <w:szCs w:val="17"/>
                  </w:rPr>
                  <w:t xml:space="preserve">        </w:t>
                </w:r>
              </w:sdtContent>
            </w:sdt>
            <w:permEnd w:id="784"/>
          </w:p>
        </w:tc>
        <w:tc>
          <w:tcPr>
            <w:tcW w:type="dxa" w:w="907"/>
            <w:vAlign w:val="center"/>
          </w:tcPr>
          <w:p>
            <w:pPr>
              <w:spacing w:before="0" w:after="0" w:line="240" w:lineRule="auto"/>
              <w:jc w:val="left"/>
            </w:pPr>
            <w:permStart w:id="785" w:edGrp="everyone"/>
            <w:sdt>
              <w:sdtPr>
                <w:alias w:val="Eski 15"/>
                <w:tag w:val="Eski 15"/>
                <w:id w:val="41784"/>
                <w:showingPlcHdr/>
                <w:text/>
              </w:sdtPr>
              <w:sdtContent>
                <w:r>
                  <w:rPr>
                    <w:rStyle w:val="PlaceholderText"/>
                    <w:sz w:val="17"/>
                    <w:szCs w:val="17"/>
                  </w:rPr>
                  <w:t xml:space="preserve">    </w:t>
                </w:r>
              </w:sdtContent>
            </w:sdt>
            <w:permEnd w:id="785"/>
          </w:p>
        </w:tc>
        <w:tc>
          <w:tcPr>
            <w:tcW w:type="dxa" w:w="907"/>
            <w:vAlign w:val="center"/>
          </w:tcPr>
          <w:p>
            <w:pPr>
              <w:spacing w:before="0" w:after="0" w:line="240" w:lineRule="auto"/>
              <w:jc w:val="left"/>
            </w:pPr>
            <w:permStart w:id="786" w:edGrp="everyone"/>
            <w:sdt>
              <w:sdtPr>
                <w:alias w:val="Yeni 15"/>
                <w:tag w:val="Yeni 15"/>
                <w:id w:val="41785"/>
                <w:showingPlcHdr/>
                <w:text/>
              </w:sdtPr>
              <w:sdtContent>
                <w:r>
                  <w:rPr>
                    <w:rStyle w:val="PlaceholderText"/>
                    <w:sz w:val="17"/>
                    <w:szCs w:val="17"/>
                  </w:rPr>
                  <w:t xml:space="preserve">    </w:t>
                </w:r>
              </w:sdtContent>
            </w:sdt>
            <w:permEnd w:id="786"/>
          </w:p>
        </w:tc>
        <w:tc>
          <w:tcPr>
            <w:tcW w:type="dxa" w:w="1247"/>
            <w:vAlign w:val="center"/>
          </w:tcPr>
          <w:p>
            <w:pPr>
              <w:spacing w:before="0" w:after="0" w:line="240" w:lineRule="auto"/>
              <w:jc w:val="left"/>
            </w:pPr>
            <w:permStart w:id="787" w:edGrp="everyone"/>
            <w:sdt>
              <w:sdtPr>
                <w:alias w:val="4lük 15"/>
                <w:tag w:val="4lük 15"/>
                <w:id w:val="41786"/>
                <w:showingPlcHdr/>
                <w:text/>
              </w:sdtPr>
              <w:sdtContent>
                <w:r>
                  <w:rPr>
                    <w:rStyle w:val="PlaceholderText"/>
                    <w:sz w:val="17"/>
                    <w:szCs w:val="17"/>
                  </w:rPr>
                  <w:t xml:space="preserve">     </w:t>
                </w:r>
              </w:sdtContent>
            </w:sdt>
            <w:permEnd w:id="787"/>
          </w:p>
        </w:tc>
        <w:tc>
          <w:tcPr>
            <w:tcW w:type="dxa" w:w="1134"/>
            <w:vAlign w:val="center"/>
          </w:tcPr>
          <w:p>
            <w:pPr>
              <w:spacing w:before="0" w:after="0" w:line="240" w:lineRule="auto"/>
              <w:jc w:val="left"/>
            </w:pPr>
            <w:permStart w:id="788" w:edGrp="everyone"/>
            <w:sdt>
              <w:sdtPr>
                <w:alias w:val="Harf 15"/>
                <w:tag w:val="Harf 15"/>
                <w:id w:val="41787"/>
                <w:showingPlcHdr/>
                <w:text/>
              </w:sdtPr>
              <w:sdtContent>
                <w:r>
                  <w:rPr>
                    <w:rStyle w:val="PlaceholderText"/>
                    <w:sz w:val="17"/>
                    <w:szCs w:val="17"/>
                  </w:rPr>
                  <w:t xml:space="preserve">    </w:t>
                </w:r>
              </w:sdtContent>
            </w:sdt>
            <w:permEnd w:id="788"/>
          </w:p>
        </w:tc>
        <w:tc>
          <w:tcPr>
            <w:tcW w:type="dxa" w:w="2041"/>
            <w:vAlign w:val="center"/>
          </w:tcPr>
          <w:p>
            <w:pPr>
              <w:spacing w:before="0" w:after="0" w:line="240" w:lineRule="auto"/>
              <w:jc w:val="left"/>
            </w:pPr>
            <w:permStart w:id="789" w:edGrp="everyone"/>
            <w:sdt>
              <w:sdtPr>
                <w:alias w:val="Gerekçe 15"/>
                <w:tag w:val="Gerekçe 15"/>
                <w:id w:val="41788"/>
                <w:showingPlcHdr/>
                <w:text/>
              </w:sdtPr>
              <w:sdtContent>
                <w:r>
                  <w:rPr>
                    <w:rStyle w:val="PlaceholderText"/>
                    <w:sz w:val="17"/>
                    <w:szCs w:val="17"/>
                  </w:rPr>
                  <w:t xml:space="preserve">       </w:t>
                </w:r>
              </w:sdtContent>
            </w:sdt>
            <w:permEnd w:id="789"/>
          </w:p>
        </w:tc>
      </w:tr>
      <w:tr>
        <w:trPr>
          <w:trHeight w:val="351" w:hRule="atLeast"/>
          <w:cantSplit/>
        </w:trPr>
        <w:tc>
          <w:tcPr>
            <w:tcW w:type="dxa" w:w="1247"/>
            <w:vAlign w:val="center"/>
          </w:tcPr>
          <w:p>
            <w:pPr>
              <w:spacing w:before="0" w:after="0" w:line="240" w:lineRule="auto"/>
              <w:jc w:val="left"/>
            </w:pPr>
            <w:permStart w:id="790" w:edGrp="everyone"/>
            <w:sdt>
              <w:sdtPr>
                <w:alias w:val="No 16"/>
                <w:tag w:val="No 16"/>
                <w:id w:val="41789"/>
                <w:showingPlcHdr/>
                <w:text/>
              </w:sdtPr>
              <w:sdtContent>
                <w:r>
                  <w:rPr>
                    <w:rStyle w:val="PlaceholderText"/>
                    <w:sz w:val="17"/>
                    <w:szCs w:val="17"/>
                  </w:rPr>
                  <w:t xml:space="preserve">    </w:t>
                </w:r>
              </w:sdtContent>
            </w:sdt>
            <w:permEnd w:id="790"/>
          </w:p>
        </w:tc>
        <w:tc>
          <w:tcPr>
            <w:tcW w:type="dxa" w:w="2154"/>
            <w:vAlign w:val="center"/>
          </w:tcPr>
          <w:p>
            <w:pPr>
              <w:spacing w:before="0" w:after="0" w:line="240" w:lineRule="auto"/>
              <w:jc w:val="left"/>
            </w:pPr>
            <w:permStart w:id="791" w:edGrp="everyone"/>
            <w:sdt>
              <w:sdtPr>
                <w:alias w:val="Ad 16"/>
                <w:tag w:val="Ad 16"/>
                <w:id w:val="41790"/>
                <w:showingPlcHdr/>
                <w:text/>
              </w:sdtPr>
              <w:sdtContent>
                <w:r>
                  <w:rPr>
                    <w:rStyle w:val="PlaceholderText"/>
                    <w:sz w:val="17"/>
                    <w:szCs w:val="17"/>
                  </w:rPr>
                  <w:t xml:space="preserve">        </w:t>
                </w:r>
              </w:sdtContent>
            </w:sdt>
            <w:permEnd w:id="791"/>
          </w:p>
        </w:tc>
        <w:tc>
          <w:tcPr>
            <w:tcW w:type="dxa" w:w="907"/>
            <w:vAlign w:val="center"/>
          </w:tcPr>
          <w:p>
            <w:pPr>
              <w:spacing w:before="0" w:after="0" w:line="240" w:lineRule="auto"/>
              <w:jc w:val="left"/>
            </w:pPr>
            <w:permStart w:id="792" w:edGrp="everyone"/>
            <w:sdt>
              <w:sdtPr>
                <w:alias w:val="Eski 16"/>
                <w:tag w:val="Eski 16"/>
                <w:id w:val="41791"/>
                <w:showingPlcHdr/>
                <w:text/>
              </w:sdtPr>
              <w:sdtContent>
                <w:r>
                  <w:rPr>
                    <w:rStyle w:val="PlaceholderText"/>
                    <w:sz w:val="17"/>
                    <w:szCs w:val="17"/>
                  </w:rPr>
                  <w:t xml:space="preserve">    </w:t>
                </w:r>
              </w:sdtContent>
            </w:sdt>
            <w:permEnd w:id="792"/>
          </w:p>
        </w:tc>
        <w:tc>
          <w:tcPr>
            <w:tcW w:type="dxa" w:w="907"/>
            <w:vAlign w:val="center"/>
          </w:tcPr>
          <w:p>
            <w:pPr>
              <w:spacing w:before="0" w:after="0" w:line="240" w:lineRule="auto"/>
              <w:jc w:val="left"/>
            </w:pPr>
            <w:permStart w:id="793" w:edGrp="everyone"/>
            <w:sdt>
              <w:sdtPr>
                <w:alias w:val="Yeni 16"/>
                <w:tag w:val="Yeni 16"/>
                <w:id w:val="41792"/>
                <w:showingPlcHdr/>
                <w:text/>
              </w:sdtPr>
              <w:sdtContent>
                <w:r>
                  <w:rPr>
                    <w:rStyle w:val="PlaceholderText"/>
                    <w:sz w:val="17"/>
                    <w:szCs w:val="17"/>
                  </w:rPr>
                  <w:t xml:space="preserve">    </w:t>
                </w:r>
              </w:sdtContent>
            </w:sdt>
            <w:permEnd w:id="793"/>
          </w:p>
        </w:tc>
        <w:tc>
          <w:tcPr>
            <w:tcW w:type="dxa" w:w="1247"/>
            <w:vAlign w:val="center"/>
          </w:tcPr>
          <w:p>
            <w:pPr>
              <w:spacing w:before="0" w:after="0" w:line="240" w:lineRule="auto"/>
              <w:jc w:val="left"/>
            </w:pPr>
            <w:permStart w:id="794" w:edGrp="everyone"/>
            <w:sdt>
              <w:sdtPr>
                <w:alias w:val="4lük 16"/>
                <w:tag w:val="4lük 16"/>
                <w:id w:val="41793"/>
                <w:showingPlcHdr/>
                <w:text/>
              </w:sdtPr>
              <w:sdtContent>
                <w:r>
                  <w:rPr>
                    <w:rStyle w:val="PlaceholderText"/>
                    <w:sz w:val="17"/>
                    <w:szCs w:val="17"/>
                  </w:rPr>
                  <w:t xml:space="preserve">     </w:t>
                </w:r>
              </w:sdtContent>
            </w:sdt>
            <w:permEnd w:id="794"/>
          </w:p>
        </w:tc>
        <w:tc>
          <w:tcPr>
            <w:tcW w:type="dxa" w:w="1134"/>
            <w:vAlign w:val="center"/>
          </w:tcPr>
          <w:p>
            <w:pPr>
              <w:spacing w:before="0" w:after="0" w:line="240" w:lineRule="auto"/>
              <w:jc w:val="left"/>
            </w:pPr>
            <w:permStart w:id="795" w:edGrp="everyone"/>
            <w:sdt>
              <w:sdtPr>
                <w:alias w:val="Harf 16"/>
                <w:tag w:val="Harf 16"/>
                <w:id w:val="41794"/>
                <w:showingPlcHdr/>
                <w:text/>
              </w:sdtPr>
              <w:sdtContent>
                <w:r>
                  <w:rPr>
                    <w:rStyle w:val="PlaceholderText"/>
                    <w:sz w:val="17"/>
                    <w:szCs w:val="17"/>
                  </w:rPr>
                  <w:t xml:space="preserve">    </w:t>
                </w:r>
              </w:sdtContent>
            </w:sdt>
            <w:permEnd w:id="795"/>
          </w:p>
        </w:tc>
        <w:tc>
          <w:tcPr>
            <w:tcW w:type="dxa" w:w="2041"/>
            <w:vAlign w:val="center"/>
          </w:tcPr>
          <w:p>
            <w:pPr>
              <w:spacing w:before="0" w:after="0" w:line="240" w:lineRule="auto"/>
              <w:jc w:val="left"/>
            </w:pPr>
            <w:permStart w:id="796" w:edGrp="everyone"/>
            <w:sdt>
              <w:sdtPr>
                <w:alias w:val="Gerekçe 16"/>
                <w:tag w:val="Gerekçe 16"/>
                <w:id w:val="41795"/>
                <w:showingPlcHdr/>
                <w:text/>
              </w:sdtPr>
              <w:sdtContent>
                <w:r>
                  <w:rPr>
                    <w:rStyle w:val="PlaceholderText"/>
                    <w:sz w:val="17"/>
                    <w:szCs w:val="17"/>
                  </w:rPr>
                  <w:t xml:space="preserve">       </w:t>
                </w:r>
              </w:sdtContent>
            </w:sdt>
            <w:permEnd w:id="796"/>
          </w:p>
        </w:tc>
      </w:tr>
      <w:tr>
        <w:trPr>
          <w:trHeight w:val="351" w:hRule="atLeast"/>
          <w:cantSplit/>
        </w:trPr>
        <w:tc>
          <w:tcPr>
            <w:tcW w:type="dxa" w:w="1247"/>
            <w:vAlign w:val="center"/>
          </w:tcPr>
          <w:p>
            <w:pPr>
              <w:spacing w:before="0" w:after="0" w:line="240" w:lineRule="auto"/>
              <w:jc w:val="left"/>
            </w:pPr>
            <w:permStart w:id="797" w:edGrp="everyone"/>
            <w:sdt>
              <w:sdtPr>
                <w:alias w:val="No 17"/>
                <w:tag w:val="No 17"/>
                <w:id w:val="41796"/>
                <w:showingPlcHdr/>
                <w:text/>
              </w:sdtPr>
              <w:sdtContent>
                <w:r>
                  <w:rPr>
                    <w:rStyle w:val="PlaceholderText"/>
                    <w:sz w:val="17"/>
                    <w:szCs w:val="17"/>
                  </w:rPr>
                  <w:t xml:space="preserve">    </w:t>
                </w:r>
              </w:sdtContent>
            </w:sdt>
            <w:permEnd w:id="797"/>
          </w:p>
        </w:tc>
        <w:tc>
          <w:tcPr>
            <w:tcW w:type="dxa" w:w="2154"/>
            <w:vAlign w:val="center"/>
          </w:tcPr>
          <w:p>
            <w:pPr>
              <w:spacing w:before="0" w:after="0" w:line="240" w:lineRule="auto"/>
              <w:jc w:val="left"/>
            </w:pPr>
            <w:permStart w:id="798" w:edGrp="everyone"/>
            <w:sdt>
              <w:sdtPr>
                <w:alias w:val="Ad 17"/>
                <w:tag w:val="Ad 17"/>
                <w:id w:val="41797"/>
                <w:showingPlcHdr/>
                <w:text/>
              </w:sdtPr>
              <w:sdtContent>
                <w:r>
                  <w:rPr>
                    <w:rStyle w:val="PlaceholderText"/>
                    <w:sz w:val="17"/>
                    <w:szCs w:val="17"/>
                  </w:rPr>
                  <w:t xml:space="preserve">        </w:t>
                </w:r>
              </w:sdtContent>
            </w:sdt>
            <w:permEnd w:id="798"/>
          </w:p>
        </w:tc>
        <w:tc>
          <w:tcPr>
            <w:tcW w:type="dxa" w:w="907"/>
            <w:vAlign w:val="center"/>
          </w:tcPr>
          <w:p>
            <w:pPr>
              <w:spacing w:before="0" w:after="0" w:line="240" w:lineRule="auto"/>
              <w:jc w:val="left"/>
            </w:pPr>
            <w:permStart w:id="799" w:edGrp="everyone"/>
            <w:sdt>
              <w:sdtPr>
                <w:alias w:val="Eski 17"/>
                <w:tag w:val="Eski 17"/>
                <w:id w:val="41798"/>
                <w:showingPlcHdr/>
                <w:text/>
              </w:sdtPr>
              <w:sdtContent>
                <w:r>
                  <w:rPr>
                    <w:rStyle w:val="PlaceholderText"/>
                    <w:sz w:val="17"/>
                    <w:szCs w:val="17"/>
                  </w:rPr>
                  <w:t xml:space="preserve">    </w:t>
                </w:r>
              </w:sdtContent>
            </w:sdt>
            <w:permEnd w:id="799"/>
          </w:p>
        </w:tc>
        <w:tc>
          <w:tcPr>
            <w:tcW w:type="dxa" w:w="907"/>
            <w:vAlign w:val="center"/>
          </w:tcPr>
          <w:p>
            <w:pPr>
              <w:spacing w:before="0" w:after="0" w:line="240" w:lineRule="auto"/>
              <w:jc w:val="left"/>
            </w:pPr>
            <w:permStart w:id="800" w:edGrp="everyone"/>
            <w:sdt>
              <w:sdtPr>
                <w:alias w:val="Yeni 17"/>
                <w:tag w:val="Yeni 17"/>
                <w:id w:val="41799"/>
                <w:showingPlcHdr/>
                <w:text/>
              </w:sdtPr>
              <w:sdtContent>
                <w:r>
                  <w:rPr>
                    <w:rStyle w:val="PlaceholderText"/>
                    <w:sz w:val="17"/>
                    <w:szCs w:val="17"/>
                  </w:rPr>
                  <w:t xml:space="preserve">    </w:t>
                </w:r>
              </w:sdtContent>
            </w:sdt>
            <w:permEnd w:id="800"/>
          </w:p>
        </w:tc>
        <w:tc>
          <w:tcPr>
            <w:tcW w:type="dxa" w:w="1247"/>
            <w:vAlign w:val="center"/>
          </w:tcPr>
          <w:p>
            <w:pPr>
              <w:spacing w:before="0" w:after="0" w:line="240" w:lineRule="auto"/>
              <w:jc w:val="left"/>
            </w:pPr>
            <w:permStart w:id="801" w:edGrp="everyone"/>
            <w:sdt>
              <w:sdtPr>
                <w:alias w:val="4lük 17"/>
                <w:tag w:val="4lük 17"/>
                <w:id w:val="41800"/>
                <w:showingPlcHdr/>
                <w:text/>
              </w:sdtPr>
              <w:sdtContent>
                <w:r>
                  <w:rPr>
                    <w:rStyle w:val="PlaceholderText"/>
                    <w:sz w:val="17"/>
                    <w:szCs w:val="17"/>
                  </w:rPr>
                  <w:t xml:space="preserve">     </w:t>
                </w:r>
              </w:sdtContent>
            </w:sdt>
            <w:permEnd w:id="801"/>
          </w:p>
        </w:tc>
        <w:tc>
          <w:tcPr>
            <w:tcW w:type="dxa" w:w="1134"/>
            <w:vAlign w:val="center"/>
          </w:tcPr>
          <w:p>
            <w:pPr>
              <w:spacing w:before="0" w:after="0" w:line="240" w:lineRule="auto"/>
              <w:jc w:val="left"/>
            </w:pPr>
            <w:permStart w:id="802" w:edGrp="everyone"/>
            <w:sdt>
              <w:sdtPr>
                <w:alias w:val="Harf 17"/>
                <w:tag w:val="Harf 17"/>
                <w:id w:val="41801"/>
                <w:showingPlcHdr/>
                <w:text/>
              </w:sdtPr>
              <w:sdtContent>
                <w:r>
                  <w:rPr>
                    <w:rStyle w:val="PlaceholderText"/>
                    <w:sz w:val="17"/>
                    <w:szCs w:val="17"/>
                  </w:rPr>
                  <w:t xml:space="preserve">    </w:t>
                </w:r>
              </w:sdtContent>
            </w:sdt>
            <w:permEnd w:id="802"/>
          </w:p>
        </w:tc>
        <w:tc>
          <w:tcPr>
            <w:tcW w:type="dxa" w:w="2041"/>
            <w:vAlign w:val="center"/>
          </w:tcPr>
          <w:p>
            <w:pPr>
              <w:spacing w:before="0" w:after="0" w:line="240" w:lineRule="auto"/>
              <w:jc w:val="left"/>
            </w:pPr>
            <w:permStart w:id="803" w:edGrp="everyone"/>
            <w:sdt>
              <w:sdtPr>
                <w:alias w:val="Gerekçe 17"/>
                <w:tag w:val="Gerekçe 17"/>
                <w:id w:val="41802"/>
                <w:showingPlcHdr/>
                <w:text/>
              </w:sdtPr>
              <w:sdtContent>
                <w:r>
                  <w:rPr>
                    <w:rStyle w:val="PlaceholderText"/>
                    <w:sz w:val="17"/>
                    <w:szCs w:val="17"/>
                  </w:rPr>
                  <w:t xml:space="preserve">       </w:t>
                </w:r>
              </w:sdtContent>
            </w:sdt>
            <w:permEnd w:id="803"/>
          </w:p>
        </w:tc>
      </w:tr>
      <w:tr>
        <w:trPr>
          <w:trHeight w:val="351" w:hRule="atLeast"/>
          <w:cantSplit/>
        </w:trPr>
        <w:tc>
          <w:tcPr>
            <w:tcW w:type="dxa" w:w="1247"/>
            <w:vAlign w:val="center"/>
          </w:tcPr>
          <w:p>
            <w:pPr>
              <w:spacing w:before="0" w:after="0" w:line="240" w:lineRule="auto"/>
              <w:jc w:val="left"/>
            </w:pPr>
            <w:permStart w:id="804" w:edGrp="everyone"/>
            <w:sdt>
              <w:sdtPr>
                <w:alias w:val="No 18"/>
                <w:tag w:val="No 18"/>
                <w:id w:val="41803"/>
                <w:showingPlcHdr/>
                <w:text/>
              </w:sdtPr>
              <w:sdtContent>
                <w:r>
                  <w:rPr>
                    <w:rStyle w:val="PlaceholderText"/>
                    <w:sz w:val="17"/>
                    <w:szCs w:val="17"/>
                  </w:rPr>
                  <w:t xml:space="preserve">    </w:t>
                </w:r>
              </w:sdtContent>
            </w:sdt>
            <w:permEnd w:id="804"/>
          </w:p>
        </w:tc>
        <w:tc>
          <w:tcPr>
            <w:tcW w:type="dxa" w:w="2154"/>
            <w:vAlign w:val="center"/>
          </w:tcPr>
          <w:p>
            <w:pPr>
              <w:spacing w:before="0" w:after="0" w:line="240" w:lineRule="auto"/>
              <w:jc w:val="left"/>
            </w:pPr>
            <w:permStart w:id="805" w:edGrp="everyone"/>
            <w:sdt>
              <w:sdtPr>
                <w:alias w:val="Ad 18"/>
                <w:tag w:val="Ad 18"/>
                <w:id w:val="41804"/>
                <w:showingPlcHdr/>
                <w:text/>
              </w:sdtPr>
              <w:sdtContent>
                <w:r>
                  <w:rPr>
                    <w:rStyle w:val="PlaceholderText"/>
                    <w:sz w:val="17"/>
                    <w:szCs w:val="17"/>
                  </w:rPr>
                  <w:t xml:space="preserve">        </w:t>
                </w:r>
              </w:sdtContent>
            </w:sdt>
            <w:permEnd w:id="805"/>
          </w:p>
        </w:tc>
        <w:tc>
          <w:tcPr>
            <w:tcW w:type="dxa" w:w="907"/>
            <w:vAlign w:val="center"/>
          </w:tcPr>
          <w:p>
            <w:pPr>
              <w:spacing w:before="0" w:after="0" w:line="240" w:lineRule="auto"/>
              <w:jc w:val="left"/>
            </w:pPr>
            <w:permStart w:id="806" w:edGrp="everyone"/>
            <w:sdt>
              <w:sdtPr>
                <w:alias w:val="Eski 18"/>
                <w:tag w:val="Eski 18"/>
                <w:id w:val="41805"/>
                <w:showingPlcHdr/>
                <w:text/>
              </w:sdtPr>
              <w:sdtContent>
                <w:r>
                  <w:rPr>
                    <w:rStyle w:val="PlaceholderText"/>
                    <w:sz w:val="17"/>
                    <w:szCs w:val="17"/>
                  </w:rPr>
                  <w:t xml:space="preserve">    </w:t>
                </w:r>
              </w:sdtContent>
            </w:sdt>
            <w:permEnd w:id="806"/>
          </w:p>
        </w:tc>
        <w:tc>
          <w:tcPr>
            <w:tcW w:type="dxa" w:w="907"/>
            <w:vAlign w:val="center"/>
          </w:tcPr>
          <w:p>
            <w:pPr>
              <w:spacing w:before="0" w:after="0" w:line="240" w:lineRule="auto"/>
              <w:jc w:val="left"/>
            </w:pPr>
            <w:permStart w:id="807" w:edGrp="everyone"/>
            <w:sdt>
              <w:sdtPr>
                <w:alias w:val="Yeni 18"/>
                <w:tag w:val="Yeni 18"/>
                <w:id w:val="41806"/>
                <w:showingPlcHdr/>
                <w:text/>
              </w:sdtPr>
              <w:sdtContent>
                <w:r>
                  <w:rPr>
                    <w:rStyle w:val="PlaceholderText"/>
                    <w:sz w:val="17"/>
                    <w:szCs w:val="17"/>
                  </w:rPr>
                  <w:t xml:space="preserve">    </w:t>
                </w:r>
              </w:sdtContent>
            </w:sdt>
            <w:permEnd w:id="807"/>
          </w:p>
        </w:tc>
        <w:tc>
          <w:tcPr>
            <w:tcW w:type="dxa" w:w="1247"/>
            <w:vAlign w:val="center"/>
          </w:tcPr>
          <w:p>
            <w:pPr>
              <w:spacing w:before="0" w:after="0" w:line="240" w:lineRule="auto"/>
              <w:jc w:val="left"/>
            </w:pPr>
            <w:permStart w:id="808" w:edGrp="everyone"/>
            <w:sdt>
              <w:sdtPr>
                <w:alias w:val="4lük 18"/>
                <w:tag w:val="4lük 18"/>
                <w:id w:val="41807"/>
                <w:showingPlcHdr/>
                <w:text/>
              </w:sdtPr>
              <w:sdtContent>
                <w:r>
                  <w:rPr>
                    <w:rStyle w:val="PlaceholderText"/>
                    <w:sz w:val="17"/>
                    <w:szCs w:val="17"/>
                  </w:rPr>
                  <w:t xml:space="preserve">     </w:t>
                </w:r>
              </w:sdtContent>
            </w:sdt>
            <w:permEnd w:id="808"/>
          </w:p>
        </w:tc>
        <w:tc>
          <w:tcPr>
            <w:tcW w:type="dxa" w:w="1134"/>
            <w:vAlign w:val="center"/>
          </w:tcPr>
          <w:p>
            <w:pPr>
              <w:spacing w:before="0" w:after="0" w:line="240" w:lineRule="auto"/>
              <w:jc w:val="left"/>
            </w:pPr>
            <w:permStart w:id="809" w:edGrp="everyone"/>
            <w:sdt>
              <w:sdtPr>
                <w:alias w:val="Harf 18"/>
                <w:tag w:val="Harf 18"/>
                <w:id w:val="41808"/>
                <w:showingPlcHdr/>
                <w:text/>
              </w:sdtPr>
              <w:sdtContent>
                <w:r>
                  <w:rPr>
                    <w:rStyle w:val="PlaceholderText"/>
                    <w:sz w:val="17"/>
                    <w:szCs w:val="17"/>
                  </w:rPr>
                  <w:t xml:space="preserve">    </w:t>
                </w:r>
              </w:sdtContent>
            </w:sdt>
            <w:permEnd w:id="809"/>
          </w:p>
        </w:tc>
        <w:tc>
          <w:tcPr>
            <w:tcW w:type="dxa" w:w="2041"/>
            <w:vAlign w:val="center"/>
          </w:tcPr>
          <w:p>
            <w:pPr>
              <w:spacing w:before="0" w:after="0" w:line="240" w:lineRule="auto"/>
              <w:jc w:val="left"/>
            </w:pPr>
            <w:permStart w:id="810" w:edGrp="everyone"/>
            <w:sdt>
              <w:sdtPr>
                <w:alias w:val="Gerekçe 18"/>
                <w:tag w:val="Gerekçe 18"/>
                <w:id w:val="41809"/>
                <w:showingPlcHdr/>
                <w:text/>
              </w:sdtPr>
              <w:sdtContent>
                <w:r>
                  <w:rPr>
                    <w:rStyle w:val="PlaceholderText"/>
                    <w:sz w:val="17"/>
                    <w:szCs w:val="17"/>
                  </w:rPr>
                  <w:t xml:space="preserve">       </w:t>
                </w:r>
              </w:sdtContent>
            </w:sdt>
            <w:permEnd w:id="810"/>
          </w:p>
        </w:tc>
      </w:tr>
      <w:tr>
        <w:trPr>
          <w:trHeight w:val="351" w:hRule="atLeast"/>
          <w:cantSplit/>
        </w:trPr>
        <w:tc>
          <w:tcPr>
            <w:tcW w:type="dxa" w:w="1247"/>
            <w:vAlign w:val="center"/>
          </w:tcPr>
          <w:p>
            <w:pPr>
              <w:spacing w:before="0" w:after="0" w:line="240" w:lineRule="auto"/>
              <w:jc w:val="left"/>
            </w:pPr>
            <w:permStart w:id="811" w:edGrp="everyone"/>
            <w:sdt>
              <w:sdtPr>
                <w:alias w:val="No 19"/>
                <w:tag w:val="No 19"/>
                <w:id w:val="41810"/>
                <w:showingPlcHdr/>
                <w:text/>
              </w:sdtPr>
              <w:sdtContent>
                <w:r>
                  <w:rPr>
                    <w:rStyle w:val="PlaceholderText"/>
                    <w:sz w:val="17"/>
                    <w:szCs w:val="17"/>
                  </w:rPr>
                  <w:t xml:space="preserve">    </w:t>
                </w:r>
              </w:sdtContent>
            </w:sdt>
            <w:permEnd w:id="811"/>
          </w:p>
        </w:tc>
        <w:tc>
          <w:tcPr>
            <w:tcW w:type="dxa" w:w="2154"/>
            <w:vAlign w:val="center"/>
          </w:tcPr>
          <w:p>
            <w:pPr>
              <w:spacing w:before="0" w:after="0" w:line="240" w:lineRule="auto"/>
              <w:jc w:val="left"/>
            </w:pPr>
            <w:permStart w:id="812" w:edGrp="everyone"/>
            <w:sdt>
              <w:sdtPr>
                <w:alias w:val="Ad 19"/>
                <w:tag w:val="Ad 19"/>
                <w:id w:val="41811"/>
                <w:showingPlcHdr/>
                <w:text/>
              </w:sdtPr>
              <w:sdtContent>
                <w:r>
                  <w:rPr>
                    <w:rStyle w:val="PlaceholderText"/>
                    <w:sz w:val="17"/>
                    <w:szCs w:val="17"/>
                  </w:rPr>
                  <w:t xml:space="preserve">        </w:t>
                </w:r>
              </w:sdtContent>
            </w:sdt>
            <w:permEnd w:id="812"/>
          </w:p>
        </w:tc>
        <w:tc>
          <w:tcPr>
            <w:tcW w:type="dxa" w:w="907"/>
            <w:vAlign w:val="center"/>
          </w:tcPr>
          <w:p>
            <w:pPr>
              <w:spacing w:before="0" w:after="0" w:line="240" w:lineRule="auto"/>
              <w:jc w:val="left"/>
            </w:pPr>
            <w:permStart w:id="813" w:edGrp="everyone"/>
            <w:sdt>
              <w:sdtPr>
                <w:alias w:val="Eski 19"/>
                <w:tag w:val="Eski 19"/>
                <w:id w:val="41812"/>
                <w:showingPlcHdr/>
                <w:text/>
              </w:sdtPr>
              <w:sdtContent>
                <w:r>
                  <w:rPr>
                    <w:rStyle w:val="PlaceholderText"/>
                    <w:sz w:val="17"/>
                    <w:szCs w:val="17"/>
                  </w:rPr>
                  <w:t xml:space="preserve">    </w:t>
                </w:r>
              </w:sdtContent>
            </w:sdt>
            <w:permEnd w:id="813"/>
          </w:p>
        </w:tc>
        <w:tc>
          <w:tcPr>
            <w:tcW w:type="dxa" w:w="907"/>
            <w:vAlign w:val="center"/>
          </w:tcPr>
          <w:p>
            <w:pPr>
              <w:spacing w:before="0" w:after="0" w:line="240" w:lineRule="auto"/>
              <w:jc w:val="left"/>
            </w:pPr>
            <w:permStart w:id="814" w:edGrp="everyone"/>
            <w:sdt>
              <w:sdtPr>
                <w:alias w:val="Yeni 19"/>
                <w:tag w:val="Yeni 19"/>
                <w:id w:val="41813"/>
                <w:showingPlcHdr/>
                <w:text/>
              </w:sdtPr>
              <w:sdtContent>
                <w:r>
                  <w:rPr>
                    <w:rStyle w:val="PlaceholderText"/>
                    <w:sz w:val="17"/>
                    <w:szCs w:val="17"/>
                  </w:rPr>
                  <w:t xml:space="preserve">    </w:t>
                </w:r>
              </w:sdtContent>
            </w:sdt>
            <w:permEnd w:id="814"/>
          </w:p>
        </w:tc>
        <w:tc>
          <w:tcPr>
            <w:tcW w:type="dxa" w:w="1247"/>
            <w:vAlign w:val="center"/>
          </w:tcPr>
          <w:p>
            <w:pPr>
              <w:spacing w:before="0" w:after="0" w:line="240" w:lineRule="auto"/>
              <w:jc w:val="left"/>
            </w:pPr>
            <w:permStart w:id="815" w:edGrp="everyone"/>
            <w:sdt>
              <w:sdtPr>
                <w:alias w:val="4lük 19"/>
                <w:tag w:val="4lük 19"/>
                <w:id w:val="41814"/>
                <w:showingPlcHdr/>
                <w:text/>
              </w:sdtPr>
              <w:sdtContent>
                <w:r>
                  <w:rPr>
                    <w:rStyle w:val="PlaceholderText"/>
                    <w:sz w:val="17"/>
                    <w:szCs w:val="17"/>
                  </w:rPr>
                  <w:t xml:space="preserve">     </w:t>
                </w:r>
              </w:sdtContent>
            </w:sdt>
            <w:permEnd w:id="815"/>
          </w:p>
        </w:tc>
        <w:tc>
          <w:tcPr>
            <w:tcW w:type="dxa" w:w="1134"/>
            <w:vAlign w:val="center"/>
          </w:tcPr>
          <w:p>
            <w:pPr>
              <w:spacing w:before="0" w:after="0" w:line="240" w:lineRule="auto"/>
              <w:jc w:val="left"/>
            </w:pPr>
            <w:permStart w:id="816" w:edGrp="everyone"/>
            <w:sdt>
              <w:sdtPr>
                <w:alias w:val="Harf 19"/>
                <w:tag w:val="Harf 19"/>
                <w:id w:val="41815"/>
                <w:showingPlcHdr/>
                <w:text/>
              </w:sdtPr>
              <w:sdtContent>
                <w:r>
                  <w:rPr>
                    <w:rStyle w:val="PlaceholderText"/>
                    <w:sz w:val="17"/>
                    <w:szCs w:val="17"/>
                  </w:rPr>
                  <w:t xml:space="preserve">    </w:t>
                </w:r>
              </w:sdtContent>
            </w:sdt>
            <w:permEnd w:id="816"/>
          </w:p>
        </w:tc>
        <w:tc>
          <w:tcPr>
            <w:tcW w:type="dxa" w:w="2041"/>
            <w:vAlign w:val="center"/>
          </w:tcPr>
          <w:p>
            <w:pPr>
              <w:spacing w:before="0" w:after="0" w:line="240" w:lineRule="auto"/>
              <w:jc w:val="left"/>
            </w:pPr>
            <w:permStart w:id="817" w:edGrp="everyone"/>
            <w:sdt>
              <w:sdtPr>
                <w:alias w:val="Gerekçe 19"/>
                <w:tag w:val="Gerekçe 19"/>
                <w:id w:val="41816"/>
                <w:showingPlcHdr/>
                <w:text/>
              </w:sdtPr>
              <w:sdtContent>
                <w:r>
                  <w:rPr>
                    <w:rStyle w:val="PlaceholderText"/>
                    <w:sz w:val="17"/>
                    <w:szCs w:val="17"/>
                  </w:rPr>
                  <w:t xml:space="preserve">       </w:t>
                </w:r>
              </w:sdtContent>
            </w:sdt>
            <w:permEnd w:id="817"/>
          </w:p>
        </w:tc>
      </w:tr>
      <w:tr>
        <w:trPr>
          <w:trHeight w:val="351" w:hRule="atLeast"/>
          <w:cantSplit/>
        </w:trPr>
        <w:tc>
          <w:tcPr>
            <w:tcW w:type="dxa" w:w="1247"/>
            <w:vAlign w:val="center"/>
          </w:tcPr>
          <w:p>
            <w:pPr>
              <w:spacing w:before="0" w:after="0" w:line="240" w:lineRule="auto"/>
              <w:jc w:val="left"/>
            </w:pPr>
            <w:permStart w:id="818" w:edGrp="everyone"/>
            <w:sdt>
              <w:sdtPr>
                <w:alias w:val="No 20"/>
                <w:tag w:val="No 20"/>
                <w:id w:val="41817"/>
                <w:showingPlcHdr/>
                <w:text/>
              </w:sdtPr>
              <w:sdtContent>
                <w:r>
                  <w:rPr>
                    <w:rStyle w:val="PlaceholderText"/>
                    <w:sz w:val="17"/>
                    <w:szCs w:val="17"/>
                  </w:rPr>
                  <w:t xml:space="preserve">    </w:t>
                </w:r>
              </w:sdtContent>
            </w:sdt>
            <w:permEnd w:id="818"/>
          </w:p>
        </w:tc>
        <w:tc>
          <w:tcPr>
            <w:tcW w:type="dxa" w:w="2154"/>
            <w:vAlign w:val="center"/>
          </w:tcPr>
          <w:p>
            <w:pPr>
              <w:spacing w:before="0" w:after="0" w:line="240" w:lineRule="auto"/>
              <w:jc w:val="left"/>
            </w:pPr>
            <w:permStart w:id="819" w:edGrp="everyone"/>
            <w:sdt>
              <w:sdtPr>
                <w:alias w:val="Ad 20"/>
                <w:tag w:val="Ad 20"/>
                <w:id w:val="41818"/>
                <w:showingPlcHdr/>
                <w:text/>
              </w:sdtPr>
              <w:sdtContent>
                <w:r>
                  <w:rPr>
                    <w:rStyle w:val="PlaceholderText"/>
                    <w:sz w:val="17"/>
                    <w:szCs w:val="17"/>
                  </w:rPr>
                  <w:t xml:space="preserve">        </w:t>
                </w:r>
              </w:sdtContent>
            </w:sdt>
            <w:permEnd w:id="819"/>
          </w:p>
        </w:tc>
        <w:tc>
          <w:tcPr>
            <w:tcW w:type="dxa" w:w="907"/>
            <w:vAlign w:val="center"/>
          </w:tcPr>
          <w:p>
            <w:pPr>
              <w:spacing w:before="0" w:after="0" w:line="240" w:lineRule="auto"/>
              <w:jc w:val="left"/>
            </w:pPr>
            <w:permStart w:id="820" w:edGrp="everyone"/>
            <w:sdt>
              <w:sdtPr>
                <w:alias w:val="Eski 20"/>
                <w:tag w:val="Eski 20"/>
                <w:id w:val="41819"/>
                <w:showingPlcHdr/>
                <w:text/>
              </w:sdtPr>
              <w:sdtContent>
                <w:r>
                  <w:rPr>
                    <w:rStyle w:val="PlaceholderText"/>
                    <w:sz w:val="17"/>
                    <w:szCs w:val="17"/>
                  </w:rPr>
                  <w:t xml:space="preserve">    </w:t>
                </w:r>
              </w:sdtContent>
            </w:sdt>
            <w:permEnd w:id="820"/>
          </w:p>
        </w:tc>
        <w:tc>
          <w:tcPr>
            <w:tcW w:type="dxa" w:w="907"/>
            <w:vAlign w:val="center"/>
          </w:tcPr>
          <w:p>
            <w:pPr>
              <w:spacing w:before="0" w:after="0" w:line="240" w:lineRule="auto"/>
              <w:jc w:val="left"/>
            </w:pPr>
            <w:permStart w:id="821" w:edGrp="everyone"/>
            <w:sdt>
              <w:sdtPr>
                <w:alias w:val="Yeni 20"/>
                <w:tag w:val="Yeni 20"/>
                <w:id w:val="41820"/>
                <w:showingPlcHdr/>
                <w:text/>
              </w:sdtPr>
              <w:sdtContent>
                <w:r>
                  <w:rPr>
                    <w:rStyle w:val="PlaceholderText"/>
                    <w:sz w:val="17"/>
                    <w:szCs w:val="17"/>
                  </w:rPr>
                  <w:t xml:space="preserve">    </w:t>
                </w:r>
              </w:sdtContent>
            </w:sdt>
            <w:permEnd w:id="821"/>
          </w:p>
        </w:tc>
        <w:tc>
          <w:tcPr>
            <w:tcW w:type="dxa" w:w="1247"/>
            <w:vAlign w:val="center"/>
          </w:tcPr>
          <w:p>
            <w:pPr>
              <w:spacing w:before="0" w:after="0" w:line="240" w:lineRule="auto"/>
              <w:jc w:val="left"/>
            </w:pPr>
            <w:permStart w:id="822" w:edGrp="everyone"/>
            <w:sdt>
              <w:sdtPr>
                <w:alias w:val="4lük 20"/>
                <w:tag w:val="4lük 20"/>
                <w:id w:val="41821"/>
                <w:showingPlcHdr/>
                <w:text/>
              </w:sdtPr>
              <w:sdtContent>
                <w:r>
                  <w:rPr>
                    <w:rStyle w:val="PlaceholderText"/>
                    <w:sz w:val="17"/>
                    <w:szCs w:val="17"/>
                  </w:rPr>
                  <w:t xml:space="preserve">     </w:t>
                </w:r>
              </w:sdtContent>
            </w:sdt>
            <w:permEnd w:id="822"/>
          </w:p>
        </w:tc>
        <w:tc>
          <w:tcPr>
            <w:tcW w:type="dxa" w:w="1134"/>
            <w:vAlign w:val="center"/>
          </w:tcPr>
          <w:p>
            <w:pPr>
              <w:spacing w:before="0" w:after="0" w:line="240" w:lineRule="auto"/>
              <w:jc w:val="left"/>
            </w:pPr>
            <w:permStart w:id="823" w:edGrp="everyone"/>
            <w:sdt>
              <w:sdtPr>
                <w:alias w:val="Harf 20"/>
                <w:tag w:val="Harf 20"/>
                <w:id w:val="41822"/>
                <w:showingPlcHdr/>
                <w:text/>
              </w:sdtPr>
              <w:sdtContent>
                <w:r>
                  <w:rPr>
                    <w:rStyle w:val="PlaceholderText"/>
                    <w:sz w:val="17"/>
                    <w:szCs w:val="17"/>
                  </w:rPr>
                  <w:t xml:space="preserve">    </w:t>
                </w:r>
              </w:sdtContent>
            </w:sdt>
            <w:permEnd w:id="823"/>
          </w:p>
        </w:tc>
        <w:tc>
          <w:tcPr>
            <w:tcW w:type="dxa" w:w="2041"/>
            <w:vAlign w:val="center"/>
          </w:tcPr>
          <w:p>
            <w:pPr>
              <w:spacing w:before="0" w:after="0" w:line="240" w:lineRule="auto"/>
              <w:jc w:val="left"/>
            </w:pPr>
            <w:permStart w:id="824" w:edGrp="everyone"/>
            <w:sdt>
              <w:sdtPr>
                <w:alias w:val="Gerekçe 20"/>
                <w:tag w:val="Gerekçe 20"/>
                <w:id w:val="41823"/>
                <w:showingPlcHdr/>
                <w:text/>
              </w:sdtPr>
              <w:sdtContent>
                <w:r>
                  <w:rPr>
                    <w:rStyle w:val="PlaceholderText"/>
                    <w:sz w:val="17"/>
                    <w:szCs w:val="17"/>
                  </w:rPr>
                  <w:t xml:space="preserve">       </w:t>
                </w:r>
              </w:sdtContent>
            </w:sdt>
            <w:permEnd w:id="824"/>
          </w:p>
        </w:tc>
      </w:tr>
      <w:tr>
        <w:trPr>
          <w:trHeight w:val="351" w:hRule="atLeast"/>
          <w:cantSplit/>
        </w:trPr>
        <w:tc>
          <w:tcPr>
            <w:tcW w:type="dxa" w:w="1247"/>
            <w:vAlign w:val="center"/>
          </w:tcPr>
          <w:p>
            <w:pPr>
              <w:spacing w:before="0" w:after="0" w:line="240" w:lineRule="auto"/>
              <w:jc w:val="left"/>
            </w:pPr>
            <w:permStart w:id="825" w:edGrp="everyone"/>
            <w:sdt>
              <w:sdtPr>
                <w:alias w:val="No 21"/>
                <w:tag w:val="No 21"/>
                <w:id w:val="41824"/>
                <w:showingPlcHdr/>
                <w:text/>
              </w:sdtPr>
              <w:sdtContent>
                <w:r>
                  <w:rPr>
                    <w:rStyle w:val="PlaceholderText"/>
                    <w:sz w:val="17"/>
                    <w:szCs w:val="17"/>
                  </w:rPr>
                  <w:t xml:space="preserve">    </w:t>
                </w:r>
              </w:sdtContent>
            </w:sdt>
            <w:permEnd w:id="825"/>
          </w:p>
        </w:tc>
        <w:tc>
          <w:tcPr>
            <w:tcW w:type="dxa" w:w="2154"/>
            <w:vAlign w:val="center"/>
          </w:tcPr>
          <w:p>
            <w:pPr>
              <w:spacing w:before="0" w:after="0" w:line="240" w:lineRule="auto"/>
              <w:jc w:val="left"/>
            </w:pPr>
            <w:permStart w:id="826" w:edGrp="everyone"/>
            <w:sdt>
              <w:sdtPr>
                <w:alias w:val="Ad 21"/>
                <w:tag w:val="Ad 21"/>
                <w:id w:val="41825"/>
                <w:showingPlcHdr/>
                <w:text/>
              </w:sdtPr>
              <w:sdtContent>
                <w:r>
                  <w:rPr>
                    <w:rStyle w:val="PlaceholderText"/>
                    <w:sz w:val="17"/>
                    <w:szCs w:val="17"/>
                  </w:rPr>
                  <w:t xml:space="preserve">        </w:t>
                </w:r>
              </w:sdtContent>
            </w:sdt>
            <w:permEnd w:id="826"/>
          </w:p>
        </w:tc>
        <w:tc>
          <w:tcPr>
            <w:tcW w:type="dxa" w:w="907"/>
            <w:vAlign w:val="center"/>
          </w:tcPr>
          <w:p>
            <w:pPr>
              <w:spacing w:before="0" w:after="0" w:line="240" w:lineRule="auto"/>
              <w:jc w:val="left"/>
            </w:pPr>
            <w:permStart w:id="827" w:edGrp="everyone"/>
            <w:sdt>
              <w:sdtPr>
                <w:alias w:val="Eski 21"/>
                <w:tag w:val="Eski 21"/>
                <w:id w:val="41826"/>
                <w:showingPlcHdr/>
                <w:text/>
              </w:sdtPr>
              <w:sdtContent>
                <w:r>
                  <w:rPr>
                    <w:rStyle w:val="PlaceholderText"/>
                    <w:sz w:val="17"/>
                    <w:szCs w:val="17"/>
                  </w:rPr>
                  <w:t xml:space="preserve">    </w:t>
                </w:r>
              </w:sdtContent>
            </w:sdt>
            <w:permEnd w:id="827"/>
          </w:p>
        </w:tc>
        <w:tc>
          <w:tcPr>
            <w:tcW w:type="dxa" w:w="907"/>
            <w:vAlign w:val="center"/>
          </w:tcPr>
          <w:p>
            <w:pPr>
              <w:spacing w:before="0" w:after="0" w:line="240" w:lineRule="auto"/>
              <w:jc w:val="left"/>
            </w:pPr>
            <w:permStart w:id="828" w:edGrp="everyone"/>
            <w:sdt>
              <w:sdtPr>
                <w:alias w:val="Yeni 21"/>
                <w:tag w:val="Yeni 21"/>
                <w:id w:val="41827"/>
                <w:showingPlcHdr/>
                <w:text/>
              </w:sdtPr>
              <w:sdtContent>
                <w:r>
                  <w:rPr>
                    <w:rStyle w:val="PlaceholderText"/>
                    <w:sz w:val="17"/>
                    <w:szCs w:val="17"/>
                  </w:rPr>
                  <w:t xml:space="preserve">    </w:t>
                </w:r>
              </w:sdtContent>
            </w:sdt>
            <w:permEnd w:id="828"/>
          </w:p>
        </w:tc>
        <w:tc>
          <w:tcPr>
            <w:tcW w:type="dxa" w:w="1247"/>
            <w:vAlign w:val="center"/>
          </w:tcPr>
          <w:p>
            <w:pPr>
              <w:spacing w:before="0" w:after="0" w:line="240" w:lineRule="auto"/>
              <w:jc w:val="left"/>
            </w:pPr>
            <w:permStart w:id="829" w:edGrp="everyone"/>
            <w:sdt>
              <w:sdtPr>
                <w:alias w:val="4lük 21"/>
                <w:tag w:val="4lük 21"/>
                <w:id w:val="41828"/>
                <w:showingPlcHdr/>
                <w:text/>
              </w:sdtPr>
              <w:sdtContent>
                <w:r>
                  <w:rPr>
                    <w:rStyle w:val="PlaceholderText"/>
                    <w:sz w:val="17"/>
                    <w:szCs w:val="17"/>
                  </w:rPr>
                  <w:t xml:space="preserve">     </w:t>
                </w:r>
              </w:sdtContent>
            </w:sdt>
            <w:permEnd w:id="829"/>
          </w:p>
        </w:tc>
        <w:tc>
          <w:tcPr>
            <w:tcW w:type="dxa" w:w="1134"/>
            <w:vAlign w:val="center"/>
          </w:tcPr>
          <w:p>
            <w:pPr>
              <w:spacing w:before="0" w:after="0" w:line="240" w:lineRule="auto"/>
              <w:jc w:val="left"/>
            </w:pPr>
            <w:permStart w:id="830" w:edGrp="everyone"/>
            <w:sdt>
              <w:sdtPr>
                <w:alias w:val="Harf 21"/>
                <w:tag w:val="Harf 21"/>
                <w:id w:val="41829"/>
                <w:showingPlcHdr/>
                <w:text/>
              </w:sdtPr>
              <w:sdtContent>
                <w:r>
                  <w:rPr>
                    <w:rStyle w:val="PlaceholderText"/>
                    <w:sz w:val="17"/>
                    <w:szCs w:val="17"/>
                  </w:rPr>
                  <w:t xml:space="preserve">    </w:t>
                </w:r>
              </w:sdtContent>
            </w:sdt>
            <w:permEnd w:id="830"/>
          </w:p>
        </w:tc>
        <w:tc>
          <w:tcPr>
            <w:tcW w:type="dxa" w:w="2041"/>
            <w:vAlign w:val="center"/>
          </w:tcPr>
          <w:p>
            <w:pPr>
              <w:spacing w:before="0" w:after="0" w:line="240" w:lineRule="auto"/>
              <w:jc w:val="left"/>
            </w:pPr>
            <w:permStart w:id="831" w:edGrp="everyone"/>
            <w:sdt>
              <w:sdtPr>
                <w:alias w:val="Gerekçe 21"/>
                <w:tag w:val="Gerekçe 21"/>
                <w:id w:val="41830"/>
                <w:showingPlcHdr/>
                <w:text/>
              </w:sdtPr>
              <w:sdtContent>
                <w:r>
                  <w:rPr>
                    <w:rStyle w:val="PlaceholderText"/>
                    <w:sz w:val="17"/>
                    <w:szCs w:val="17"/>
                  </w:rPr>
                  <w:t xml:space="preserve">       </w:t>
                </w:r>
              </w:sdtContent>
            </w:sdt>
            <w:permEnd w:id="831"/>
          </w:p>
        </w:tc>
      </w:tr>
      <w:tr>
        <w:trPr>
          <w:trHeight w:val="351" w:hRule="atLeast"/>
          <w:cantSplit/>
        </w:trPr>
        <w:tc>
          <w:tcPr>
            <w:tcW w:type="dxa" w:w="1247"/>
            <w:vAlign w:val="center"/>
          </w:tcPr>
          <w:p>
            <w:pPr>
              <w:spacing w:before="0" w:after="0" w:line="240" w:lineRule="auto"/>
              <w:jc w:val="left"/>
            </w:pPr>
            <w:permStart w:id="832" w:edGrp="everyone"/>
            <w:sdt>
              <w:sdtPr>
                <w:alias w:val="No 22"/>
                <w:tag w:val="No 22"/>
                <w:id w:val="41831"/>
                <w:showingPlcHdr/>
                <w:text/>
              </w:sdtPr>
              <w:sdtContent>
                <w:r>
                  <w:rPr>
                    <w:rStyle w:val="PlaceholderText"/>
                    <w:sz w:val="17"/>
                    <w:szCs w:val="17"/>
                  </w:rPr>
                  <w:t xml:space="preserve">    </w:t>
                </w:r>
              </w:sdtContent>
            </w:sdt>
            <w:permEnd w:id="832"/>
          </w:p>
        </w:tc>
        <w:tc>
          <w:tcPr>
            <w:tcW w:type="dxa" w:w="2154"/>
            <w:vAlign w:val="center"/>
          </w:tcPr>
          <w:p>
            <w:pPr>
              <w:spacing w:before="0" w:after="0" w:line="240" w:lineRule="auto"/>
              <w:jc w:val="left"/>
            </w:pPr>
            <w:permStart w:id="833" w:edGrp="everyone"/>
            <w:sdt>
              <w:sdtPr>
                <w:alias w:val="Ad 22"/>
                <w:tag w:val="Ad 22"/>
                <w:id w:val="41832"/>
                <w:showingPlcHdr/>
                <w:text/>
              </w:sdtPr>
              <w:sdtContent>
                <w:r>
                  <w:rPr>
                    <w:rStyle w:val="PlaceholderText"/>
                    <w:sz w:val="17"/>
                    <w:szCs w:val="17"/>
                  </w:rPr>
                  <w:t xml:space="preserve">        </w:t>
                </w:r>
              </w:sdtContent>
            </w:sdt>
            <w:permEnd w:id="833"/>
          </w:p>
        </w:tc>
        <w:tc>
          <w:tcPr>
            <w:tcW w:type="dxa" w:w="907"/>
            <w:vAlign w:val="center"/>
          </w:tcPr>
          <w:p>
            <w:pPr>
              <w:spacing w:before="0" w:after="0" w:line="240" w:lineRule="auto"/>
              <w:jc w:val="left"/>
            </w:pPr>
            <w:permStart w:id="834" w:edGrp="everyone"/>
            <w:sdt>
              <w:sdtPr>
                <w:alias w:val="Eski 22"/>
                <w:tag w:val="Eski 22"/>
                <w:id w:val="41833"/>
                <w:showingPlcHdr/>
                <w:text/>
              </w:sdtPr>
              <w:sdtContent>
                <w:r>
                  <w:rPr>
                    <w:rStyle w:val="PlaceholderText"/>
                    <w:sz w:val="17"/>
                    <w:szCs w:val="17"/>
                  </w:rPr>
                  <w:t xml:space="preserve">    </w:t>
                </w:r>
              </w:sdtContent>
            </w:sdt>
            <w:permEnd w:id="834"/>
          </w:p>
        </w:tc>
        <w:tc>
          <w:tcPr>
            <w:tcW w:type="dxa" w:w="907"/>
            <w:vAlign w:val="center"/>
          </w:tcPr>
          <w:p>
            <w:pPr>
              <w:spacing w:before="0" w:after="0" w:line="240" w:lineRule="auto"/>
              <w:jc w:val="left"/>
            </w:pPr>
            <w:permStart w:id="835" w:edGrp="everyone"/>
            <w:sdt>
              <w:sdtPr>
                <w:alias w:val="Yeni 22"/>
                <w:tag w:val="Yeni 22"/>
                <w:id w:val="41834"/>
                <w:showingPlcHdr/>
                <w:text/>
              </w:sdtPr>
              <w:sdtContent>
                <w:r>
                  <w:rPr>
                    <w:rStyle w:val="PlaceholderText"/>
                    <w:sz w:val="17"/>
                    <w:szCs w:val="17"/>
                  </w:rPr>
                  <w:t xml:space="preserve">    </w:t>
                </w:r>
              </w:sdtContent>
            </w:sdt>
            <w:permEnd w:id="835"/>
          </w:p>
        </w:tc>
        <w:tc>
          <w:tcPr>
            <w:tcW w:type="dxa" w:w="1247"/>
            <w:vAlign w:val="center"/>
          </w:tcPr>
          <w:p>
            <w:pPr>
              <w:spacing w:before="0" w:after="0" w:line="240" w:lineRule="auto"/>
              <w:jc w:val="left"/>
            </w:pPr>
            <w:permStart w:id="836" w:edGrp="everyone"/>
            <w:sdt>
              <w:sdtPr>
                <w:alias w:val="4lük 22"/>
                <w:tag w:val="4lük 22"/>
                <w:id w:val="41835"/>
                <w:showingPlcHdr/>
                <w:text/>
              </w:sdtPr>
              <w:sdtContent>
                <w:r>
                  <w:rPr>
                    <w:rStyle w:val="PlaceholderText"/>
                    <w:sz w:val="17"/>
                    <w:szCs w:val="17"/>
                  </w:rPr>
                  <w:t xml:space="preserve">     </w:t>
                </w:r>
              </w:sdtContent>
            </w:sdt>
            <w:permEnd w:id="836"/>
          </w:p>
        </w:tc>
        <w:tc>
          <w:tcPr>
            <w:tcW w:type="dxa" w:w="1134"/>
            <w:vAlign w:val="center"/>
          </w:tcPr>
          <w:p>
            <w:pPr>
              <w:spacing w:before="0" w:after="0" w:line="240" w:lineRule="auto"/>
              <w:jc w:val="left"/>
            </w:pPr>
            <w:permStart w:id="837" w:edGrp="everyone"/>
            <w:sdt>
              <w:sdtPr>
                <w:alias w:val="Harf 22"/>
                <w:tag w:val="Harf 22"/>
                <w:id w:val="41836"/>
                <w:showingPlcHdr/>
                <w:text/>
              </w:sdtPr>
              <w:sdtContent>
                <w:r>
                  <w:rPr>
                    <w:rStyle w:val="PlaceholderText"/>
                    <w:sz w:val="17"/>
                    <w:szCs w:val="17"/>
                  </w:rPr>
                  <w:t xml:space="preserve">    </w:t>
                </w:r>
              </w:sdtContent>
            </w:sdt>
            <w:permEnd w:id="837"/>
          </w:p>
        </w:tc>
        <w:tc>
          <w:tcPr>
            <w:tcW w:type="dxa" w:w="2041"/>
            <w:vAlign w:val="center"/>
          </w:tcPr>
          <w:p>
            <w:pPr>
              <w:spacing w:before="0" w:after="0" w:line="240" w:lineRule="auto"/>
              <w:jc w:val="left"/>
            </w:pPr>
            <w:permStart w:id="838" w:edGrp="everyone"/>
            <w:sdt>
              <w:sdtPr>
                <w:alias w:val="Gerekçe 22"/>
                <w:tag w:val="Gerekçe 22"/>
                <w:id w:val="41837"/>
                <w:showingPlcHdr/>
                <w:text/>
              </w:sdtPr>
              <w:sdtContent>
                <w:r>
                  <w:rPr>
                    <w:rStyle w:val="PlaceholderText"/>
                    <w:sz w:val="17"/>
                    <w:szCs w:val="17"/>
                  </w:rPr>
                  <w:t xml:space="preserve">       </w:t>
                </w:r>
              </w:sdtContent>
            </w:sdt>
            <w:permEnd w:id="838"/>
          </w:p>
        </w:tc>
      </w:tr>
      <w:tr>
        <w:trPr>
          <w:trHeight w:val="351" w:hRule="atLeast"/>
          <w:cantSplit/>
        </w:trPr>
        <w:tc>
          <w:tcPr>
            <w:tcW w:type="dxa" w:w="1247"/>
            <w:vAlign w:val="center"/>
          </w:tcPr>
          <w:p>
            <w:pPr>
              <w:spacing w:before="0" w:after="0" w:line="240" w:lineRule="auto"/>
              <w:jc w:val="left"/>
            </w:pPr>
            <w:permStart w:id="839" w:edGrp="everyone"/>
            <w:sdt>
              <w:sdtPr>
                <w:alias w:val="No 23"/>
                <w:tag w:val="No 23"/>
                <w:id w:val="41838"/>
                <w:showingPlcHdr/>
                <w:text/>
              </w:sdtPr>
              <w:sdtContent>
                <w:r>
                  <w:rPr>
                    <w:rStyle w:val="PlaceholderText"/>
                    <w:sz w:val="17"/>
                    <w:szCs w:val="17"/>
                  </w:rPr>
                  <w:t xml:space="preserve">    </w:t>
                </w:r>
              </w:sdtContent>
            </w:sdt>
            <w:permEnd w:id="839"/>
          </w:p>
        </w:tc>
        <w:tc>
          <w:tcPr>
            <w:tcW w:type="dxa" w:w="2154"/>
            <w:vAlign w:val="center"/>
          </w:tcPr>
          <w:p>
            <w:pPr>
              <w:spacing w:before="0" w:after="0" w:line="240" w:lineRule="auto"/>
              <w:jc w:val="left"/>
            </w:pPr>
            <w:permStart w:id="840" w:edGrp="everyone"/>
            <w:sdt>
              <w:sdtPr>
                <w:alias w:val="Ad 23"/>
                <w:tag w:val="Ad 23"/>
                <w:id w:val="41839"/>
                <w:showingPlcHdr/>
                <w:text/>
              </w:sdtPr>
              <w:sdtContent>
                <w:r>
                  <w:rPr>
                    <w:rStyle w:val="PlaceholderText"/>
                    <w:sz w:val="17"/>
                    <w:szCs w:val="17"/>
                  </w:rPr>
                  <w:t xml:space="preserve">        </w:t>
                </w:r>
              </w:sdtContent>
            </w:sdt>
            <w:permEnd w:id="840"/>
          </w:p>
        </w:tc>
        <w:tc>
          <w:tcPr>
            <w:tcW w:type="dxa" w:w="907"/>
            <w:vAlign w:val="center"/>
          </w:tcPr>
          <w:p>
            <w:pPr>
              <w:spacing w:before="0" w:after="0" w:line="240" w:lineRule="auto"/>
              <w:jc w:val="left"/>
            </w:pPr>
            <w:permStart w:id="841" w:edGrp="everyone"/>
            <w:sdt>
              <w:sdtPr>
                <w:alias w:val="Eski 23"/>
                <w:tag w:val="Eski 23"/>
                <w:id w:val="41840"/>
                <w:showingPlcHdr/>
                <w:text/>
              </w:sdtPr>
              <w:sdtContent>
                <w:r>
                  <w:rPr>
                    <w:rStyle w:val="PlaceholderText"/>
                    <w:sz w:val="17"/>
                    <w:szCs w:val="17"/>
                  </w:rPr>
                  <w:t xml:space="preserve">    </w:t>
                </w:r>
              </w:sdtContent>
            </w:sdt>
            <w:permEnd w:id="841"/>
          </w:p>
        </w:tc>
        <w:tc>
          <w:tcPr>
            <w:tcW w:type="dxa" w:w="907"/>
            <w:vAlign w:val="center"/>
          </w:tcPr>
          <w:p>
            <w:pPr>
              <w:spacing w:before="0" w:after="0" w:line="240" w:lineRule="auto"/>
              <w:jc w:val="left"/>
            </w:pPr>
            <w:permStart w:id="842" w:edGrp="everyone"/>
            <w:sdt>
              <w:sdtPr>
                <w:alias w:val="Yeni 23"/>
                <w:tag w:val="Yeni 23"/>
                <w:id w:val="41841"/>
                <w:showingPlcHdr/>
                <w:text/>
              </w:sdtPr>
              <w:sdtContent>
                <w:r>
                  <w:rPr>
                    <w:rStyle w:val="PlaceholderText"/>
                    <w:sz w:val="17"/>
                    <w:szCs w:val="17"/>
                  </w:rPr>
                  <w:t xml:space="preserve">    </w:t>
                </w:r>
              </w:sdtContent>
            </w:sdt>
            <w:permEnd w:id="842"/>
          </w:p>
        </w:tc>
        <w:tc>
          <w:tcPr>
            <w:tcW w:type="dxa" w:w="1247"/>
            <w:vAlign w:val="center"/>
          </w:tcPr>
          <w:p>
            <w:pPr>
              <w:spacing w:before="0" w:after="0" w:line="240" w:lineRule="auto"/>
              <w:jc w:val="left"/>
            </w:pPr>
            <w:permStart w:id="843" w:edGrp="everyone"/>
            <w:sdt>
              <w:sdtPr>
                <w:alias w:val="4lük 23"/>
                <w:tag w:val="4lük 23"/>
                <w:id w:val="41842"/>
                <w:showingPlcHdr/>
                <w:text/>
              </w:sdtPr>
              <w:sdtContent>
                <w:r>
                  <w:rPr>
                    <w:rStyle w:val="PlaceholderText"/>
                    <w:sz w:val="17"/>
                    <w:szCs w:val="17"/>
                  </w:rPr>
                  <w:t xml:space="preserve">     </w:t>
                </w:r>
              </w:sdtContent>
            </w:sdt>
            <w:permEnd w:id="843"/>
          </w:p>
        </w:tc>
        <w:tc>
          <w:tcPr>
            <w:tcW w:type="dxa" w:w="1134"/>
            <w:vAlign w:val="center"/>
          </w:tcPr>
          <w:p>
            <w:pPr>
              <w:spacing w:before="0" w:after="0" w:line="240" w:lineRule="auto"/>
              <w:jc w:val="left"/>
            </w:pPr>
            <w:permStart w:id="844" w:edGrp="everyone"/>
            <w:sdt>
              <w:sdtPr>
                <w:alias w:val="Harf 23"/>
                <w:tag w:val="Harf 23"/>
                <w:id w:val="41843"/>
                <w:showingPlcHdr/>
                <w:text/>
              </w:sdtPr>
              <w:sdtContent>
                <w:r>
                  <w:rPr>
                    <w:rStyle w:val="PlaceholderText"/>
                    <w:sz w:val="17"/>
                    <w:szCs w:val="17"/>
                  </w:rPr>
                  <w:t xml:space="preserve">    </w:t>
                </w:r>
              </w:sdtContent>
            </w:sdt>
            <w:permEnd w:id="844"/>
          </w:p>
        </w:tc>
        <w:tc>
          <w:tcPr>
            <w:tcW w:type="dxa" w:w="2041"/>
            <w:vAlign w:val="center"/>
          </w:tcPr>
          <w:p>
            <w:pPr>
              <w:spacing w:before="0" w:after="0" w:line="240" w:lineRule="auto"/>
              <w:jc w:val="left"/>
            </w:pPr>
            <w:permStart w:id="845" w:edGrp="everyone"/>
            <w:sdt>
              <w:sdtPr>
                <w:alias w:val="Gerekçe 23"/>
                <w:tag w:val="Gerekçe 23"/>
                <w:id w:val="41844"/>
                <w:showingPlcHdr/>
                <w:text/>
              </w:sdtPr>
              <w:sdtContent>
                <w:r>
                  <w:rPr>
                    <w:rStyle w:val="PlaceholderText"/>
                    <w:sz w:val="17"/>
                    <w:szCs w:val="17"/>
                  </w:rPr>
                  <w:t xml:space="preserve">       </w:t>
                </w:r>
              </w:sdtContent>
            </w:sdt>
            <w:permEnd w:id="845"/>
          </w:p>
        </w:tc>
      </w:tr>
      <w:tr>
        <w:trPr>
          <w:trHeight w:val="351" w:hRule="atLeast"/>
          <w:cantSplit/>
        </w:trPr>
        <w:tc>
          <w:tcPr>
            <w:tcW w:type="dxa" w:w="1247"/>
            <w:vAlign w:val="center"/>
          </w:tcPr>
          <w:p>
            <w:pPr>
              <w:spacing w:before="0" w:after="0" w:line="240" w:lineRule="auto"/>
              <w:jc w:val="left"/>
            </w:pPr>
            <w:permStart w:id="846" w:edGrp="everyone"/>
            <w:sdt>
              <w:sdtPr>
                <w:alias w:val="No 24"/>
                <w:tag w:val="No 24"/>
                <w:id w:val="41845"/>
                <w:showingPlcHdr/>
                <w:text/>
              </w:sdtPr>
              <w:sdtContent>
                <w:r>
                  <w:rPr>
                    <w:rStyle w:val="PlaceholderText"/>
                    <w:sz w:val="17"/>
                    <w:szCs w:val="17"/>
                  </w:rPr>
                  <w:t xml:space="preserve">    </w:t>
                </w:r>
              </w:sdtContent>
            </w:sdt>
            <w:permEnd w:id="846"/>
          </w:p>
        </w:tc>
        <w:tc>
          <w:tcPr>
            <w:tcW w:type="dxa" w:w="2154"/>
            <w:vAlign w:val="center"/>
          </w:tcPr>
          <w:p>
            <w:pPr>
              <w:spacing w:before="0" w:after="0" w:line="240" w:lineRule="auto"/>
              <w:jc w:val="left"/>
            </w:pPr>
            <w:permStart w:id="847" w:edGrp="everyone"/>
            <w:sdt>
              <w:sdtPr>
                <w:alias w:val="Ad 24"/>
                <w:tag w:val="Ad 24"/>
                <w:id w:val="41846"/>
                <w:showingPlcHdr/>
                <w:text/>
              </w:sdtPr>
              <w:sdtContent>
                <w:r>
                  <w:rPr>
                    <w:rStyle w:val="PlaceholderText"/>
                    <w:sz w:val="17"/>
                    <w:szCs w:val="17"/>
                  </w:rPr>
                  <w:t xml:space="preserve">        </w:t>
                </w:r>
              </w:sdtContent>
            </w:sdt>
            <w:permEnd w:id="847"/>
          </w:p>
        </w:tc>
        <w:tc>
          <w:tcPr>
            <w:tcW w:type="dxa" w:w="907"/>
            <w:vAlign w:val="center"/>
          </w:tcPr>
          <w:p>
            <w:pPr>
              <w:spacing w:before="0" w:after="0" w:line="240" w:lineRule="auto"/>
              <w:jc w:val="left"/>
            </w:pPr>
            <w:permStart w:id="848" w:edGrp="everyone"/>
            <w:sdt>
              <w:sdtPr>
                <w:alias w:val="Eski 24"/>
                <w:tag w:val="Eski 24"/>
                <w:id w:val="41847"/>
                <w:showingPlcHdr/>
                <w:text/>
              </w:sdtPr>
              <w:sdtContent>
                <w:r>
                  <w:rPr>
                    <w:rStyle w:val="PlaceholderText"/>
                    <w:sz w:val="17"/>
                    <w:szCs w:val="17"/>
                  </w:rPr>
                  <w:t xml:space="preserve">    </w:t>
                </w:r>
              </w:sdtContent>
            </w:sdt>
            <w:permEnd w:id="848"/>
          </w:p>
        </w:tc>
        <w:tc>
          <w:tcPr>
            <w:tcW w:type="dxa" w:w="907"/>
            <w:vAlign w:val="center"/>
          </w:tcPr>
          <w:p>
            <w:pPr>
              <w:spacing w:before="0" w:after="0" w:line="240" w:lineRule="auto"/>
              <w:jc w:val="left"/>
            </w:pPr>
            <w:permStart w:id="849" w:edGrp="everyone"/>
            <w:sdt>
              <w:sdtPr>
                <w:alias w:val="Yeni 24"/>
                <w:tag w:val="Yeni 24"/>
                <w:id w:val="41848"/>
                <w:showingPlcHdr/>
                <w:text/>
              </w:sdtPr>
              <w:sdtContent>
                <w:r>
                  <w:rPr>
                    <w:rStyle w:val="PlaceholderText"/>
                    <w:sz w:val="17"/>
                    <w:szCs w:val="17"/>
                  </w:rPr>
                  <w:t xml:space="preserve">    </w:t>
                </w:r>
              </w:sdtContent>
            </w:sdt>
            <w:permEnd w:id="849"/>
          </w:p>
        </w:tc>
        <w:tc>
          <w:tcPr>
            <w:tcW w:type="dxa" w:w="1247"/>
            <w:vAlign w:val="center"/>
          </w:tcPr>
          <w:p>
            <w:pPr>
              <w:spacing w:before="0" w:after="0" w:line="240" w:lineRule="auto"/>
              <w:jc w:val="left"/>
            </w:pPr>
            <w:permStart w:id="850" w:edGrp="everyone"/>
            <w:sdt>
              <w:sdtPr>
                <w:alias w:val="4lük 24"/>
                <w:tag w:val="4lük 24"/>
                <w:id w:val="41849"/>
                <w:showingPlcHdr/>
                <w:text/>
              </w:sdtPr>
              <w:sdtContent>
                <w:r>
                  <w:rPr>
                    <w:rStyle w:val="PlaceholderText"/>
                    <w:sz w:val="17"/>
                    <w:szCs w:val="17"/>
                  </w:rPr>
                  <w:t xml:space="preserve">     </w:t>
                </w:r>
              </w:sdtContent>
            </w:sdt>
            <w:permEnd w:id="850"/>
          </w:p>
        </w:tc>
        <w:tc>
          <w:tcPr>
            <w:tcW w:type="dxa" w:w="1134"/>
            <w:vAlign w:val="center"/>
          </w:tcPr>
          <w:p>
            <w:pPr>
              <w:spacing w:before="0" w:after="0" w:line="240" w:lineRule="auto"/>
              <w:jc w:val="left"/>
            </w:pPr>
            <w:permStart w:id="851" w:edGrp="everyone"/>
            <w:sdt>
              <w:sdtPr>
                <w:alias w:val="Harf 24"/>
                <w:tag w:val="Harf 24"/>
                <w:id w:val="41850"/>
                <w:showingPlcHdr/>
                <w:text/>
              </w:sdtPr>
              <w:sdtContent>
                <w:r>
                  <w:rPr>
                    <w:rStyle w:val="PlaceholderText"/>
                    <w:sz w:val="17"/>
                    <w:szCs w:val="17"/>
                  </w:rPr>
                  <w:t xml:space="preserve">    </w:t>
                </w:r>
              </w:sdtContent>
            </w:sdt>
            <w:permEnd w:id="851"/>
          </w:p>
        </w:tc>
        <w:tc>
          <w:tcPr>
            <w:tcW w:type="dxa" w:w="2041"/>
            <w:vAlign w:val="center"/>
          </w:tcPr>
          <w:p>
            <w:pPr>
              <w:spacing w:before="0" w:after="0" w:line="240" w:lineRule="auto"/>
              <w:jc w:val="left"/>
            </w:pPr>
            <w:permStart w:id="852" w:edGrp="everyone"/>
            <w:sdt>
              <w:sdtPr>
                <w:alias w:val="Gerekçe 24"/>
                <w:tag w:val="Gerekçe 24"/>
                <w:id w:val="41851"/>
                <w:showingPlcHdr/>
                <w:text/>
              </w:sdtPr>
              <w:sdtContent>
                <w:r>
                  <w:rPr>
                    <w:rStyle w:val="PlaceholderText"/>
                    <w:sz w:val="17"/>
                    <w:szCs w:val="17"/>
                  </w:rPr>
                  <w:t xml:space="preserve">       </w:t>
                </w:r>
              </w:sdtContent>
            </w:sdt>
            <w:permEnd w:id="852"/>
          </w:p>
        </w:tc>
      </w:tr>
      <w:tr>
        <w:trPr>
          <w:trHeight w:val="351" w:hRule="atLeast"/>
          <w:cantSplit/>
        </w:trPr>
        <w:tc>
          <w:tcPr>
            <w:tcW w:type="dxa" w:w="1247"/>
            <w:vAlign w:val="center"/>
          </w:tcPr>
          <w:p>
            <w:pPr>
              <w:spacing w:before="0" w:after="0" w:line="240" w:lineRule="auto"/>
              <w:jc w:val="left"/>
            </w:pPr>
            <w:permStart w:id="853" w:edGrp="everyone"/>
            <w:sdt>
              <w:sdtPr>
                <w:alias w:val="No 25"/>
                <w:tag w:val="No 25"/>
                <w:id w:val="41852"/>
                <w:showingPlcHdr/>
                <w:text/>
              </w:sdtPr>
              <w:sdtContent>
                <w:r>
                  <w:rPr>
                    <w:rStyle w:val="PlaceholderText"/>
                    <w:sz w:val="17"/>
                    <w:szCs w:val="17"/>
                  </w:rPr>
                  <w:t xml:space="preserve">    </w:t>
                </w:r>
              </w:sdtContent>
            </w:sdt>
            <w:permEnd w:id="853"/>
          </w:p>
        </w:tc>
        <w:tc>
          <w:tcPr>
            <w:tcW w:type="dxa" w:w="2154"/>
            <w:vAlign w:val="center"/>
          </w:tcPr>
          <w:p>
            <w:pPr>
              <w:spacing w:before="0" w:after="0" w:line="240" w:lineRule="auto"/>
              <w:jc w:val="left"/>
            </w:pPr>
            <w:permStart w:id="854" w:edGrp="everyone"/>
            <w:sdt>
              <w:sdtPr>
                <w:alias w:val="Ad 25"/>
                <w:tag w:val="Ad 25"/>
                <w:id w:val="41853"/>
                <w:showingPlcHdr/>
                <w:text/>
              </w:sdtPr>
              <w:sdtContent>
                <w:r>
                  <w:rPr>
                    <w:rStyle w:val="PlaceholderText"/>
                    <w:sz w:val="17"/>
                    <w:szCs w:val="17"/>
                  </w:rPr>
                  <w:t xml:space="preserve">        </w:t>
                </w:r>
              </w:sdtContent>
            </w:sdt>
            <w:permEnd w:id="854"/>
          </w:p>
        </w:tc>
        <w:tc>
          <w:tcPr>
            <w:tcW w:type="dxa" w:w="907"/>
            <w:vAlign w:val="center"/>
          </w:tcPr>
          <w:p>
            <w:pPr>
              <w:spacing w:before="0" w:after="0" w:line="240" w:lineRule="auto"/>
              <w:jc w:val="left"/>
            </w:pPr>
            <w:permStart w:id="855" w:edGrp="everyone"/>
            <w:sdt>
              <w:sdtPr>
                <w:alias w:val="Eski 25"/>
                <w:tag w:val="Eski 25"/>
                <w:id w:val="41854"/>
                <w:showingPlcHdr/>
                <w:text/>
              </w:sdtPr>
              <w:sdtContent>
                <w:r>
                  <w:rPr>
                    <w:rStyle w:val="PlaceholderText"/>
                    <w:sz w:val="17"/>
                    <w:szCs w:val="17"/>
                  </w:rPr>
                  <w:t xml:space="preserve">    </w:t>
                </w:r>
              </w:sdtContent>
            </w:sdt>
            <w:permEnd w:id="855"/>
          </w:p>
        </w:tc>
        <w:tc>
          <w:tcPr>
            <w:tcW w:type="dxa" w:w="907"/>
            <w:vAlign w:val="center"/>
          </w:tcPr>
          <w:p>
            <w:pPr>
              <w:spacing w:before="0" w:after="0" w:line="240" w:lineRule="auto"/>
              <w:jc w:val="left"/>
            </w:pPr>
            <w:permStart w:id="856" w:edGrp="everyone"/>
            <w:sdt>
              <w:sdtPr>
                <w:alias w:val="Yeni 25"/>
                <w:tag w:val="Yeni 25"/>
                <w:id w:val="41855"/>
                <w:showingPlcHdr/>
                <w:text/>
              </w:sdtPr>
              <w:sdtContent>
                <w:r>
                  <w:rPr>
                    <w:rStyle w:val="PlaceholderText"/>
                    <w:sz w:val="17"/>
                    <w:szCs w:val="17"/>
                  </w:rPr>
                  <w:t xml:space="preserve">    </w:t>
                </w:r>
              </w:sdtContent>
            </w:sdt>
            <w:permEnd w:id="856"/>
          </w:p>
        </w:tc>
        <w:tc>
          <w:tcPr>
            <w:tcW w:type="dxa" w:w="1247"/>
            <w:vAlign w:val="center"/>
          </w:tcPr>
          <w:p>
            <w:pPr>
              <w:spacing w:before="0" w:after="0" w:line="240" w:lineRule="auto"/>
              <w:jc w:val="left"/>
            </w:pPr>
            <w:permStart w:id="857" w:edGrp="everyone"/>
            <w:sdt>
              <w:sdtPr>
                <w:alias w:val="4lük 25"/>
                <w:tag w:val="4lük 25"/>
                <w:id w:val="41856"/>
                <w:showingPlcHdr/>
                <w:text/>
              </w:sdtPr>
              <w:sdtContent>
                <w:r>
                  <w:rPr>
                    <w:rStyle w:val="PlaceholderText"/>
                    <w:sz w:val="17"/>
                    <w:szCs w:val="17"/>
                  </w:rPr>
                  <w:t xml:space="preserve">     </w:t>
                </w:r>
              </w:sdtContent>
            </w:sdt>
            <w:permEnd w:id="857"/>
          </w:p>
        </w:tc>
        <w:tc>
          <w:tcPr>
            <w:tcW w:type="dxa" w:w="1134"/>
            <w:vAlign w:val="center"/>
          </w:tcPr>
          <w:p>
            <w:pPr>
              <w:spacing w:before="0" w:after="0" w:line="240" w:lineRule="auto"/>
              <w:jc w:val="left"/>
            </w:pPr>
            <w:permStart w:id="858" w:edGrp="everyone"/>
            <w:sdt>
              <w:sdtPr>
                <w:alias w:val="Harf 25"/>
                <w:tag w:val="Harf 25"/>
                <w:id w:val="41857"/>
                <w:showingPlcHdr/>
                <w:text/>
              </w:sdtPr>
              <w:sdtContent>
                <w:r>
                  <w:rPr>
                    <w:rStyle w:val="PlaceholderText"/>
                    <w:sz w:val="17"/>
                    <w:szCs w:val="17"/>
                  </w:rPr>
                  <w:t xml:space="preserve">    </w:t>
                </w:r>
              </w:sdtContent>
            </w:sdt>
            <w:permEnd w:id="858"/>
          </w:p>
        </w:tc>
        <w:tc>
          <w:tcPr>
            <w:tcW w:type="dxa" w:w="2041"/>
            <w:vAlign w:val="center"/>
          </w:tcPr>
          <w:p>
            <w:pPr>
              <w:spacing w:before="0" w:after="0" w:line="240" w:lineRule="auto"/>
              <w:jc w:val="left"/>
            </w:pPr>
            <w:permStart w:id="859" w:edGrp="everyone"/>
            <w:sdt>
              <w:sdtPr>
                <w:alias w:val="Gerekçe 25"/>
                <w:tag w:val="Gerekçe 25"/>
                <w:id w:val="41858"/>
                <w:showingPlcHdr/>
                <w:text/>
              </w:sdtPr>
              <w:sdtContent>
                <w:r>
                  <w:rPr>
                    <w:rStyle w:val="PlaceholderText"/>
                    <w:sz w:val="17"/>
                    <w:szCs w:val="17"/>
                  </w:rPr>
                  <w:t xml:space="preserve">       </w:t>
                </w:r>
              </w:sdtContent>
            </w:sdt>
            <w:permEnd w:id="859"/>
          </w:p>
        </w:tc>
      </w:tr>
      <w:tr>
        <w:trPr>
          <w:trHeight w:val="351" w:hRule="atLeast"/>
          <w:cantSplit/>
        </w:trPr>
        <w:tc>
          <w:tcPr>
            <w:tcW w:type="dxa" w:w="1247"/>
            <w:vAlign w:val="center"/>
          </w:tcPr>
          <w:p>
            <w:pPr>
              <w:spacing w:before="0" w:after="0" w:line="240" w:lineRule="auto"/>
              <w:jc w:val="left"/>
            </w:pPr>
            <w:permStart w:id="860" w:edGrp="everyone"/>
            <w:sdt>
              <w:sdtPr>
                <w:alias w:val="No 26"/>
                <w:tag w:val="No 26"/>
                <w:id w:val="41859"/>
                <w:showingPlcHdr/>
                <w:text/>
              </w:sdtPr>
              <w:sdtContent>
                <w:r>
                  <w:rPr>
                    <w:rStyle w:val="PlaceholderText"/>
                    <w:sz w:val="17"/>
                    <w:szCs w:val="17"/>
                  </w:rPr>
                  <w:t xml:space="preserve">    </w:t>
                </w:r>
              </w:sdtContent>
            </w:sdt>
            <w:permEnd w:id="860"/>
          </w:p>
        </w:tc>
        <w:tc>
          <w:tcPr>
            <w:tcW w:type="dxa" w:w="2154"/>
            <w:vAlign w:val="center"/>
          </w:tcPr>
          <w:p>
            <w:pPr>
              <w:spacing w:before="0" w:after="0" w:line="240" w:lineRule="auto"/>
              <w:jc w:val="left"/>
            </w:pPr>
            <w:permStart w:id="861" w:edGrp="everyone"/>
            <w:sdt>
              <w:sdtPr>
                <w:alias w:val="Ad 26"/>
                <w:tag w:val="Ad 26"/>
                <w:id w:val="41860"/>
                <w:showingPlcHdr/>
                <w:text/>
              </w:sdtPr>
              <w:sdtContent>
                <w:r>
                  <w:rPr>
                    <w:rStyle w:val="PlaceholderText"/>
                    <w:sz w:val="17"/>
                    <w:szCs w:val="17"/>
                  </w:rPr>
                  <w:t xml:space="preserve">        </w:t>
                </w:r>
              </w:sdtContent>
            </w:sdt>
            <w:permEnd w:id="861"/>
          </w:p>
        </w:tc>
        <w:tc>
          <w:tcPr>
            <w:tcW w:type="dxa" w:w="907"/>
            <w:vAlign w:val="center"/>
          </w:tcPr>
          <w:p>
            <w:pPr>
              <w:spacing w:before="0" w:after="0" w:line="240" w:lineRule="auto"/>
              <w:jc w:val="left"/>
            </w:pPr>
            <w:permStart w:id="862" w:edGrp="everyone"/>
            <w:sdt>
              <w:sdtPr>
                <w:alias w:val="Eski 26"/>
                <w:tag w:val="Eski 26"/>
                <w:id w:val="41861"/>
                <w:showingPlcHdr/>
                <w:text/>
              </w:sdtPr>
              <w:sdtContent>
                <w:r>
                  <w:rPr>
                    <w:rStyle w:val="PlaceholderText"/>
                    <w:sz w:val="17"/>
                    <w:szCs w:val="17"/>
                  </w:rPr>
                  <w:t xml:space="preserve">    </w:t>
                </w:r>
              </w:sdtContent>
            </w:sdt>
            <w:permEnd w:id="862"/>
          </w:p>
        </w:tc>
        <w:tc>
          <w:tcPr>
            <w:tcW w:type="dxa" w:w="907"/>
            <w:vAlign w:val="center"/>
          </w:tcPr>
          <w:p>
            <w:pPr>
              <w:spacing w:before="0" w:after="0" w:line="240" w:lineRule="auto"/>
              <w:jc w:val="left"/>
            </w:pPr>
            <w:permStart w:id="863" w:edGrp="everyone"/>
            <w:sdt>
              <w:sdtPr>
                <w:alias w:val="Yeni 26"/>
                <w:tag w:val="Yeni 26"/>
                <w:id w:val="41862"/>
                <w:showingPlcHdr/>
                <w:text/>
              </w:sdtPr>
              <w:sdtContent>
                <w:r>
                  <w:rPr>
                    <w:rStyle w:val="PlaceholderText"/>
                    <w:sz w:val="17"/>
                    <w:szCs w:val="17"/>
                  </w:rPr>
                  <w:t xml:space="preserve">    </w:t>
                </w:r>
              </w:sdtContent>
            </w:sdt>
            <w:permEnd w:id="863"/>
          </w:p>
        </w:tc>
        <w:tc>
          <w:tcPr>
            <w:tcW w:type="dxa" w:w="1247"/>
            <w:vAlign w:val="center"/>
          </w:tcPr>
          <w:p>
            <w:pPr>
              <w:spacing w:before="0" w:after="0" w:line="240" w:lineRule="auto"/>
              <w:jc w:val="left"/>
            </w:pPr>
            <w:permStart w:id="864" w:edGrp="everyone"/>
            <w:sdt>
              <w:sdtPr>
                <w:alias w:val="4lük 26"/>
                <w:tag w:val="4lük 26"/>
                <w:id w:val="41863"/>
                <w:showingPlcHdr/>
                <w:text/>
              </w:sdtPr>
              <w:sdtContent>
                <w:r>
                  <w:rPr>
                    <w:rStyle w:val="PlaceholderText"/>
                    <w:sz w:val="17"/>
                    <w:szCs w:val="17"/>
                  </w:rPr>
                  <w:t xml:space="preserve">     </w:t>
                </w:r>
              </w:sdtContent>
            </w:sdt>
            <w:permEnd w:id="864"/>
          </w:p>
        </w:tc>
        <w:tc>
          <w:tcPr>
            <w:tcW w:type="dxa" w:w="1134"/>
            <w:vAlign w:val="center"/>
          </w:tcPr>
          <w:p>
            <w:pPr>
              <w:spacing w:before="0" w:after="0" w:line="240" w:lineRule="auto"/>
              <w:jc w:val="left"/>
            </w:pPr>
            <w:permStart w:id="865" w:edGrp="everyone"/>
            <w:sdt>
              <w:sdtPr>
                <w:alias w:val="Harf 26"/>
                <w:tag w:val="Harf 26"/>
                <w:id w:val="41864"/>
                <w:showingPlcHdr/>
                <w:text/>
              </w:sdtPr>
              <w:sdtContent>
                <w:r>
                  <w:rPr>
                    <w:rStyle w:val="PlaceholderText"/>
                    <w:sz w:val="17"/>
                    <w:szCs w:val="17"/>
                  </w:rPr>
                  <w:t xml:space="preserve">    </w:t>
                </w:r>
              </w:sdtContent>
            </w:sdt>
            <w:permEnd w:id="865"/>
          </w:p>
        </w:tc>
        <w:tc>
          <w:tcPr>
            <w:tcW w:type="dxa" w:w="2041"/>
            <w:vAlign w:val="center"/>
          </w:tcPr>
          <w:p>
            <w:pPr>
              <w:spacing w:before="0" w:after="0" w:line="240" w:lineRule="auto"/>
              <w:jc w:val="left"/>
            </w:pPr>
            <w:permStart w:id="866" w:edGrp="everyone"/>
            <w:sdt>
              <w:sdtPr>
                <w:alias w:val="Gerekçe 26"/>
                <w:tag w:val="Gerekçe 26"/>
                <w:id w:val="41865"/>
                <w:showingPlcHdr/>
                <w:text/>
              </w:sdtPr>
              <w:sdtContent>
                <w:r>
                  <w:rPr>
                    <w:rStyle w:val="PlaceholderText"/>
                    <w:sz w:val="17"/>
                    <w:szCs w:val="17"/>
                  </w:rPr>
                  <w:t xml:space="preserve">       </w:t>
                </w:r>
              </w:sdtContent>
            </w:sdt>
            <w:permEnd w:id="866"/>
          </w:p>
        </w:tc>
      </w:tr>
      <w:tr>
        <w:trPr>
          <w:trHeight w:val="351" w:hRule="atLeast"/>
          <w:cantSplit/>
        </w:trPr>
        <w:tc>
          <w:tcPr>
            <w:tcW w:type="dxa" w:w="1247"/>
            <w:vAlign w:val="center"/>
          </w:tcPr>
          <w:p>
            <w:pPr>
              <w:spacing w:before="0" w:after="0" w:line="240" w:lineRule="auto"/>
              <w:jc w:val="left"/>
            </w:pPr>
            <w:permStart w:id="867" w:edGrp="everyone"/>
            <w:sdt>
              <w:sdtPr>
                <w:alias w:val="No 27"/>
                <w:tag w:val="No 27"/>
                <w:id w:val="41866"/>
                <w:showingPlcHdr/>
                <w:text/>
              </w:sdtPr>
              <w:sdtContent>
                <w:r>
                  <w:rPr>
                    <w:rStyle w:val="PlaceholderText"/>
                    <w:sz w:val="17"/>
                    <w:szCs w:val="17"/>
                  </w:rPr>
                  <w:t xml:space="preserve">    </w:t>
                </w:r>
              </w:sdtContent>
            </w:sdt>
            <w:permEnd w:id="867"/>
          </w:p>
        </w:tc>
        <w:tc>
          <w:tcPr>
            <w:tcW w:type="dxa" w:w="2154"/>
            <w:vAlign w:val="center"/>
          </w:tcPr>
          <w:p>
            <w:pPr>
              <w:spacing w:before="0" w:after="0" w:line="240" w:lineRule="auto"/>
              <w:jc w:val="left"/>
            </w:pPr>
            <w:permStart w:id="868" w:edGrp="everyone"/>
            <w:sdt>
              <w:sdtPr>
                <w:alias w:val="Ad 27"/>
                <w:tag w:val="Ad 27"/>
                <w:id w:val="41867"/>
                <w:showingPlcHdr/>
                <w:text/>
              </w:sdtPr>
              <w:sdtContent>
                <w:r>
                  <w:rPr>
                    <w:rStyle w:val="PlaceholderText"/>
                    <w:sz w:val="17"/>
                    <w:szCs w:val="17"/>
                  </w:rPr>
                  <w:t xml:space="preserve">        </w:t>
                </w:r>
              </w:sdtContent>
            </w:sdt>
            <w:permEnd w:id="868"/>
          </w:p>
        </w:tc>
        <w:tc>
          <w:tcPr>
            <w:tcW w:type="dxa" w:w="907"/>
            <w:vAlign w:val="center"/>
          </w:tcPr>
          <w:p>
            <w:pPr>
              <w:spacing w:before="0" w:after="0" w:line="240" w:lineRule="auto"/>
              <w:jc w:val="left"/>
            </w:pPr>
            <w:permStart w:id="869" w:edGrp="everyone"/>
            <w:sdt>
              <w:sdtPr>
                <w:alias w:val="Eski 27"/>
                <w:tag w:val="Eski 27"/>
                <w:id w:val="41868"/>
                <w:showingPlcHdr/>
                <w:text/>
              </w:sdtPr>
              <w:sdtContent>
                <w:r>
                  <w:rPr>
                    <w:rStyle w:val="PlaceholderText"/>
                    <w:sz w:val="17"/>
                    <w:szCs w:val="17"/>
                  </w:rPr>
                  <w:t xml:space="preserve">    </w:t>
                </w:r>
              </w:sdtContent>
            </w:sdt>
            <w:permEnd w:id="869"/>
          </w:p>
        </w:tc>
        <w:tc>
          <w:tcPr>
            <w:tcW w:type="dxa" w:w="907"/>
            <w:vAlign w:val="center"/>
          </w:tcPr>
          <w:p>
            <w:pPr>
              <w:spacing w:before="0" w:after="0" w:line="240" w:lineRule="auto"/>
              <w:jc w:val="left"/>
            </w:pPr>
            <w:permStart w:id="870" w:edGrp="everyone"/>
            <w:sdt>
              <w:sdtPr>
                <w:alias w:val="Yeni 27"/>
                <w:tag w:val="Yeni 27"/>
                <w:id w:val="41869"/>
                <w:showingPlcHdr/>
                <w:text/>
              </w:sdtPr>
              <w:sdtContent>
                <w:r>
                  <w:rPr>
                    <w:rStyle w:val="PlaceholderText"/>
                    <w:sz w:val="17"/>
                    <w:szCs w:val="17"/>
                  </w:rPr>
                  <w:t xml:space="preserve">    </w:t>
                </w:r>
              </w:sdtContent>
            </w:sdt>
            <w:permEnd w:id="870"/>
          </w:p>
        </w:tc>
        <w:tc>
          <w:tcPr>
            <w:tcW w:type="dxa" w:w="1247"/>
            <w:vAlign w:val="center"/>
          </w:tcPr>
          <w:p>
            <w:pPr>
              <w:spacing w:before="0" w:after="0" w:line="240" w:lineRule="auto"/>
              <w:jc w:val="left"/>
            </w:pPr>
            <w:permStart w:id="871" w:edGrp="everyone"/>
            <w:sdt>
              <w:sdtPr>
                <w:alias w:val="4lük 27"/>
                <w:tag w:val="4lük 27"/>
                <w:id w:val="41870"/>
                <w:showingPlcHdr/>
                <w:text/>
              </w:sdtPr>
              <w:sdtContent>
                <w:r>
                  <w:rPr>
                    <w:rStyle w:val="PlaceholderText"/>
                    <w:sz w:val="17"/>
                    <w:szCs w:val="17"/>
                  </w:rPr>
                  <w:t xml:space="preserve">     </w:t>
                </w:r>
              </w:sdtContent>
            </w:sdt>
            <w:permEnd w:id="871"/>
          </w:p>
        </w:tc>
        <w:tc>
          <w:tcPr>
            <w:tcW w:type="dxa" w:w="1134"/>
            <w:vAlign w:val="center"/>
          </w:tcPr>
          <w:p>
            <w:pPr>
              <w:spacing w:before="0" w:after="0" w:line="240" w:lineRule="auto"/>
              <w:jc w:val="left"/>
            </w:pPr>
            <w:permStart w:id="872" w:edGrp="everyone"/>
            <w:sdt>
              <w:sdtPr>
                <w:alias w:val="Harf 27"/>
                <w:tag w:val="Harf 27"/>
                <w:id w:val="41871"/>
                <w:showingPlcHdr/>
                <w:text/>
              </w:sdtPr>
              <w:sdtContent>
                <w:r>
                  <w:rPr>
                    <w:rStyle w:val="PlaceholderText"/>
                    <w:sz w:val="17"/>
                    <w:szCs w:val="17"/>
                  </w:rPr>
                  <w:t xml:space="preserve">    </w:t>
                </w:r>
              </w:sdtContent>
            </w:sdt>
            <w:permEnd w:id="872"/>
          </w:p>
        </w:tc>
        <w:tc>
          <w:tcPr>
            <w:tcW w:type="dxa" w:w="2041"/>
            <w:vAlign w:val="center"/>
          </w:tcPr>
          <w:p>
            <w:pPr>
              <w:spacing w:before="0" w:after="0" w:line="240" w:lineRule="auto"/>
              <w:jc w:val="left"/>
            </w:pPr>
            <w:permStart w:id="873" w:edGrp="everyone"/>
            <w:sdt>
              <w:sdtPr>
                <w:alias w:val="Gerekçe 27"/>
                <w:tag w:val="Gerekçe 27"/>
                <w:id w:val="41872"/>
                <w:showingPlcHdr/>
                <w:text/>
              </w:sdtPr>
              <w:sdtContent>
                <w:r>
                  <w:rPr>
                    <w:rStyle w:val="PlaceholderText"/>
                    <w:sz w:val="17"/>
                    <w:szCs w:val="17"/>
                  </w:rPr>
                  <w:t xml:space="preserve">       </w:t>
                </w:r>
              </w:sdtContent>
            </w:sdt>
            <w:permEnd w:id="873"/>
          </w:p>
        </w:tc>
      </w:tr>
      <w:tr>
        <w:trPr>
          <w:trHeight w:val="351" w:hRule="atLeast"/>
          <w:cantSplit/>
        </w:trPr>
        <w:tc>
          <w:tcPr>
            <w:tcW w:type="dxa" w:w="1247"/>
            <w:vAlign w:val="center"/>
          </w:tcPr>
          <w:p>
            <w:pPr>
              <w:spacing w:before="0" w:after="0" w:line="240" w:lineRule="auto"/>
              <w:jc w:val="left"/>
            </w:pPr>
            <w:permStart w:id="874" w:edGrp="everyone"/>
            <w:sdt>
              <w:sdtPr>
                <w:alias w:val="No 28"/>
                <w:tag w:val="No 28"/>
                <w:id w:val="41873"/>
                <w:showingPlcHdr/>
                <w:text/>
              </w:sdtPr>
              <w:sdtContent>
                <w:r>
                  <w:rPr>
                    <w:rStyle w:val="PlaceholderText"/>
                    <w:sz w:val="17"/>
                    <w:szCs w:val="17"/>
                  </w:rPr>
                  <w:t xml:space="preserve">    </w:t>
                </w:r>
              </w:sdtContent>
            </w:sdt>
            <w:permEnd w:id="874"/>
          </w:p>
        </w:tc>
        <w:tc>
          <w:tcPr>
            <w:tcW w:type="dxa" w:w="2154"/>
            <w:vAlign w:val="center"/>
          </w:tcPr>
          <w:p>
            <w:pPr>
              <w:spacing w:before="0" w:after="0" w:line="240" w:lineRule="auto"/>
              <w:jc w:val="left"/>
            </w:pPr>
            <w:permStart w:id="875" w:edGrp="everyone"/>
            <w:sdt>
              <w:sdtPr>
                <w:alias w:val="Ad 28"/>
                <w:tag w:val="Ad 28"/>
                <w:id w:val="41874"/>
                <w:showingPlcHdr/>
                <w:text/>
              </w:sdtPr>
              <w:sdtContent>
                <w:r>
                  <w:rPr>
                    <w:rStyle w:val="PlaceholderText"/>
                    <w:sz w:val="17"/>
                    <w:szCs w:val="17"/>
                  </w:rPr>
                  <w:t xml:space="preserve">        </w:t>
                </w:r>
              </w:sdtContent>
            </w:sdt>
            <w:permEnd w:id="875"/>
          </w:p>
        </w:tc>
        <w:tc>
          <w:tcPr>
            <w:tcW w:type="dxa" w:w="907"/>
            <w:vAlign w:val="center"/>
          </w:tcPr>
          <w:p>
            <w:pPr>
              <w:spacing w:before="0" w:after="0" w:line="240" w:lineRule="auto"/>
              <w:jc w:val="left"/>
            </w:pPr>
            <w:permStart w:id="876" w:edGrp="everyone"/>
            <w:sdt>
              <w:sdtPr>
                <w:alias w:val="Eski 28"/>
                <w:tag w:val="Eski 28"/>
                <w:id w:val="41875"/>
                <w:showingPlcHdr/>
                <w:text/>
              </w:sdtPr>
              <w:sdtContent>
                <w:r>
                  <w:rPr>
                    <w:rStyle w:val="PlaceholderText"/>
                    <w:sz w:val="17"/>
                    <w:szCs w:val="17"/>
                  </w:rPr>
                  <w:t xml:space="preserve">    </w:t>
                </w:r>
              </w:sdtContent>
            </w:sdt>
            <w:permEnd w:id="876"/>
          </w:p>
        </w:tc>
        <w:tc>
          <w:tcPr>
            <w:tcW w:type="dxa" w:w="907"/>
            <w:vAlign w:val="center"/>
          </w:tcPr>
          <w:p>
            <w:pPr>
              <w:spacing w:before="0" w:after="0" w:line="240" w:lineRule="auto"/>
              <w:jc w:val="left"/>
            </w:pPr>
            <w:permStart w:id="877" w:edGrp="everyone"/>
            <w:sdt>
              <w:sdtPr>
                <w:alias w:val="Yeni 28"/>
                <w:tag w:val="Yeni 28"/>
                <w:id w:val="41876"/>
                <w:showingPlcHdr/>
                <w:text/>
              </w:sdtPr>
              <w:sdtContent>
                <w:r>
                  <w:rPr>
                    <w:rStyle w:val="PlaceholderText"/>
                    <w:sz w:val="17"/>
                    <w:szCs w:val="17"/>
                  </w:rPr>
                  <w:t xml:space="preserve">    </w:t>
                </w:r>
              </w:sdtContent>
            </w:sdt>
            <w:permEnd w:id="877"/>
          </w:p>
        </w:tc>
        <w:tc>
          <w:tcPr>
            <w:tcW w:type="dxa" w:w="1247"/>
            <w:vAlign w:val="center"/>
          </w:tcPr>
          <w:p>
            <w:pPr>
              <w:spacing w:before="0" w:after="0" w:line="240" w:lineRule="auto"/>
              <w:jc w:val="left"/>
            </w:pPr>
            <w:permStart w:id="878" w:edGrp="everyone"/>
            <w:sdt>
              <w:sdtPr>
                <w:alias w:val="4lük 28"/>
                <w:tag w:val="4lük 28"/>
                <w:id w:val="41877"/>
                <w:showingPlcHdr/>
                <w:text/>
              </w:sdtPr>
              <w:sdtContent>
                <w:r>
                  <w:rPr>
                    <w:rStyle w:val="PlaceholderText"/>
                    <w:sz w:val="17"/>
                    <w:szCs w:val="17"/>
                  </w:rPr>
                  <w:t xml:space="preserve">     </w:t>
                </w:r>
              </w:sdtContent>
            </w:sdt>
            <w:permEnd w:id="878"/>
          </w:p>
        </w:tc>
        <w:tc>
          <w:tcPr>
            <w:tcW w:type="dxa" w:w="1134"/>
            <w:vAlign w:val="center"/>
          </w:tcPr>
          <w:p>
            <w:pPr>
              <w:spacing w:before="0" w:after="0" w:line="240" w:lineRule="auto"/>
              <w:jc w:val="left"/>
            </w:pPr>
            <w:permStart w:id="879" w:edGrp="everyone"/>
            <w:sdt>
              <w:sdtPr>
                <w:alias w:val="Harf 28"/>
                <w:tag w:val="Harf 28"/>
                <w:id w:val="41878"/>
                <w:showingPlcHdr/>
                <w:text/>
              </w:sdtPr>
              <w:sdtContent>
                <w:r>
                  <w:rPr>
                    <w:rStyle w:val="PlaceholderText"/>
                    <w:sz w:val="17"/>
                    <w:szCs w:val="17"/>
                  </w:rPr>
                  <w:t xml:space="preserve">    </w:t>
                </w:r>
              </w:sdtContent>
            </w:sdt>
            <w:permEnd w:id="879"/>
          </w:p>
        </w:tc>
        <w:tc>
          <w:tcPr>
            <w:tcW w:type="dxa" w:w="2041"/>
            <w:vAlign w:val="center"/>
          </w:tcPr>
          <w:p>
            <w:pPr>
              <w:spacing w:before="0" w:after="0" w:line="240" w:lineRule="auto"/>
              <w:jc w:val="left"/>
            </w:pPr>
            <w:permStart w:id="880" w:edGrp="everyone"/>
            <w:sdt>
              <w:sdtPr>
                <w:alias w:val="Gerekçe 28"/>
                <w:tag w:val="Gerekçe 28"/>
                <w:id w:val="41879"/>
                <w:showingPlcHdr/>
                <w:text/>
              </w:sdtPr>
              <w:sdtContent>
                <w:r>
                  <w:rPr>
                    <w:rStyle w:val="PlaceholderText"/>
                    <w:sz w:val="17"/>
                    <w:szCs w:val="17"/>
                  </w:rPr>
                  <w:t xml:space="preserve">       </w:t>
                </w:r>
              </w:sdtContent>
            </w:sdt>
            <w:permEnd w:id="880"/>
          </w:p>
        </w:tc>
      </w:tr>
      <w:tr>
        <w:trPr>
          <w:trHeight w:val="351" w:hRule="atLeast"/>
          <w:cantSplit/>
        </w:trPr>
        <w:tc>
          <w:tcPr>
            <w:tcW w:type="dxa" w:w="1247"/>
            <w:vAlign w:val="center"/>
          </w:tcPr>
          <w:p>
            <w:pPr>
              <w:spacing w:before="0" w:after="0" w:line="240" w:lineRule="auto"/>
              <w:jc w:val="left"/>
            </w:pPr>
            <w:permStart w:id="881" w:edGrp="everyone"/>
            <w:sdt>
              <w:sdtPr>
                <w:alias w:val="No 29"/>
                <w:tag w:val="No 29"/>
                <w:id w:val="41880"/>
                <w:showingPlcHdr/>
                <w:text/>
              </w:sdtPr>
              <w:sdtContent>
                <w:r>
                  <w:rPr>
                    <w:rStyle w:val="PlaceholderText"/>
                    <w:sz w:val="17"/>
                    <w:szCs w:val="17"/>
                  </w:rPr>
                  <w:t xml:space="preserve">    </w:t>
                </w:r>
              </w:sdtContent>
            </w:sdt>
            <w:permEnd w:id="881"/>
          </w:p>
        </w:tc>
        <w:tc>
          <w:tcPr>
            <w:tcW w:type="dxa" w:w="2154"/>
            <w:vAlign w:val="center"/>
          </w:tcPr>
          <w:p>
            <w:pPr>
              <w:spacing w:before="0" w:after="0" w:line="240" w:lineRule="auto"/>
              <w:jc w:val="left"/>
            </w:pPr>
            <w:permStart w:id="882" w:edGrp="everyone"/>
            <w:sdt>
              <w:sdtPr>
                <w:alias w:val="Ad 29"/>
                <w:tag w:val="Ad 29"/>
                <w:id w:val="41881"/>
                <w:showingPlcHdr/>
                <w:text/>
              </w:sdtPr>
              <w:sdtContent>
                <w:r>
                  <w:rPr>
                    <w:rStyle w:val="PlaceholderText"/>
                    <w:sz w:val="17"/>
                    <w:szCs w:val="17"/>
                  </w:rPr>
                  <w:t xml:space="preserve">        </w:t>
                </w:r>
              </w:sdtContent>
            </w:sdt>
            <w:permEnd w:id="882"/>
          </w:p>
        </w:tc>
        <w:tc>
          <w:tcPr>
            <w:tcW w:type="dxa" w:w="907"/>
            <w:vAlign w:val="center"/>
          </w:tcPr>
          <w:p>
            <w:pPr>
              <w:spacing w:before="0" w:after="0" w:line="240" w:lineRule="auto"/>
              <w:jc w:val="left"/>
            </w:pPr>
            <w:permStart w:id="883" w:edGrp="everyone"/>
            <w:sdt>
              <w:sdtPr>
                <w:alias w:val="Eski 29"/>
                <w:tag w:val="Eski 29"/>
                <w:id w:val="41882"/>
                <w:showingPlcHdr/>
                <w:text/>
              </w:sdtPr>
              <w:sdtContent>
                <w:r>
                  <w:rPr>
                    <w:rStyle w:val="PlaceholderText"/>
                    <w:sz w:val="17"/>
                    <w:szCs w:val="17"/>
                  </w:rPr>
                  <w:t xml:space="preserve">    </w:t>
                </w:r>
              </w:sdtContent>
            </w:sdt>
            <w:permEnd w:id="883"/>
          </w:p>
        </w:tc>
        <w:tc>
          <w:tcPr>
            <w:tcW w:type="dxa" w:w="907"/>
            <w:vAlign w:val="center"/>
          </w:tcPr>
          <w:p>
            <w:pPr>
              <w:spacing w:before="0" w:after="0" w:line="240" w:lineRule="auto"/>
              <w:jc w:val="left"/>
            </w:pPr>
            <w:permStart w:id="884" w:edGrp="everyone"/>
            <w:sdt>
              <w:sdtPr>
                <w:alias w:val="Yeni 29"/>
                <w:tag w:val="Yeni 29"/>
                <w:id w:val="41883"/>
                <w:showingPlcHdr/>
                <w:text/>
              </w:sdtPr>
              <w:sdtContent>
                <w:r>
                  <w:rPr>
                    <w:rStyle w:val="PlaceholderText"/>
                    <w:sz w:val="17"/>
                    <w:szCs w:val="17"/>
                  </w:rPr>
                  <w:t xml:space="preserve">    </w:t>
                </w:r>
              </w:sdtContent>
            </w:sdt>
            <w:permEnd w:id="884"/>
          </w:p>
        </w:tc>
        <w:tc>
          <w:tcPr>
            <w:tcW w:type="dxa" w:w="1247"/>
            <w:vAlign w:val="center"/>
          </w:tcPr>
          <w:p>
            <w:pPr>
              <w:spacing w:before="0" w:after="0" w:line="240" w:lineRule="auto"/>
              <w:jc w:val="left"/>
            </w:pPr>
            <w:permStart w:id="885" w:edGrp="everyone"/>
            <w:sdt>
              <w:sdtPr>
                <w:alias w:val="4lük 29"/>
                <w:tag w:val="4lük 29"/>
                <w:id w:val="41884"/>
                <w:showingPlcHdr/>
                <w:text/>
              </w:sdtPr>
              <w:sdtContent>
                <w:r>
                  <w:rPr>
                    <w:rStyle w:val="PlaceholderText"/>
                    <w:sz w:val="17"/>
                    <w:szCs w:val="17"/>
                  </w:rPr>
                  <w:t xml:space="preserve">     </w:t>
                </w:r>
              </w:sdtContent>
            </w:sdt>
            <w:permEnd w:id="885"/>
          </w:p>
        </w:tc>
        <w:tc>
          <w:tcPr>
            <w:tcW w:type="dxa" w:w="1134"/>
            <w:vAlign w:val="center"/>
          </w:tcPr>
          <w:p>
            <w:pPr>
              <w:spacing w:before="0" w:after="0" w:line="240" w:lineRule="auto"/>
              <w:jc w:val="left"/>
            </w:pPr>
            <w:permStart w:id="886" w:edGrp="everyone"/>
            <w:sdt>
              <w:sdtPr>
                <w:alias w:val="Harf 29"/>
                <w:tag w:val="Harf 29"/>
                <w:id w:val="41885"/>
                <w:showingPlcHdr/>
                <w:text/>
              </w:sdtPr>
              <w:sdtContent>
                <w:r>
                  <w:rPr>
                    <w:rStyle w:val="PlaceholderText"/>
                    <w:sz w:val="17"/>
                    <w:szCs w:val="17"/>
                  </w:rPr>
                  <w:t xml:space="preserve">    </w:t>
                </w:r>
              </w:sdtContent>
            </w:sdt>
            <w:permEnd w:id="886"/>
          </w:p>
        </w:tc>
        <w:tc>
          <w:tcPr>
            <w:tcW w:type="dxa" w:w="2041"/>
            <w:vAlign w:val="center"/>
          </w:tcPr>
          <w:p>
            <w:pPr>
              <w:spacing w:before="0" w:after="0" w:line="240" w:lineRule="auto"/>
              <w:jc w:val="left"/>
            </w:pPr>
            <w:permStart w:id="887" w:edGrp="everyone"/>
            <w:sdt>
              <w:sdtPr>
                <w:alias w:val="Gerekçe 29"/>
                <w:tag w:val="Gerekçe 29"/>
                <w:id w:val="41886"/>
                <w:showingPlcHdr/>
                <w:text/>
              </w:sdtPr>
              <w:sdtContent>
                <w:r>
                  <w:rPr>
                    <w:rStyle w:val="PlaceholderText"/>
                    <w:sz w:val="17"/>
                    <w:szCs w:val="17"/>
                  </w:rPr>
                  <w:t xml:space="preserve">       </w:t>
                </w:r>
              </w:sdtContent>
            </w:sdt>
            <w:permEnd w:id="887"/>
          </w:p>
        </w:tc>
      </w:tr>
      <w:tr>
        <w:trPr>
          <w:trHeight w:val="351" w:hRule="atLeast"/>
          <w:cantSplit/>
        </w:trPr>
        <w:tc>
          <w:tcPr>
            <w:tcW w:type="dxa" w:w="1247"/>
            <w:vAlign w:val="center"/>
          </w:tcPr>
          <w:p>
            <w:pPr>
              <w:spacing w:before="0" w:after="0" w:line="240" w:lineRule="auto"/>
              <w:jc w:val="left"/>
            </w:pPr>
            <w:permStart w:id="888" w:edGrp="everyone"/>
            <w:sdt>
              <w:sdtPr>
                <w:alias w:val="No 30"/>
                <w:tag w:val="No 30"/>
                <w:id w:val="41887"/>
                <w:showingPlcHdr/>
                <w:text/>
              </w:sdtPr>
              <w:sdtContent>
                <w:r>
                  <w:rPr>
                    <w:rStyle w:val="PlaceholderText"/>
                    <w:sz w:val="17"/>
                    <w:szCs w:val="17"/>
                  </w:rPr>
                  <w:t xml:space="preserve">    </w:t>
                </w:r>
              </w:sdtContent>
            </w:sdt>
            <w:permEnd w:id="888"/>
          </w:p>
        </w:tc>
        <w:tc>
          <w:tcPr>
            <w:tcW w:type="dxa" w:w="2154"/>
            <w:vAlign w:val="center"/>
          </w:tcPr>
          <w:p>
            <w:pPr>
              <w:spacing w:before="0" w:after="0" w:line="240" w:lineRule="auto"/>
              <w:jc w:val="left"/>
            </w:pPr>
            <w:permStart w:id="889" w:edGrp="everyone"/>
            <w:sdt>
              <w:sdtPr>
                <w:alias w:val="Ad 30"/>
                <w:tag w:val="Ad 30"/>
                <w:id w:val="41888"/>
                <w:showingPlcHdr/>
                <w:text/>
              </w:sdtPr>
              <w:sdtContent>
                <w:r>
                  <w:rPr>
                    <w:rStyle w:val="PlaceholderText"/>
                    <w:sz w:val="17"/>
                    <w:szCs w:val="17"/>
                  </w:rPr>
                  <w:t xml:space="preserve">        </w:t>
                </w:r>
              </w:sdtContent>
            </w:sdt>
            <w:permEnd w:id="889"/>
          </w:p>
        </w:tc>
        <w:tc>
          <w:tcPr>
            <w:tcW w:type="dxa" w:w="907"/>
            <w:vAlign w:val="center"/>
          </w:tcPr>
          <w:p>
            <w:pPr>
              <w:spacing w:before="0" w:after="0" w:line="240" w:lineRule="auto"/>
              <w:jc w:val="left"/>
            </w:pPr>
            <w:permStart w:id="890" w:edGrp="everyone"/>
            <w:sdt>
              <w:sdtPr>
                <w:alias w:val="Eski 30"/>
                <w:tag w:val="Eski 30"/>
                <w:id w:val="41889"/>
                <w:showingPlcHdr/>
                <w:text/>
              </w:sdtPr>
              <w:sdtContent>
                <w:r>
                  <w:rPr>
                    <w:rStyle w:val="PlaceholderText"/>
                    <w:sz w:val="17"/>
                    <w:szCs w:val="17"/>
                  </w:rPr>
                  <w:t xml:space="preserve">    </w:t>
                </w:r>
              </w:sdtContent>
            </w:sdt>
            <w:permEnd w:id="890"/>
          </w:p>
        </w:tc>
        <w:tc>
          <w:tcPr>
            <w:tcW w:type="dxa" w:w="907"/>
            <w:vAlign w:val="center"/>
          </w:tcPr>
          <w:p>
            <w:pPr>
              <w:spacing w:before="0" w:after="0" w:line="240" w:lineRule="auto"/>
              <w:jc w:val="left"/>
            </w:pPr>
            <w:permStart w:id="891" w:edGrp="everyone"/>
            <w:sdt>
              <w:sdtPr>
                <w:alias w:val="Yeni 30"/>
                <w:tag w:val="Yeni 30"/>
                <w:id w:val="41890"/>
                <w:showingPlcHdr/>
                <w:text/>
              </w:sdtPr>
              <w:sdtContent>
                <w:r>
                  <w:rPr>
                    <w:rStyle w:val="PlaceholderText"/>
                    <w:sz w:val="17"/>
                    <w:szCs w:val="17"/>
                  </w:rPr>
                  <w:t xml:space="preserve">    </w:t>
                </w:r>
              </w:sdtContent>
            </w:sdt>
            <w:permEnd w:id="891"/>
          </w:p>
        </w:tc>
        <w:tc>
          <w:tcPr>
            <w:tcW w:type="dxa" w:w="1247"/>
            <w:vAlign w:val="center"/>
          </w:tcPr>
          <w:p>
            <w:pPr>
              <w:spacing w:before="0" w:after="0" w:line="240" w:lineRule="auto"/>
              <w:jc w:val="left"/>
            </w:pPr>
            <w:permStart w:id="892" w:edGrp="everyone"/>
            <w:sdt>
              <w:sdtPr>
                <w:alias w:val="4lük 30"/>
                <w:tag w:val="4lük 30"/>
                <w:id w:val="41891"/>
                <w:showingPlcHdr/>
                <w:text/>
              </w:sdtPr>
              <w:sdtContent>
                <w:r>
                  <w:rPr>
                    <w:rStyle w:val="PlaceholderText"/>
                    <w:sz w:val="17"/>
                    <w:szCs w:val="17"/>
                  </w:rPr>
                  <w:t xml:space="preserve">     </w:t>
                </w:r>
              </w:sdtContent>
            </w:sdt>
            <w:permEnd w:id="892"/>
          </w:p>
        </w:tc>
        <w:tc>
          <w:tcPr>
            <w:tcW w:type="dxa" w:w="1134"/>
            <w:vAlign w:val="center"/>
          </w:tcPr>
          <w:p>
            <w:pPr>
              <w:spacing w:before="0" w:after="0" w:line="240" w:lineRule="auto"/>
              <w:jc w:val="left"/>
            </w:pPr>
            <w:permStart w:id="893" w:edGrp="everyone"/>
            <w:sdt>
              <w:sdtPr>
                <w:alias w:val="Harf 30"/>
                <w:tag w:val="Harf 30"/>
                <w:id w:val="41892"/>
                <w:showingPlcHdr/>
                <w:text/>
              </w:sdtPr>
              <w:sdtContent>
                <w:r>
                  <w:rPr>
                    <w:rStyle w:val="PlaceholderText"/>
                    <w:sz w:val="17"/>
                    <w:szCs w:val="17"/>
                  </w:rPr>
                  <w:t xml:space="preserve">    </w:t>
                </w:r>
              </w:sdtContent>
            </w:sdt>
            <w:permEnd w:id="893"/>
          </w:p>
        </w:tc>
        <w:tc>
          <w:tcPr>
            <w:tcW w:type="dxa" w:w="2041"/>
            <w:vAlign w:val="center"/>
          </w:tcPr>
          <w:p>
            <w:pPr>
              <w:spacing w:before="0" w:after="0" w:line="240" w:lineRule="auto"/>
              <w:jc w:val="left"/>
            </w:pPr>
            <w:permStart w:id="894" w:edGrp="everyone"/>
            <w:sdt>
              <w:sdtPr>
                <w:alias w:val="Gerekçe 30"/>
                <w:tag w:val="Gerekçe 30"/>
                <w:id w:val="41893"/>
                <w:showingPlcHdr/>
                <w:text/>
              </w:sdtPr>
              <w:sdtContent>
                <w:r>
                  <w:rPr>
                    <w:rStyle w:val="PlaceholderText"/>
                    <w:sz w:val="17"/>
                    <w:szCs w:val="17"/>
                  </w:rPr>
                  <w:t xml:space="preserve">       </w:t>
                </w:r>
              </w:sdtContent>
            </w:sdt>
            <w:permEnd w:id="894"/>
          </w:p>
        </w:tc>
      </w:tr>
    </w:tbl>
    <w:p>
      <w:pPr>
        <w:spacing w:before="0" w:after="0" w:line="80" w:lineRule="exact"/>
        <w:jc w:val="left"/>
      </w:pPr>
    </w:p>
    <w:p>
      <w:pPr>
        <w:spacing w:before="0" w:after="40" w:line="240" w:lineRule="auto"/>
        <w:jc w:val="both"/>
      </w:pPr>
      <w:r>
        <w:rPr>
          <w:i/>
          <w:iCs/>
          <w:color w:val="595959"/>
          <w:sz w:val="16"/>
          <w:szCs w:val="16"/>
        </w:rPr>
        <w:t xml:space="preserve">Ana sayfadaki satırlar yetmediğinde bu devam sayfası doldurulur ve form tek set olarak teslim edilir; 22 satır da yetmezse sayfa fotokopi ile çoğaltılabilir. Devam sayfası gerekmiyorsa yazdırmayınız.</w:t>
      </w:r>
    </w:p>
    <w:tbl>
      <w:tblPr>
        <w:tblLayout w:type="fixed"/>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3212"/>
        <w:gridCol w:w="3212"/>
        <w:gridCol w:w="3212"/>
      </w:tblGrid>
      <w:tr>
        <w:trPr>
          <w:cantSplit/>
        </w:trPr>
        <w:tc>
          <w:tcPr>
            <w:tcW w:type="dxa" w:w="3213"/>
            <w:vAlign w:val="center"/>
          </w:tcPr>
          <w:p>
            <w:pPr>
              <w:spacing w:before="0" w:after="0" w:line="240" w:lineRule="auto"/>
              <w:jc w:val="center"/>
            </w:pPr>
            <w:r>
              <w:rPr>
                <w:b/>
                <w:bCs/>
                <w:sz w:val="19"/>
                <w:szCs w:val="19"/>
              </w:rPr>
              <w:t xml:space="preserve">Öğretim Elemanı</w:t>
            </w:r>
          </w:p>
        </w:tc>
        <w:tc>
          <w:tcPr>
            <w:tcW w:type="dxa" w:w="3213"/>
            <w:vAlign w:val="center"/>
          </w:tcPr>
          <w:p>
            <w:pPr>
              <w:spacing w:before="0" w:after="0" w:line="240" w:lineRule="auto"/>
              <w:jc w:val="center"/>
            </w:pPr>
            <w:r>
              <w:rPr>
                <w:b/>
                <w:bCs/>
                <w:sz w:val="19"/>
                <w:szCs w:val="19"/>
              </w:rPr>
              <w:t xml:space="preserve">Bölüm Başkanı</w:t>
            </w:r>
          </w:p>
        </w:tc>
        <w:tc>
          <w:tcPr>
            <w:tcW w:type="dxa" w:w="3213"/>
            <w:vAlign w:val="center"/>
          </w:tcPr>
          <w:p>
            <w:pPr>
              <w:spacing w:before="0" w:after="0" w:line="240" w:lineRule="auto"/>
              <w:jc w:val="center"/>
            </w:pPr>
            <w:r>
              <w:rPr>
                <w:b/>
                <w:bCs/>
                <w:sz w:val="19"/>
                <w:szCs w:val="19"/>
              </w:rPr>
              <w:t xml:space="preserve">Yüksekokul Müdürü</w:t>
            </w:r>
          </w:p>
        </w:tc>
      </w:tr>
      <w:tr>
        <w:trPr>
          <w:cantSplit/>
        </w:trPr>
        <w:tc>
          <w:tcPr>
            <w:tcW w:type="dxa" w:w="3213"/>
            <w:vAlign w:val="center"/>
          </w:tcPr>
          <w:p>
            <w:pPr>
              <w:spacing w:before="0" w:after="0" w:line="240" w:lineRule="auto"/>
              <w:jc w:val="center"/>
            </w:pPr>
            <w:permStart w:id="895" w:edGrp="everyone"/>
            <w:sdt>
              <w:sdtPr>
                <w:alias w:val="Öğretim Elemanı Adı Soyadı"/>
                <w:tag w:val="Öğretim Elemanı Adı Soyadı"/>
                <w:id w:val="41894"/>
                <w:showingPlcHdr/>
                <w:text/>
              </w:sdtPr>
              <w:sdtContent>
                <w:r>
                  <w:rPr>
                    <w:rStyle w:val="PlaceholderText"/>
                    <w:sz w:val="19"/>
                    <w:szCs w:val="19"/>
                  </w:rPr>
                  <w:t xml:space="preserve">          </w:t>
                </w:r>
              </w:sdtContent>
            </w:sdt>
            <w:permEnd w:id="895"/>
          </w:p>
        </w:tc>
        <w:tc>
          <w:tcPr>
            <w:tcW w:type="dxa" w:w="3213"/>
            <w:vAlign w:val="center"/>
          </w:tcPr>
          <w:p>
            <w:pPr>
              <w:spacing w:before="0" w:after="0" w:line="240" w:lineRule="auto"/>
              <w:jc w:val="center"/>
            </w:pPr>
            <w:permStart w:id="896" w:edGrp="everyone"/>
            <w:sdt>
              <w:sdtPr>
                <w:alias w:val="Bölüm Başkanı Adı Soyadı"/>
                <w:tag w:val="Bölüm Başkanı Adı Soyadı"/>
                <w:id w:val="41895"/>
                <w:showingPlcHdr/>
                <w:text/>
              </w:sdtPr>
              <w:sdtContent>
                <w:r>
                  <w:rPr>
                    <w:rStyle w:val="PlaceholderText"/>
                    <w:sz w:val="19"/>
                    <w:szCs w:val="19"/>
                  </w:rPr>
                  <w:t xml:space="preserve">          </w:t>
                </w:r>
              </w:sdtContent>
            </w:sdt>
            <w:permEnd w:id="896"/>
          </w:p>
        </w:tc>
        <w:tc>
          <w:tcPr>
            <w:tcW w:type="dxa" w:w="3213"/>
            <w:vAlign w:val="center"/>
          </w:tcPr>
          <w:p>
            <w:pPr>
              <w:spacing w:before="0" w:after="0" w:line="240" w:lineRule="auto"/>
              <w:jc w:val="center"/>
            </w:pPr>
            <w:permStart w:id="897" w:edGrp="everyone"/>
            <w:sdt>
              <w:sdtPr>
                <w:alias w:val="Yüksekokul Müdürü Adı Soyadı"/>
                <w:tag w:val="Yüksekokul Müdürü Adı Soyadı"/>
                <w:id w:val="41896"/>
                <w:showingPlcHdr/>
                <w:text/>
              </w:sdtPr>
              <w:sdtContent>
                <w:r>
                  <w:rPr>
                    <w:rStyle w:val="PlaceholderText"/>
                    <w:sz w:val="19"/>
                    <w:szCs w:val="19"/>
                  </w:rPr>
                  <w:t xml:space="preserve">          </w:t>
                </w:r>
              </w:sdtContent>
            </w:sdt>
            <w:permEnd w:id="897"/>
          </w:p>
        </w:tc>
      </w:tr>
      <w:tr>
        <w:trPr>
          <w:trHeight w:val="850" w:hRule="atLeast"/>
          <w:cantSplit/>
        </w:trPr>
        <w:tc>
          <w:tcPr>
            <w:tcW w:type="dxa" w:w="3213"/>
            <w:vAlign w:val="top"/>
          </w:tcPr>
          <w:p>
            <w:pPr>
              <w:spacing w:before="0" w:after="0" w:line="240" w:lineRule="auto"/>
              <w:jc w:val="center"/>
            </w:pPr>
            <w:r>
              <w:rPr>
                <w:i/>
                <w:iCs/>
                <w:color w:val="595959"/>
                <w:sz w:val="16"/>
                <w:szCs w:val="16"/>
              </w:rPr>
              <w:t xml:space="preserve">İmza</w:t>
            </w:r>
          </w:p>
        </w:tc>
        <w:tc>
          <w:tcPr>
            <w:tcW w:type="dxa" w:w="3213"/>
            <w:vAlign w:val="top"/>
          </w:tcPr>
          <w:p>
            <w:pPr>
              <w:spacing w:before="0" w:after="0" w:line="240" w:lineRule="auto"/>
              <w:jc w:val="center"/>
            </w:pPr>
            <w:r>
              <w:rPr>
                <w:i/>
                <w:iCs/>
                <w:color w:val="595959"/>
                <w:sz w:val="16"/>
                <w:szCs w:val="16"/>
              </w:rPr>
              <w:t xml:space="preserve">İmza</w:t>
            </w:r>
          </w:p>
        </w:tc>
        <w:tc>
          <w:tcPr>
            <w:tcW w:type="dxa" w:w="3213"/>
            <w:vAlign w:val="top"/>
          </w:tcPr>
          <w:p>
            <w:pPr>
              <w:spacing w:before="0" w:after="0" w:line="240" w:lineRule="auto"/>
              <w:jc w:val="center"/>
            </w:pPr>
            <w:r>
              <w:rPr>
                <w:i/>
                <w:iCs/>
                <w:color w:val="595959"/>
                <w:sz w:val="16"/>
                <w:szCs w:val="16"/>
              </w:rPr>
              <w:t xml:space="preserve">İmza</w:t>
            </w:r>
          </w:p>
        </w:tc>
      </w:tr>
    </w:tbl>
    <w:p>
      <w:pPr>
        <w:spacing w:before="0" w:after="0" w:line="80" w:lineRule="exact"/>
        <w:jc w:val="left"/>
      </w:pPr>
    </w:p>
    <w:sectPr w:rsidR="00FC693F" w:rsidRPr="0006063C" w:rsidSect="00034616">
      <w:headerReference w:type="default" r:id="rId9"/>
      <w:footerReference w:type="default" r:id="rId10"/>
      <w:pgSz w:w="11906" w:h="16838"/>
      <w:pgMar w:top="2211" w:right="1134" w:bottom="1247" w:left="113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Bdr>
        <w:top w:val="single" w:sz="4" w:space="3" w:color="A6A6A6"/>
      </w:pBdr>
    </w:pPr>
    <w:r>
      <w:rPr>
        <w:color w:val="7F7F7F"/>
        <w:sz w:val="15"/>
        <w:szCs w:val="15"/>
      </w:rPr>
      <w:t xml:space="preserve">HTMYO-PFRM-222  |  Not Düzeltme Formu  |  HTMYO Kalite Yönetim Sistemi kapsamında kontrollü olarak yayımlanmıştır.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1360"/>
      <w:gridCol w:w="5442"/>
      <w:gridCol w:w="2834"/>
    </w:tblGrid>
    <w:tr>
      <w:tc>
        <w:tcPr>
          <w:tcW w:type="dxa" w:w="1361"/>
          <w:vAlign w:val="center"/>
        </w:tcPr>
        <w:p>
          <w:pPr>
            <w:spacing w:before="0" w:after="0" w:line="240" w:lineRule="auto"/>
            <w:jc w:val="left"/>
          </w:pPr>
          <w:r>
            <w:drawing>
              <wp:inline xmlns:a="http://schemas.openxmlformats.org/drawingml/2006/main" xmlns:pic="http://schemas.openxmlformats.org/drawingml/2006/picture">
                <wp:extent cx="420171" cy="774000"/>
                <wp:docPr id="1" name="Picture 1"/>
                <wp:cNvGraphicFramePr>
                  <a:graphicFrameLocks noChangeAspect="1"/>
                </wp:cNvGraphicFramePr>
                <a:graphic>
                  <a:graphicData uri="http://schemas.openxmlformats.org/drawingml/2006/picture">
                    <pic:pic>
                      <pic:nvPicPr>
                        <pic:cNvPr id="0" name="logo_kirpik.png"/>
                        <pic:cNvPicPr/>
                      </pic:nvPicPr>
                      <pic:blipFill>
                        <a:blip r:embed="rId1"/>
                        <a:stretch>
                          <a:fillRect/>
                        </a:stretch>
                      </pic:blipFill>
                      <pic:spPr>
                        <a:xfrm>
                          <a:off x="0" y="0"/>
                          <a:ext cx="420171" cy="774000"/>
                        </a:xfrm>
                        <a:prstGeom prst="rect"/>
                      </pic:spPr>
                    </pic:pic>
                  </a:graphicData>
                </a:graphic>
              </wp:inline>
            </w:drawing>
          </w:r>
        </w:p>
      </w:tc>
      <w:tc>
        <w:tcPr>
          <w:tcW w:type="dxa" w:w="5443"/>
          <w:vAlign w:val="center"/>
        </w:tcPr>
        <w:p>
          <w:pPr>
            <w:spacing w:before="0" w:after="20" w:line="240" w:lineRule="auto"/>
            <w:jc w:val="left"/>
          </w:pPr>
          <w:r>
            <w:rPr>
              <w:sz w:val="18"/>
              <w:szCs w:val="18"/>
            </w:rPr>
            <w:t xml:space="preserve">T.C.</w:t>
          </w:r>
        </w:p>
        <w:p>
          <w:pPr>
            <w:spacing w:before="0" w:after="20" w:line="240" w:lineRule="auto"/>
            <w:jc w:val="left"/>
          </w:pPr>
          <w:r>
            <w:rPr>
              <w:b/>
              <w:bCs/>
              <w:sz w:val="22"/>
              <w:szCs w:val="22"/>
            </w:rPr>
            <w:t xml:space="preserve">BURDUR MEHMET AKİF ERSOY ÜNİVERSİTESİ</w:t>
          </w:r>
        </w:p>
        <w:p>
          <w:pPr>
            <w:spacing w:before="0" w:after="20" w:line="240" w:lineRule="auto"/>
            <w:jc w:val="left"/>
          </w:pPr>
          <w:r>
            <w:rPr>
              <w:sz w:val="19"/>
              <w:szCs w:val="19"/>
            </w:rPr>
            <w:t xml:space="preserve">Bucak Hikmet Tolunay Ulaştırma ve Lojistik Meslek Yüksekokulu</w:t>
          </w:r>
        </w:p>
      </w:tc>
      <w:tc>
        <w:tcPr>
          <w:tcW w:type="dxa" w:w="2835"/>
          <w:vAlign w:val="center"/>
        </w:tcPr>
        <w:p>
          <w:pPr>
            <w:spacing w:before="0" w:after="0" w:line="240" w:lineRule="auto"/>
            <w:jc w:val="left"/>
          </w:pPr>
          <w:r>
            <w:rPr>
              <w:color w:val="595959"/>
              <w:sz w:val="16"/>
              <w:szCs w:val="16"/>
            </w:rPr>
            <w:t xml:space="preserve">Doküman No: </w:t>
          </w:r>
          <w:r>
            <w:rPr>
              <w:b/>
              <w:bCs/>
              <w:sz w:val="16"/>
              <w:szCs w:val="16"/>
            </w:rPr>
            <w:t xml:space="preserve">HTMYO-PFRM-222</w:t>
          </w:r>
        </w:p>
        <w:p>
          <w:pPr>
            <w:spacing w:before="0" w:after="0" w:line="240" w:lineRule="auto"/>
            <w:jc w:val="left"/>
          </w:pPr>
          <w:r>
            <w:rPr>
              <w:color w:val="595959"/>
              <w:sz w:val="16"/>
              <w:szCs w:val="16"/>
            </w:rPr>
            <w:t xml:space="preserve">Yürürlük Tarihi: </w:t>
          </w:r>
          <w:r>
            <w:rPr>
              <w:b/>
              <w:bCs/>
              <w:sz w:val="16"/>
              <w:szCs w:val="16"/>
            </w:rPr>
            <w:t xml:space="preserve">06.10.2026</w:t>
          </w:r>
        </w:p>
        <w:p>
          <w:pPr>
            <w:spacing w:before="0" w:after="0" w:line="240" w:lineRule="auto"/>
            <w:jc w:val="left"/>
          </w:pPr>
          <w:r>
            <w:rPr>
              <w:color w:val="595959"/>
              <w:sz w:val="16"/>
              <w:szCs w:val="16"/>
            </w:rPr>
            <w:t xml:space="preserve">Revizyon No: </w:t>
          </w:r>
          <w:r>
            <w:rPr>
              <w:b/>
              <w:bCs/>
              <w:sz w:val="16"/>
              <w:szCs w:val="16"/>
            </w:rPr>
            <w:t xml:space="preserve">-</w:t>
          </w:r>
        </w:p>
        <w:p>
          <w:pPr>
            <w:spacing w:before="0" w:after="0" w:line="240" w:lineRule="auto"/>
            <w:jc w:val="left"/>
          </w:pPr>
          <w:r>
            <w:rPr>
              <w:color w:val="595959"/>
              <w:sz w:val="16"/>
              <w:szCs w:val="16"/>
            </w:rPr>
            <w:t xml:space="preserve">Revizyon Tarihi: </w:t>
          </w:r>
          <w:r>
            <w:rPr>
              <w:b/>
              <w:bCs/>
              <w:sz w:val="16"/>
              <w:szCs w:val="16"/>
            </w:rPr>
            <w:t xml:space="preserve">-</w:t>
          </w:r>
        </w:p>
        <w:p>
          <w:pPr>
            <w:spacing w:before="0" w:after="0" w:line="240" w:lineRule="auto"/>
            <w:jc w:val="left"/>
          </w:pPr>
          <w:r>
            <w:rPr>
              <w:color w:val="595959"/>
              <w:sz w:val="16"/>
              <w:szCs w:val="16"/>
            </w:rPr>
            <w:t xml:space="preserve">Sayfa: </w:t>
          </w:r>
          <w:r>
            <w:rPr>
              <w:color w:val="404040"/>
              <w:sz w:val="16"/>
              <w:szCs w:val="16"/>
            </w:rPr>
            <w:fldChar w:fldCharType="begin"/>
          </w:r>
          <w:r>
            <w:rPr>
              <w:color w:val="404040"/>
              <w:sz w:val="16"/>
              <w:szCs w:val="16"/>
            </w:rPr>
            <w:instrText xml:space="preserve"> PAGE </w:instrText>
          </w:r>
          <w:r>
            <w:rPr>
              <w:color w:val="404040"/>
              <w:sz w:val="16"/>
              <w:szCs w:val="16"/>
            </w:rPr>
            <w:fldChar w:fldCharType="separate"/>
          </w:r>
          <w:r>
            <w:rPr>
              <w:color w:val="404040"/>
              <w:sz w:val="16"/>
              <w:szCs w:val="16"/>
            </w:rPr>
            <w:t>1</w:t>
          </w:r>
          <w:r>
            <w:rPr>
              <w:color w:val="404040"/>
              <w:sz w:val="16"/>
              <w:szCs w:val="16"/>
            </w:rPr>
            <w:fldChar w:fldCharType="end"/>
          </w:r>
          <w:r>
            <w:rPr>
              <w:color w:val="595959"/>
              <w:sz w:val="16"/>
              <w:szCs w:val="16"/>
            </w:rPr>
            <w:t xml:space="preserve"> / </w:t>
          </w:r>
          <w:r>
            <w:rPr>
              <w:color w:val="404040"/>
              <w:sz w:val="16"/>
              <w:szCs w:val="16"/>
            </w:rPr>
            <w:fldChar w:fldCharType="begin"/>
          </w:r>
          <w:r>
            <w:rPr>
              <w:color w:val="404040"/>
              <w:sz w:val="16"/>
              <w:szCs w:val="16"/>
            </w:rPr>
            <w:instrText xml:space="preserve"> NUMPAGES </w:instrText>
          </w:r>
          <w:r>
            <w:rPr>
              <w:color w:val="404040"/>
              <w:sz w:val="16"/>
              <w:szCs w:val="16"/>
            </w:rPr>
            <w:fldChar w:fldCharType="separate"/>
          </w:r>
          <w:r>
            <w:rPr>
              <w:color w:val="404040"/>
              <w:sz w:val="16"/>
              <w:szCs w:val="16"/>
            </w:rPr>
            <w:t>1</w:t>
          </w:r>
          <w:r>
            <w:rPr>
              <w:color w:val="404040"/>
              <w:sz w:val="16"/>
              <w:szCs w:val="16"/>
            </w:rPr>
            <w:fldChar w:fldCharType="end"/>
          </w:r>
        </w:p>
      </w:tc>
    </w:tr>
  </w:tbl>
  <w:p>
    <w:pPr>
      <w:pStyle w:val="Header"/>
      <w:spacing w:before="40" w:after="0" w:line="80" w:lineRule="exact"/>
      <w:jc w:val="left"/>
      <w:pBdr>
        <w:bottom w:val="single" w:sz="18" w:space="1" w:color="0000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ocumentProtection w:edit="readOnly" w:enforcement="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 Düzeltme Formu</dc:title>
  <dc:subject>HTMYO-PFRM-222</dc:subject>
  <dc:creator>BMAÜ HTMYO</dc:creator>
  <cp:keywords/>
  <dc:description>Yalnızca doldurulabilir alanlar düzenlenebilir. Satır eklemek için Gözden Geçir &gt; Düzenlemeyi Kısıtla &gt; Korumayı Durdur (parola yoktur).</dc:description>
  <cp:lastModifiedBy/>
  <cp:revision>1</cp:revision>
  <dcterms:created xsi:type="dcterms:W3CDTF">2013-12-23T23:15:00Z</dcterms:created>
  <dcterms:modified xsi:type="dcterms:W3CDTF">2013-12-23T23:15:00Z</dcterms:modified>
  <cp:category/>
</cp:coreProperties>
</file>