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DERS MUAFIYETI DEĞERLENDIRME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Muafiyet ve İntibak Komisyonu tarafından doldurulur.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512" w:edGrp="everyone"/>
      <w:sdt>
        <w:sdtPr>
          <w:alias w:val="Tarih"/>
          <w:tag w:val="Tarih"/>
          <w:id w:val="41511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512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3" w:edGrp="everyone"/>
            <w:sdt>
              <w:sdtPr>
                <w:alias w:val="Adı Soyadı"/>
                <w:tag w:val="Adı Soyadı"/>
                <w:id w:val="415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4" w:edGrp="everyone"/>
            <w:sdt>
              <w:sdtPr>
                <w:alias w:val="Öğrenci No"/>
                <w:tag w:val="Öğrenci No"/>
                <w:id w:val="415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5" w:edGrp="everyone"/>
            <w:sdt>
              <w:sdtPr>
                <w:alias w:val="Bölüm / Program"/>
                <w:tag w:val="Bölüm / Program"/>
                <w:id w:val="415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6" w:edGrp="everyone"/>
            <w:sdt>
              <w:sdtPr>
                <w:alias w:val="Sınıf"/>
                <w:tag w:val="Sınıf"/>
                <w:id w:val="41515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16"/>
            <w:r>
              <w:rPr>
                <w:sz w:val="18"/>
                <w:szCs w:val="18"/>
              </w:rPr>
              <w:t xml:space="preserve">  </w:t>
            </w:r>
            <w:permStart w:id="517" w:edGrp="everyone"/>
            <w:sdt>
              <w:sdtPr>
                <w:alias w:val="Şube"/>
                <w:tag w:val="Şube"/>
                <w:id w:val="41516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1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8" w:edGrp="everyone"/>
            <w:sdt>
              <w:sdtPr>
                <w:alias w:val="Telefon"/>
                <w:tag w:val="Telefon"/>
                <w:id w:val="415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19" w:edGrp="everyone"/>
            <w:sdt>
              <w:sdtPr>
                <w:alias w:val="E-posta"/>
                <w:tag w:val="E-posta"/>
                <w:id w:val="415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520" w:edGrp="everyone"/>
            <w:sdt>
              <w:sdtPr>
                <w:alias w:val="Adres"/>
                <w:tag w:val="Adres"/>
                <w:id w:val="4151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2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Önceki Üniversite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21" w:edGrp="everyone"/>
            <w:sdt>
              <w:sdtPr>
                <w:alias w:val="Önceki üniversite"/>
                <w:tag w:val="Önceki üniversite"/>
                <w:id w:val="415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2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Önceki Birim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22" w:edGrp="everyone"/>
            <w:sdt>
              <w:sdtPr>
                <w:alias w:val="Önceki program"/>
                <w:tag w:val="Önceki program"/>
                <w:id w:val="415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22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Kayıt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23" w:edGrp="everyone"/>
            <w:sdt>
              <w:sdtPr>
                <w:alias w:val="Kayıt türü"/>
                <w:tag w:val="Kayıt türü"/>
                <w:id w:val="41522"/>
                <w:showingPlcHdr/>
                <w:dropDownList>
                  <w:listItem w:displayText="ÖSYM yerleştirme" w:value="ÖSYM yerleştirme"/>
                  <w:listItem w:displayText="Yatay geçiş" w:value="Yatay geçiş"/>
                  <w:listItem w:displayText="Dikey geçiş" w:value="Dikey geçiş"/>
                  <w:listItem w:displayText="Ek madde / af" w:value="Ek madde / a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2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24" w:edGrp="everyone"/>
            <w:sdt>
              <w:sdtPr>
                <w:alias w:val="Başvuru tarihi"/>
                <w:tag w:val="Başvuru tarihi"/>
                <w:id w:val="415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52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MUAFİYET DEĞERLENDİRMESİ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607"/>
        <w:gridCol w:w="1020"/>
        <w:gridCol w:w="680"/>
        <w:gridCol w:w="2607"/>
        <w:gridCol w:w="1020"/>
        <w:gridCol w:w="1133"/>
      </w:tblGrid>
      <w:tr>
        <w:trPr>
          <w:trHeight w:val="385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Daha Önce Alınan Ders (Kod, Ad)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Kredi / AKTS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Not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Muaf Sayılan Ders (Kod, Ad)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Kredi / AKTS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Karar</w:t>
            </w:r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5" w:edGrp="everyone"/>
            <w:sdt>
              <w:sdtPr>
                <w:alias w:val="Muafiyet Daha Önce Alınan Ders (Kod, Ad) 1"/>
                <w:tag w:val="Muafiyet Daha Önce Alınan Ders (Kod, Ad) 1"/>
                <w:id w:val="415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2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26" w:edGrp="everyone"/>
            <w:sdt>
              <w:sdtPr>
                <w:alias w:val="Muafiyet Kredi / AKTS 1"/>
                <w:tag w:val="Muafiyet Kredi / AKTS 1"/>
                <w:id w:val="415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2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27" w:edGrp="everyone"/>
            <w:sdt>
              <w:sdtPr>
                <w:alias w:val="Muafiyet Not 1"/>
                <w:tag w:val="Muafiyet Not 1"/>
                <w:id w:val="415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2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8" w:edGrp="everyone"/>
            <w:sdt>
              <w:sdtPr>
                <w:alias w:val="Muafiyet Muaf Sayılan Ders (Kod, Ad) 1"/>
                <w:tag w:val="Muafiyet Muaf Sayılan Ders (Kod, Ad) 1"/>
                <w:id w:val="415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2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29" w:edGrp="everyone"/>
            <w:sdt>
              <w:sdtPr>
                <w:alias w:val="Muafiyet Kredi / AKTS 1"/>
                <w:tag w:val="Muafiyet Kredi / AKTS 1"/>
                <w:id w:val="415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2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30" w:edGrp="everyone"/>
            <w:sdt>
              <w:sdtPr>
                <w:alias w:val="Muafiyet Karar 1"/>
                <w:tag w:val="Muafiyet Karar 1"/>
                <w:id w:val="41529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30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1" w:edGrp="everyone"/>
            <w:sdt>
              <w:sdtPr>
                <w:alias w:val="Muafiyet Daha Önce Alınan Ders (Kod, Ad) 2"/>
                <w:tag w:val="Muafiyet Daha Önce Alınan Ders (Kod, Ad) 2"/>
                <w:id w:val="415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1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32" w:edGrp="everyone"/>
            <w:sdt>
              <w:sdtPr>
                <w:alias w:val="Muafiyet Kredi / AKTS 2"/>
                <w:tag w:val="Muafiyet Kredi / AKTS 2"/>
                <w:id w:val="415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3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3" w:edGrp="everyone"/>
            <w:sdt>
              <w:sdtPr>
                <w:alias w:val="Muafiyet Not 2"/>
                <w:tag w:val="Muafiyet Not 2"/>
                <w:id w:val="415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4" w:edGrp="everyone"/>
            <w:sdt>
              <w:sdtPr>
                <w:alias w:val="Muafiyet Muaf Sayılan Ders (Kod, Ad) 2"/>
                <w:tag w:val="Muafiyet Muaf Sayılan Ders (Kod, Ad) 2"/>
                <w:id w:val="415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35" w:edGrp="everyone"/>
            <w:sdt>
              <w:sdtPr>
                <w:alias w:val="Muafiyet Kredi / AKTS 2"/>
                <w:tag w:val="Muafiyet Kredi / AKTS 2"/>
                <w:id w:val="415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3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36" w:edGrp="everyone"/>
            <w:sdt>
              <w:sdtPr>
                <w:alias w:val="Muafiyet Karar 2"/>
                <w:tag w:val="Muafiyet Karar 2"/>
                <w:id w:val="41535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36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7" w:edGrp="everyone"/>
            <w:sdt>
              <w:sdtPr>
                <w:alias w:val="Muafiyet Daha Önce Alınan Ders (Kod, Ad) 3"/>
                <w:tag w:val="Muafiyet Daha Önce Alınan Ders (Kod, Ad) 3"/>
                <w:id w:val="415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38" w:edGrp="everyone"/>
            <w:sdt>
              <w:sdtPr>
                <w:alias w:val="Muafiyet Kredi / AKTS 3"/>
                <w:tag w:val="Muafiyet Kredi / AKTS 3"/>
                <w:id w:val="415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3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9" w:edGrp="everyone"/>
            <w:sdt>
              <w:sdtPr>
                <w:alias w:val="Muafiyet Not 3"/>
                <w:tag w:val="Muafiyet Not 3"/>
                <w:id w:val="415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0" w:edGrp="everyone"/>
            <w:sdt>
              <w:sdtPr>
                <w:alias w:val="Muafiyet Muaf Sayılan Ders (Kod, Ad) 3"/>
                <w:tag w:val="Muafiyet Muaf Sayılan Ders (Kod, Ad) 3"/>
                <w:id w:val="415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41" w:edGrp="everyone"/>
            <w:sdt>
              <w:sdtPr>
                <w:alias w:val="Muafiyet Kredi / AKTS 3"/>
                <w:tag w:val="Muafiyet Kredi / AKTS 3"/>
                <w:id w:val="415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4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42" w:edGrp="everyone"/>
            <w:sdt>
              <w:sdtPr>
                <w:alias w:val="Muafiyet Karar 3"/>
                <w:tag w:val="Muafiyet Karar 3"/>
                <w:id w:val="41541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42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3" w:edGrp="everyone"/>
            <w:sdt>
              <w:sdtPr>
                <w:alias w:val="Muafiyet Daha Önce Alınan Ders (Kod, Ad) 4"/>
                <w:tag w:val="Muafiyet Daha Önce Alınan Ders (Kod, Ad) 4"/>
                <w:id w:val="415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44" w:edGrp="everyone"/>
            <w:sdt>
              <w:sdtPr>
                <w:alias w:val="Muafiyet Kredi / AKTS 4"/>
                <w:tag w:val="Muafiyet Kredi / AKTS 4"/>
                <w:id w:val="415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4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45" w:edGrp="everyone"/>
            <w:sdt>
              <w:sdtPr>
                <w:alias w:val="Muafiyet Not 4"/>
                <w:tag w:val="Muafiyet Not 4"/>
                <w:id w:val="415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6" w:edGrp="everyone"/>
            <w:sdt>
              <w:sdtPr>
                <w:alias w:val="Muafiyet Muaf Sayılan Ders (Kod, Ad) 4"/>
                <w:tag w:val="Muafiyet Muaf Sayılan Ders (Kod, Ad) 4"/>
                <w:id w:val="415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47" w:edGrp="everyone"/>
            <w:sdt>
              <w:sdtPr>
                <w:alias w:val="Muafiyet Kredi / AKTS 4"/>
                <w:tag w:val="Muafiyet Kredi / AKTS 4"/>
                <w:id w:val="415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4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48" w:edGrp="everyone"/>
            <w:sdt>
              <w:sdtPr>
                <w:alias w:val="Muafiyet Karar 4"/>
                <w:tag w:val="Muafiyet Karar 4"/>
                <w:id w:val="41547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48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9" w:edGrp="everyone"/>
            <w:sdt>
              <w:sdtPr>
                <w:alias w:val="Muafiyet Daha Önce Alınan Ders (Kod, Ad) 5"/>
                <w:tag w:val="Muafiyet Daha Önce Alınan Ders (Kod, Ad) 5"/>
                <w:id w:val="415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50" w:edGrp="everyone"/>
            <w:sdt>
              <w:sdtPr>
                <w:alias w:val="Muafiyet Kredi / AKTS 5"/>
                <w:tag w:val="Muafiyet Kredi / AKTS 5"/>
                <w:id w:val="415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5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1" w:edGrp="everyone"/>
            <w:sdt>
              <w:sdtPr>
                <w:alias w:val="Muafiyet Not 5"/>
                <w:tag w:val="Muafiyet Not 5"/>
                <w:id w:val="415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5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2" w:edGrp="everyone"/>
            <w:sdt>
              <w:sdtPr>
                <w:alias w:val="Muafiyet Muaf Sayılan Ders (Kod, Ad) 5"/>
                <w:tag w:val="Muafiyet Muaf Sayılan Ders (Kod, Ad) 5"/>
                <w:id w:val="415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5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53" w:edGrp="everyone"/>
            <w:sdt>
              <w:sdtPr>
                <w:alias w:val="Muafiyet Kredi / AKTS 5"/>
                <w:tag w:val="Muafiyet Kredi / AKTS 5"/>
                <w:id w:val="415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5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54" w:edGrp="everyone"/>
            <w:sdt>
              <w:sdtPr>
                <w:alias w:val="Muafiyet Karar 5"/>
                <w:tag w:val="Muafiyet Karar 5"/>
                <w:id w:val="41553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54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5" w:edGrp="everyone"/>
            <w:sdt>
              <w:sdtPr>
                <w:alias w:val="Muafiyet Daha Önce Alınan Ders (Kod, Ad) 6"/>
                <w:tag w:val="Muafiyet Daha Önce Alınan Ders (Kod, Ad) 6"/>
                <w:id w:val="415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5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56" w:edGrp="everyone"/>
            <w:sdt>
              <w:sdtPr>
                <w:alias w:val="Muafiyet Kredi / AKTS 6"/>
                <w:tag w:val="Muafiyet Kredi / AKTS 6"/>
                <w:id w:val="415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5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7" w:edGrp="everyone"/>
            <w:sdt>
              <w:sdtPr>
                <w:alias w:val="Muafiyet Not 6"/>
                <w:tag w:val="Muafiyet Not 6"/>
                <w:id w:val="415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5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8" w:edGrp="everyone"/>
            <w:sdt>
              <w:sdtPr>
                <w:alias w:val="Muafiyet Muaf Sayılan Ders (Kod, Ad) 6"/>
                <w:tag w:val="Muafiyet Muaf Sayılan Ders (Kod, Ad) 6"/>
                <w:id w:val="415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5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59" w:edGrp="everyone"/>
            <w:sdt>
              <w:sdtPr>
                <w:alias w:val="Muafiyet Kredi / AKTS 6"/>
                <w:tag w:val="Muafiyet Kredi / AKTS 6"/>
                <w:id w:val="415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5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60" w:edGrp="everyone"/>
            <w:sdt>
              <w:sdtPr>
                <w:alias w:val="Muafiyet Karar 6"/>
                <w:tag w:val="Muafiyet Karar 6"/>
                <w:id w:val="41559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60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1" w:edGrp="everyone"/>
            <w:sdt>
              <w:sdtPr>
                <w:alias w:val="Muafiyet Daha Önce Alınan Ders (Kod, Ad) 7"/>
                <w:tag w:val="Muafiyet Daha Önce Alınan Ders (Kod, Ad) 7"/>
                <w:id w:val="415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1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62" w:edGrp="everyone"/>
            <w:sdt>
              <w:sdtPr>
                <w:alias w:val="Muafiyet Kredi / AKTS 7"/>
                <w:tag w:val="Muafiyet Kredi / AKTS 7"/>
                <w:id w:val="415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6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3" w:edGrp="everyone"/>
            <w:sdt>
              <w:sdtPr>
                <w:alias w:val="Muafiyet Not 7"/>
                <w:tag w:val="Muafiyet Not 7"/>
                <w:id w:val="415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4" w:edGrp="everyone"/>
            <w:sdt>
              <w:sdtPr>
                <w:alias w:val="Muafiyet Muaf Sayılan Ders (Kod, Ad) 7"/>
                <w:tag w:val="Muafiyet Muaf Sayılan Ders (Kod, Ad) 7"/>
                <w:id w:val="415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65" w:edGrp="everyone"/>
            <w:sdt>
              <w:sdtPr>
                <w:alias w:val="Muafiyet Kredi / AKTS 7"/>
                <w:tag w:val="Muafiyet Kredi / AKTS 7"/>
                <w:id w:val="415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6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66" w:edGrp="everyone"/>
            <w:sdt>
              <w:sdtPr>
                <w:alias w:val="Muafiyet Karar 7"/>
                <w:tag w:val="Muafiyet Karar 7"/>
                <w:id w:val="41565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66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7" w:edGrp="everyone"/>
            <w:sdt>
              <w:sdtPr>
                <w:alias w:val="Muafiyet Daha Önce Alınan Ders (Kod, Ad) 8"/>
                <w:tag w:val="Muafiyet Daha Önce Alınan Ders (Kod, Ad) 8"/>
                <w:id w:val="415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68" w:edGrp="everyone"/>
            <w:sdt>
              <w:sdtPr>
                <w:alias w:val="Muafiyet Kredi / AKTS 8"/>
                <w:tag w:val="Muafiyet Kredi / AKTS 8"/>
                <w:id w:val="415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6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9" w:edGrp="everyone"/>
            <w:sdt>
              <w:sdtPr>
                <w:alias w:val="Muafiyet Not 8"/>
                <w:tag w:val="Muafiyet Not 8"/>
                <w:id w:val="415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0" w:edGrp="everyone"/>
            <w:sdt>
              <w:sdtPr>
                <w:alias w:val="Muafiyet Muaf Sayılan Ders (Kod, Ad) 8"/>
                <w:tag w:val="Muafiyet Muaf Sayılan Ders (Kod, Ad) 8"/>
                <w:id w:val="415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71" w:edGrp="everyone"/>
            <w:sdt>
              <w:sdtPr>
                <w:alias w:val="Muafiyet Kredi / AKTS 8"/>
                <w:tag w:val="Muafiyet Kredi / AKTS 8"/>
                <w:id w:val="415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7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72" w:edGrp="everyone"/>
            <w:sdt>
              <w:sdtPr>
                <w:alias w:val="Muafiyet Karar 8"/>
                <w:tag w:val="Muafiyet Karar 8"/>
                <w:id w:val="41571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72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3" w:edGrp="everyone"/>
            <w:sdt>
              <w:sdtPr>
                <w:alias w:val="Muafiyet Daha Önce Alınan Ders (Kod, Ad) 9"/>
                <w:tag w:val="Muafiyet Daha Önce Alınan Ders (Kod, Ad) 9"/>
                <w:id w:val="415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74" w:edGrp="everyone"/>
            <w:sdt>
              <w:sdtPr>
                <w:alias w:val="Muafiyet Kredi / AKTS 9"/>
                <w:tag w:val="Muafiyet Kredi / AKTS 9"/>
                <w:id w:val="415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7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75" w:edGrp="everyone"/>
            <w:sdt>
              <w:sdtPr>
                <w:alias w:val="Muafiyet Not 9"/>
                <w:tag w:val="Muafiyet Not 9"/>
                <w:id w:val="415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6" w:edGrp="everyone"/>
            <w:sdt>
              <w:sdtPr>
                <w:alias w:val="Muafiyet Muaf Sayılan Ders (Kod, Ad) 9"/>
                <w:tag w:val="Muafiyet Muaf Sayılan Ders (Kod, Ad) 9"/>
                <w:id w:val="415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77" w:edGrp="everyone"/>
            <w:sdt>
              <w:sdtPr>
                <w:alias w:val="Muafiyet Kredi / AKTS 9"/>
                <w:tag w:val="Muafiyet Kredi / AKTS 9"/>
                <w:id w:val="415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7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78" w:edGrp="everyone"/>
            <w:sdt>
              <w:sdtPr>
                <w:alias w:val="Muafiyet Karar 9"/>
                <w:tag w:val="Muafiyet Karar 9"/>
                <w:id w:val="41577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78"/>
          </w:p>
        </w:tc>
      </w:tr>
      <w:tr>
        <w:trPr>
          <w:trHeight w:val="38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9" w:edGrp="everyone"/>
            <w:sdt>
              <w:sdtPr>
                <w:alias w:val="Muafiyet Daha Önce Alınan Ders (Kod, Ad) 10"/>
                <w:tag w:val="Muafiyet Daha Önce Alınan Ders (Kod, Ad) 10"/>
                <w:id w:val="415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80" w:edGrp="everyone"/>
            <w:sdt>
              <w:sdtPr>
                <w:alias w:val="Muafiyet Kredi / AKTS 10"/>
                <w:tag w:val="Muafiyet Kredi / AKTS 10"/>
                <w:id w:val="415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8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81" w:edGrp="everyone"/>
            <w:sdt>
              <w:sdtPr>
                <w:alias w:val="Muafiyet Not 10"/>
                <w:tag w:val="Muafiyet Not 10"/>
                <w:id w:val="415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8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82" w:edGrp="everyone"/>
            <w:sdt>
              <w:sdtPr>
                <w:alias w:val="Muafiyet Muaf Sayılan Ders (Kod, Ad) 10"/>
                <w:tag w:val="Muafiyet Muaf Sayılan Ders (Kod, Ad) 10"/>
                <w:id w:val="415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8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83" w:edGrp="everyone"/>
            <w:sdt>
              <w:sdtPr>
                <w:alias w:val="Muafiyet Kredi / AKTS 10"/>
                <w:tag w:val="Muafiyet Kredi / AKTS 10"/>
                <w:id w:val="415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58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584" w:edGrp="everyone"/>
            <w:sdt>
              <w:sdtPr>
                <w:alias w:val="Muafiyet Karar 10"/>
                <w:tag w:val="Muafiyet Karar 10"/>
                <w:id w:val="41583"/>
                <w:showingPlcHdr/>
                <w:dropDownList>
                  <w:listItem w:displayText="Muaf" w:value="Muaf"/>
                  <w:listItem w:displayText="Muaf değil" w:value="Muaf deği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8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KOMİSYON GEREKÇESİ / İNTİBAK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2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585" w:edGrp="everyone"/>
            <w:sdt>
              <w:sdtPr>
                <w:alias w:val="Komisyon gerekçesi"/>
                <w:tag w:val="Komisyon gerekçesi"/>
                <w:id w:val="415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Başkanı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Üye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Üye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86" w:edGrp="everyone"/>
            <w:sdt>
              <w:sdtPr>
                <w:alias w:val="Komisyon Başkanı Adı Soyadı"/>
                <w:tag w:val="Komisyon Başkanı Adı Soyadı"/>
                <w:id w:val="4158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86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87" w:edGrp="everyone"/>
            <w:sdt>
              <w:sdtPr>
                <w:alias w:val="Üye Adı Soyadı"/>
                <w:tag w:val="Üye Adı Soyadı"/>
                <w:id w:val="4158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87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88" w:edGrp="everyone"/>
            <w:sdt>
              <w:sdtPr>
                <w:alias w:val="Üye Adı Soyadı"/>
                <w:tag w:val="Üye Adı Soyadı"/>
                <w:id w:val="4158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88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HTMYO-PFRM-229  |  Ders Muafiyeti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Muafiyeti Değerlendirme Formu</dc:title>
  <dc:subject>HTMYO-PFRM-229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