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KURUM İÇI YATAY GEÇIŞ DEĞERLENDIRME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Yatay Geçiş Komisyonu tarafından doldurulur.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589" w:edGrp="everyone"/>
      <w:sdt>
        <w:sdtPr>
          <w:alias w:val="Tarih"/>
          <w:tag w:val="Tarih"/>
          <w:id w:val="41588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589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Başvuru Sahibinin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90" w:edGrp="everyone"/>
            <w:sdt>
              <w:sdtPr>
                <w:alias w:val="Başvuru sahibi"/>
                <w:tag w:val="Başvuru sahibi"/>
                <w:id w:val="415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Başvurduğu 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91" w:edGrp="everyone"/>
            <w:sdt>
              <w:sdtPr>
                <w:alias w:val="Başvurduğu program"/>
                <w:tag w:val="Başvurduğu program"/>
                <w:id w:val="415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1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Devam Ettiği Birim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92" w:edGrp="everyone"/>
            <w:sdt>
              <w:sdtPr>
                <w:alias w:val="Devam ettiği program"/>
                <w:tag w:val="Devam ettiği program"/>
                <w:id w:val="415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Genel Not Ortalaması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93" w:edGrp="everyone"/>
            <w:sdt>
              <w:sdtPr>
                <w:alias w:val="GNO"/>
                <w:tag w:val="GNO"/>
                <w:id w:val="415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3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Başvuru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94" w:edGrp="everyone"/>
            <w:sdt>
              <w:sdtPr>
                <w:alias w:val="Başvuru tarihi"/>
                <w:tag w:val="Başvuru tarihi"/>
                <w:id w:val="415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59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Yarıyıl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595" w:edGrp="everyone"/>
            <w:sdt>
              <w:sdtPr>
                <w:alias w:val="Sınıf yarıyıl"/>
                <w:tag w:val="Sınıf yarıyıl"/>
                <w:id w:val="4159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DEĞERLENDİRME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680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Değerlendirme Sonucu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596" w:edGrp="everyone"/>
            <w:sdt>
              <w:sdtPr>
                <w:alias w:val="Sonuç"/>
                <w:tag w:val="Sonuç"/>
                <w:id w:val="41595"/>
                <w:showingPlcHdr/>
                <w:dropDownList>
                  <w:listItem w:displayText="Kabul" w:value="Kabul"/>
                  <w:listItem w:displayText="Ret" w:value="Ret"/>
                  <w:listItem w:displayText="Yedek" w:value="Yedek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96"/>
          </w:p>
        </w:tc>
      </w:tr>
      <w:tr>
        <w:trPr>
          <w:trHeight w:val="680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Gerekçe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597" w:edGrp="everyone"/>
            <w:sdt>
              <w:sdtPr>
                <w:alias w:val="Gerekçe"/>
                <w:tag w:val="Gerekçe"/>
                <w:id w:val="4159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2834"/>
        <w:gridCol w:w="2267"/>
        <w:gridCol w:w="2267"/>
      </w:tblGrid>
      <w:tr>
        <w:trPr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Komisyon Görevi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Karar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İmza</w:t>
            </w:r>
          </w:p>
        </w:tc>
      </w:tr>
      <w:tr>
        <w:trPr>
          <w:trHeight w:val="56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Başkan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598" w:edGrp="everyone"/>
            <w:sdt>
              <w:sdtPr>
                <w:alias w:val="Üye adı 1"/>
                <w:tag w:val="Üye adı 1"/>
                <w:id w:val="415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598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599" w:edGrp="everyone"/>
            <w:sdt>
              <w:sdtPr>
                <w:alias w:val="Üye karar 1"/>
                <w:tag w:val="Üye karar 1"/>
                <w:id w:val="41598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99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56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Üye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00" w:edGrp="everyone"/>
            <w:sdt>
              <w:sdtPr>
                <w:alias w:val="Üye adı 2"/>
                <w:tag w:val="Üye adı 2"/>
                <w:id w:val="4159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600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01" w:edGrp="everyone"/>
            <w:sdt>
              <w:sdtPr>
                <w:alias w:val="Üye karar 2"/>
                <w:tag w:val="Üye karar 2"/>
                <w:id w:val="41600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01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56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Üye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02" w:edGrp="everyone"/>
            <w:sdt>
              <w:sdtPr>
                <w:alias w:val="Üye adı 3"/>
                <w:tag w:val="Üye adı 3"/>
                <w:id w:val="416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602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03" w:edGrp="everyone"/>
            <w:sdt>
              <w:sdtPr>
                <w:alias w:val="Üye karar 3"/>
                <w:tag w:val="Üye karar 3"/>
                <w:id w:val="41602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03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56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Üye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04" w:edGrp="everyone"/>
            <w:sdt>
              <w:sdtPr>
                <w:alias w:val="Üye adı 4"/>
                <w:tag w:val="Üye adı 4"/>
                <w:id w:val="416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604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05" w:edGrp="everyone"/>
            <w:sdt>
              <w:sdtPr>
                <w:alias w:val="Üye karar 4"/>
                <w:tag w:val="Üye karar 4"/>
                <w:id w:val="41604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05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566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Üye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06" w:edGrp="everyone"/>
            <w:sdt>
              <w:sdtPr>
                <w:alias w:val="Üye adı 5"/>
                <w:tag w:val="Üye adı 5"/>
                <w:id w:val="416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606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607" w:edGrp="everyone"/>
            <w:sdt>
              <w:sdtPr>
                <w:alias w:val="Üye karar 5"/>
                <w:tag w:val="Üye karar 5"/>
                <w:id w:val="41606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07"/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HTMYO-PFRM-230  |  Kurum İçi Yatay Geçiş Değerlendirme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 İçi Yatay Geçiş Değerlendirme Formu</dc:title>
  <dc:subject>HTMYO-PFRM-230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