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SIHHI İZIN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898" w:edGrp="everyone"/>
      <w:sdt>
        <w:sdtPr>
          <w:alias w:val="Tarih"/>
          <w:tag w:val="Tarih"/>
          <w:id w:val="41897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898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Birimi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899" w:edGrp="everyone"/>
            <w:sdt>
              <w:sdtPr>
                <w:alias w:val="Birimi"/>
                <w:tag w:val="Birimi"/>
                <w:id w:val="4189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899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Sicil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00" w:edGrp="everyone"/>
            <w:sdt>
              <w:sdtPr>
                <w:alias w:val="Sicil no"/>
                <w:tag w:val="Sicil no"/>
                <w:id w:val="4189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00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01" w:edGrp="everyone"/>
            <w:sdt>
              <w:sdtPr>
                <w:alias w:val="Adı soyadı"/>
                <w:tag w:val="Adı soyadı"/>
                <w:id w:val="4190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01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Unvanı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02" w:edGrp="everyone"/>
            <w:sdt>
              <w:sdtPr>
                <w:alias w:val="Unvanı"/>
                <w:tag w:val="Unvanı"/>
                <w:id w:val="4190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02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SIHHİ İZNE AİT RAPOR BİLGİSİ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Verilecek Sıhhi İzin Başlangıç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03" w:edGrp="everyone"/>
            <w:sdt>
              <w:sdtPr>
                <w:alias w:val="İzin başlangıç"/>
                <w:tag w:val="İzin başlangıç"/>
                <w:id w:val="4190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903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Süresi (gün)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04" w:edGrp="everyone"/>
            <w:sdt>
              <w:sdtPr>
                <w:alias w:val="İzin süresi"/>
                <w:tag w:val="İzin süresi"/>
                <w:id w:val="419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04"/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Yıl İçinde Aldığı Sıhhi İzin (gün)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05" w:edGrp="everyone"/>
            <w:sdt>
              <w:sdtPr>
                <w:alias w:val="Yıl içi izin"/>
                <w:tag w:val="Yıl içi izin"/>
                <w:id w:val="4190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05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06" w:edGrp="everyone"/>
            <w:sdt>
              <w:sdtPr>
                <w:alias w:val="Telefon"/>
                <w:tag w:val="Telefon"/>
                <w:id w:val="4190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06"/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İzindeki Adres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907" w:edGrp="everyone"/>
            <w:sdt>
              <w:sdtPr>
                <w:alias w:val="İzindeki adres"/>
                <w:tag w:val="İzindeki adres"/>
                <w:id w:val="4190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0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İzin Talep Eden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Birim Sorumlusu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Yüksekokul Müdürü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908" w:edGrp="everyone"/>
            <w:sdt>
              <w:sdtPr>
                <w:alias w:val="İzin Talep Eden Adı Soyadı"/>
                <w:tag w:val="İzin Talep Eden Adı Soyadı"/>
                <w:id w:val="4190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908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909" w:edGrp="everyone"/>
            <w:sdt>
              <w:sdtPr>
                <w:alias w:val="Birim Sorumlusu Adı Soyadı"/>
                <w:tag w:val="Birim Sorumlusu Adı Soyadı"/>
                <w:id w:val="4190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909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910" w:edGrp="everyone"/>
            <w:sdt>
              <w:sdtPr>
                <w:alias w:val="Yüksekokul Müdürü Adı Soyadı"/>
                <w:tag w:val="Yüksekokul Müdürü Adı Soyadı"/>
                <w:id w:val="4190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910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İZİN SONU BİLDİRİMİ</w:t>
      </w:r>
    </w:p>
    <w:p>
      <w:pPr>
        <w:spacing w:before="0" w:after="120" w:line="240" w:lineRule="auto"/>
        <w:jc w:val="both"/>
      </w:pPr>
      <w:r>
        <w:rPr>
          <w:sz w:val="20"/>
          <w:szCs w:val="20"/>
        </w:rPr>
        <w:t xml:space="preserve">Yukarıda adı geçen personel </w:t>
      </w:r>
      <w:permStart w:id="911" w:edGrp="everyone"/>
      <w:sdt>
        <w:sdtPr>
          <w:alias w:val="İzin sonu başlama tarihi"/>
          <w:tag w:val="İzin sonu başlama tarihi"/>
          <w:id w:val="41910"/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Content>
          <w:r>
            <w:rPr>
              <w:rStyle w:val="PlaceholderText"/>
              <w:sz w:val="20"/>
              <w:szCs w:val="20"/>
            </w:rPr>
            <w:t xml:space="preserve">           </w:t>
          </w:r>
        </w:sdtContent>
      </w:sdt>
      <w:permEnd w:id="911"/>
      <w:r>
        <w:rPr>
          <w:sz w:val="20"/>
          <w:szCs w:val="20"/>
        </w:rPr>
        <w:t xml:space="preserve"> tarihinden itibaren </w:t>
      </w:r>
      <w:permStart w:id="912" w:edGrp="everyone"/>
      <w:sdt>
        <w:sdtPr>
          <w:alias w:val="Gün"/>
          <w:tag w:val="Gün"/>
          <w:id w:val="41911"/>
          <w:showingPlcHdr/>
          <w:text/>
        </w:sdtPr>
        <w:sdtContent>
          <w:r>
            <w:rPr>
              <w:rStyle w:val="PlaceholderText"/>
              <w:sz w:val="20"/>
              <w:szCs w:val="20"/>
            </w:rPr>
            <w:t xml:space="preserve">    </w:t>
          </w:r>
        </w:sdtContent>
      </w:sdt>
      <w:permEnd w:id="912"/>
      <w:r>
        <w:rPr>
          <w:sz w:val="20"/>
          <w:szCs w:val="20"/>
        </w:rPr>
        <w:t xml:space="preserve"> gün sağlık izni kullanmış olup </w:t>
      </w:r>
      <w:permStart w:id="913" w:edGrp="everyone"/>
      <w:sdt>
        <w:sdtPr>
          <w:alias w:val="Göreve başlama tarihi"/>
          <w:tag w:val="Göreve başlama tarihi"/>
          <w:id w:val="41912"/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Content>
          <w:r>
            <w:rPr>
              <w:rStyle w:val="PlaceholderText"/>
              <w:sz w:val="20"/>
              <w:szCs w:val="20"/>
            </w:rPr>
            <w:t xml:space="preserve">           </w:t>
          </w:r>
        </w:sdtContent>
      </w:sdt>
      <w:permEnd w:id="913"/>
      <w:r>
        <w:rPr>
          <w:sz w:val="20"/>
          <w:szCs w:val="20"/>
        </w:rPr>
        <w:t xml:space="preserve"> tarihinde görevine başlamıştır.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Birim Sorumlusu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914" w:edGrp="everyone"/>
            <w:sdt>
              <w:sdtPr>
                <w:alias w:val="Birim Sorumlusu Adı Soyadı"/>
                <w:tag w:val="Birim Sorumlusu Adı Soyadı"/>
                <w:id w:val="4191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914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Sıhhi izin raporu ekte sunulmalıdır. İzin işlemi EBYS üzerinden de başlatılır.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HTMYO-PFRM-233  |  Sıhhi İzin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HTMYO-PFRM-233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Sıhhi İzin Formu</dc:title>
  <dc:subject>HTMYO-PFRM-233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