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EĞITIM KATILIM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Konusu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15" w:edGrp="everyone"/>
            <w:sdt>
              <w:sdtPr>
                <w:alias w:val="Eğitim konusu"/>
                <w:tag w:val="Eğitim konusu"/>
                <w:id w:val="4191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1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16" w:edGrp="everyone"/>
            <w:sdt>
              <w:sdtPr>
                <w:alias w:val="Eğitim kodu"/>
                <w:tag w:val="Eğitim kodu"/>
                <w:id w:val="419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1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Eğitime Başlama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17" w:edGrp="everyone"/>
            <w:sdt>
              <w:sdtPr>
                <w:alias w:val="Eğitim başlama tarihi"/>
                <w:tag w:val="Eğitim başlama tarihi"/>
                <w:id w:val="4191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1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Süresi (saat)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18" w:edGrp="everyone"/>
            <w:sdt>
              <w:sdtPr>
                <w:alias w:val="Eğitim süresi"/>
                <w:tag w:val="Eğitim süresi"/>
                <w:id w:val="419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18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Yeri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19" w:edGrp="everyone"/>
            <w:sdt>
              <w:sdtPr>
                <w:alias w:val="Eğitim yeri"/>
                <w:tag w:val="Eğitim yeri"/>
                <w:id w:val="419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19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Eğitimi Veren Kurum / Kişi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20" w:edGrp="everyone"/>
            <w:sdt>
              <w:sdtPr>
                <w:alias w:val="Eğitimi veren"/>
                <w:tag w:val="Eğitimi veren"/>
                <w:id w:val="419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2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1984"/>
        <w:gridCol w:w="1700"/>
        <w:gridCol w:w="1417"/>
        <w:gridCol w:w="1133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S.N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Adı Soyadı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Bölümü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Görevi</w:t>
            </w:r>
          </w:p>
        </w:tc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1. Gün İmza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2. Gün İmza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21" w:edGrp="everyone"/>
            <w:sdt>
              <w:sdtPr>
                <w:alias w:val="Katılım Adı Soyadı 1"/>
                <w:tag w:val="Katılım Adı Soyadı 1"/>
                <w:id w:val="419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21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22" w:edGrp="everyone"/>
            <w:sdt>
              <w:sdtPr>
                <w:alias w:val="Katılım Bölümü 1"/>
                <w:tag w:val="Katılım Bölümü 1"/>
                <w:id w:val="419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2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23" w:edGrp="everyone"/>
            <w:sdt>
              <w:sdtPr>
                <w:alias w:val="Katılım Görevi 1"/>
                <w:tag w:val="Katılım Görevi 1"/>
                <w:id w:val="419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23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24" w:edGrp="everyone"/>
            <w:sdt>
              <w:sdtPr>
                <w:alias w:val="Katılım Adı Soyadı 2"/>
                <w:tag w:val="Katılım Adı Soyadı 2"/>
                <w:id w:val="419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24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25" w:edGrp="everyone"/>
            <w:sdt>
              <w:sdtPr>
                <w:alias w:val="Katılım Bölümü 2"/>
                <w:tag w:val="Katılım Bölümü 2"/>
                <w:id w:val="419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25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26" w:edGrp="everyone"/>
            <w:sdt>
              <w:sdtPr>
                <w:alias w:val="Katılım Görevi 2"/>
                <w:tag w:val="Katılım Görevi 2"/>
                <w:id w:val="419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2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27" w:edGrp="everyone"/>
            <w:sdt>
              <w:sdtPr>
                <w:alias w:val="Katılım Adı Soyadı 3"/>
                <w:tag w:val="Katılım Adı Soyadı 3"/>
                <w:id w:val="419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27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28" w:edGrp="everyone"/>
            <w:sdt>
              <w:sdtPr>
                <w:alias w:val="Katılım Bölümü 3"/>
                <w:tag w:val="Katılım Bölümü 3"/>
                <w:id w:val="419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28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29" w:edGrp="everyone"/>
            <w:sdt>
              <w:sdtPr>
                <w:alias w:val="Katılım Görevi 3"/>
                <w:tag w:val="Katılım Görevi 3"/>
                <w:id w:val="419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29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30" w:edGrp="everyone"/>
            <w:sdt>
              <w:sdtPr>
                <w:alias w:val="Katılım Adı Soyadı 4"/>
                <w:tag w:val="Katılım Adı Soyadı 4"/>
                <w:id w:val="419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30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31" w:edGrp="everyone"/>
            <w:sdt>
              <w:sdtPr>
                <w:alias w:val="Katılım Bölümü 4"/>
                <w:tag w:val="Katılım Bölümü 4"/>
                <w:id w:val="419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3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32" w:edGrp="everyone"/>
            <w:sdt>
              <w:sdtPr>
                <w:alias w:val="Katılım Görevi 4"/>
                <w:tag w:val="Katılım Görevi 4"/>
                <w:id w:val="419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32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33" w:edGrp="everyone"/>
            <w:sdt>
              <w:sdtPr>
                <w:alias w:val="Katılım Adı Soyadı 5"/>
                <w:tag w:val="Katılım Adı Soyadı 5"/>
                <w:id w:val="419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33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34" w:edGrp="everyone"/>
            <w:sdt>
              <w:sdtPr>
                <w:alias w:val="Katılım Bölümü 5"/>
                <w:tag w:val="Katılım Bölümü 5"/>
                <w:id w:val="419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34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35" w:edGrp="everyone"/>
            <w:sdt>
              <w:sdtPr>
                <w:alias w:val="Katılım Görevi 5"/>
                <w:tag w:val="Katılım Görevi 5"/>
                <w:id w:val="419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3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36" w:edGrp="everyone"/>
            <w:sdt>
              <w:sdtPr>
                <w:alias w:val="Katılım Adı Soyadı 6"/>
                <w:tag w:val="Katılım Adı Soyadı 6"/>
                <w:id w:val="419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36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37" w:edGrp="everyone"/>
            <w:sdt>
              <w:sdtPr>
                <w:alias w:val="Katılım Bölümü 6"/>
                <w:tag w:val="Katılım Bölümü 6"/>
                <w:id w:val="419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3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38" w:edGrp="everyone"/>
            <w:sdt>
              <w:sdtPr>
                <w:alias w:val="Katılım Görevi 6"/>
                <w:tag w:val="Katılım Görevi 6"/>
                <w:id w:val="419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38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39" w:edGrp="everyone"/>
            <w:sdt>
              <w:sdtPr>
                <w:alias w:val="Katılım Adı Soyadı 7"/>
                <w:tag w:val="Katılım Adı Soyadı 7"/>
                <w:id w:val="419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39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40" w:edGrp="everyone"/>
            <w:sdt>
              <w:sdtPr>
                <w:alias w:val="Katılım Bölümü 7"/>
                <w:tag w:val="Katılım Bölümü 7"/>
                <w:id w:val="419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40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41" w:edGrp="everyone"/>
            <w:sdt>
              <w:sdtPr>
                <w:alias w:val="Katılım Görevi 7"/>
                <w:tag w:val="Katılım Görevi 7"/>
                <w:id w:val="419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4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42" w:edGrp="everyone"/>
            <w:sdt>
              <w:sdtPr>
                <w:alias w:val="Katılım Adı Soyadı 8"/>
                <w:tag w:val="Katılım Adı Soyadı 8"/>
                <w:id w:val="419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42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43" w:edGrp="everyone"/>
            <w:sdt>
              <w:sdtPr>
                <w:alias w:val="Katılım Bölümü 8"/>
                <w:tag w:val="Katılım Bölümü 8"/>
                <w:id w:val="419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43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44" w:edGrp="everyone"/>
            <w:sdt>
              <w:sdtPr>
                <w:alias w:val="Katılım Görevi 8"/>
                <w:tag w:val="Katılım Görevi 8"/>
                <w:id w:val="419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44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45" w:edGrp="everyone"/>
            <w:sdt>
              <w:sdtPr>
                <w:alias w:val="Katılım Adı Soyadı 9"/>
                <w:tag w:val="Katılım Adı Soyadı 9"/>
                <w:id w:val="419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45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46" w:edGrp="everyone"/>
            <w:sdt>
              <w:sdtPr>
                <w:alias w:val="Katılım Bölümü 9"/>
                <w:tag w:val="Katılım Bölümü 9"/>
                <w:id w:val="419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4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47" w:edGrp="everyone"/>
            <w:sdt>
              <w:sdtPr>
                <w:alias w:val="Katılım Görevi 9"/>
                <w:tag w:val="Katılım Görevi 9"/>
                <w:id w:val="419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47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48" w:edGrp="everyone"/>
            <w:sdt>
              <w:sdtPr>
                <w:alias w:val="Katılım Adı Soyadı 10"/>
                <w:tag w:val="Katılım Adı Soyadı 10"/>
                <w:id w:val="419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4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49" w:edGrp="everyone"/>
            <w:sdt>
              <w:sdtPr>
                <w:alias w:val="Katılım Bölümü 10"/>
                <w:tag w:val="Katılım Bölümü 10"/>
                <w:id w:val="419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49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50" w:edGrp="everyone"/>
            <w:sdt>
              <w:sdtPr>
                <w:alias w:val="Katılım Görevi 10"/>
                <w:tag w:val="Katılım Görevi 10"/>
                <w:id w:val="419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5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51" w:edGrp="everyone"/>
            <w:sdt>
              <w:sdtPr>
                <w:alias w:val="Katılım Adı Soyadı 11"/>
                <w:tag w:val="Katılım Adı Soyadı 11"/>
                <w:id w:val="419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51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52" w:edGrp="everyone"/>
            <w:sdt>
              <w:sdtPr>
                <w:alias w:val="Katılım Bölümü 11"/>
                <w:tag w:val="Katılım Bölümü 11"/>
                <w:id w:val="419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5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53" w:edGrp="everyone"/>
            <w:sdt>
              <w:sdtPr>
                <w:alias w:val="Katılım Görevi 11"/>
                <w:tag w:val="Katılım Görevi 11"/>
                <w:id w:val="419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53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54" w:edGrp="everyone"/>
            <w:sdt>
              <w:sdtPr>
                <w:alias w:val="Katılım Adı Soyadı 12"/>
                <w:tag w:val="Katılım Adı Soyadı 12"/>
                <w:id w:val="419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54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55" w:edGrp="everyone"/>
            <w:sdt>
              <w:sdtPr>
                <w:alias w:val="Katılım Bölümü 12"/>
                <w:tag w:val="Katılım Bölümü 12"/>
                <w:id w:val="419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55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56" w:edGrp="everyone"/>
            <w:sdt>
              <w:sdtPr>
                <w:alias w:val="Katılım Görevi 12"/>
                <w:tag w:val="Katılım Görevi 12"/>
                <w:id w:val="419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56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57" w:edGrp="everyone"/>
            <w:sdt>
              <w:sdtPr>
                <w:alias w:val="Katılım Adı Soyadı 13"/>
                <w:tag w:val="Katılım Adı Soyadı 13"/>
                <w:id w:val="419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57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58" w:edGrp="everyone"/>
            <w:sdt>
              <w:sdtPr>
                <w:alias w:val="Katılım Bölümü 13"/>
                <w:tag w:val="Katılım Bölümü 13"/>
                <w:id w:val="419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58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59" w:edGrp="everyone"/>
            <w:sdt>
              <w:sdtPr>
                <w:alias w:val="Katılım Görevi 13"/>
                <w:tag w:val="Katılım Görevi 13"/>
                <w:id w:val="419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59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60" w:edGrp="everyone"/>
            <w:sdt>
              <w:sdtPr>
                <w:alias w:val="Katılım Adı Soyadı 14"/>
                <w:tag w:val="Katılım Adı Soyadı 14"/>
                <w:id w:val="419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60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61" w:edGrp="everyone"/>
            <w:sdt>
              <w:sdtPr>
                <w:alias w:val="Katılım Bölümü 14"/>
                <w:tag w:val="Katılım Bölümü 14"/>
                <w:id w:val="419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6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62" w:edGrp="everyone"/>
            <w:sdt>
              <w:sdtPr>
                <w:alias w:val="Katılım Görevi 14"/>
                <w:tag w:val="Katılım Görevi 14"/>
                <w:id w:val="419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62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63" w:edGrp="everyone"/>
            <w:sdt>
              <w:sdtPr>
                <w:alias w:val="Katılım Adı Soyadı 15"/>
                <w:tag w:val="Katılım Adı Soyadı 15"/>
                <w:id w:val="419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63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64" w:edGrp="everyone"/>
            <w:sdt>
              <w:sdtPr>
                <w:alias w:val="Katılım Bölümü 15"/>
                <w:tag w:val="Katılım Bölümü 15"/>
                <w:id w:val="419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64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65" w:edGrp="everyone"/>
            <w:sdt>
              <w:sdtPr>
                <w:alias w:val="Katılım Görevi 15"/>
                <w:tag w:val="Katılım Görevi 15"/>
                <w:id w:val="419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6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66" w:edGrp="everyone"/>
            <w:sdt>
              <w:sdtPr>
                <w:alias w:val="Katılım Adı Soyadı 16"/>
                <w:tag w:val="Katılım Adı Soyadı 16"/>
                <w:id w:val="419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66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67" w:edGrp="everyone"/>
            <w:sdt>
              <w:sdtPr>
                <w:alias w:val="Katılım Bölümü 16"/>
                <w:tag w:val="Katılım Bölümü 16"/>
                <w:id w:val="419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6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68" w:edGrp="everyone"/>
            <w:sdt>
              <w:sdtPr>
                <w:alias w:val="Katılım Görevi 16"/>
                <w:tag w:val="Katılım Görevi 16"/>
                <w:id w:val="419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68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69" w:edGrp="everyone"/>
            <w:sdt>
              <w:sdtPr>
                <w:alias w:val="Katılım Adı Soyadı 17"/>
                <w:tag w:val="Katılım Adı Soyadı 17"/>
                <w:id w:val="419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69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70" w:edGrp="everyone"/>
            <w:sdt>
              <w:sdtPr>
                <w:alias w:val="Katılım Bölümü 17"/>
                <w:tag w:val="Katılım Bölümü 17"/>
                <w:id w:val="419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70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71" w:edGrp="everyone"/>
            <w:sdt>
              <w:sdtPr>
                <w:alias w:val="Katılım Görevi 17"/>
                <w:tag w:val="Katılım Görevi 17"/>
                <w:id w:val="419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7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72" w:edGrp="everyone"/>
            <w:sdt>
              <w:sdtPr>
                <w:alias w:val="Katılım Adı Soyadı 18"/>
                <w:tag w:val="Katılım Adı Soyadı 18"/>
                <w:id w:val="419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72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73" w:edGrp="everyone"/>
            <w:sdt>
              <w:sdtPr>
                <w:alias w:val="Katılım Bölümü 18"/>
                <w:tag w:val="Katılım Bölümü 18"/>
                <w:id w:val="419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73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74" w:edGrp="everyone"/>
            <w:sdt>
              <w:sdtPr>
                <w:alias w:val="Katılım Görevi 18"/>
                <w:tag w:val="Katılım Görevi 18"/>
                <w:id w:val="419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74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75" w:edGrp="everyone"/>
            <w:sdt>
              <w:sdtPr>
                <w:alias w:val="Katılım Adı Soyadı 19"/>
                <w:tag w:val="Katılım Adı Soyadı 19"/>
                <w:id w:val="419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75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76" w:edGrp="everyone"/>
            <w:sdt>
              <w:sdtPr>
                <w:alias w:val="Katılım Bölümü 19"/>
                <w:tag w:val="Katılım Bölümü 19"/>
                <w:id w:val="419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7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77" w:edGrp="everyone"/>
            <w:sdt>
              <w:sdtPr>
                <w:alias w:val="Katılım Görevi 19"/>
                <w:tag w:val="Katılım Görevi 19"/>
                <w:id w:val="419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77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78" w:edGrp="everyone"/>
            <w:sdt>
              <w:sdtPr>
                <w:alias w:val="Katılım Adı Soyadı 20"/>
                <w:tag w:val="Katılım Adı Soyadı 20"/>
                <w:id w:val="419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97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979" w:edGrp="everyone"/>
            <w:sdt>
              <w:sdtPr>
                <w:alias w:val="Katılım Bölümü 20"/>
                <w:tag w:val="Katılım Bölümü 20"/>
                <w:id w:val="419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79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980" w:edGrp="everyone"/>
            <w:sdt>
              <w:sdtPr>
                <w:alias w:val="Katılım Görevi 20"/>
                <w:tag w:val="Katılım Görevi 20"/>
                <w:id w:val="419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980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3401"/>
        <w:gridCol w:w="2834"/>
      </w:tblGrid>
      <w:tr>
        <w:trPr>
          <w:trHeight w:val="311" w:hRule="atLeast"/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Eğitime Katılan Toplam Kişi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981" w:edGrp="everyone"/>
            <w:sdt>
              <w:sdtPr>
                <w:alias w:val="Toplam kişi"/>
                <w:tag w:val="Toplam kişi"/>
                <w:id w:val="4198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981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11" w:hRule="atLeast"/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Toplam Eğitim Süresi (adam x saat)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982" w:edGrp="everyone"/>
            <w:sdt>
              <w:sdtPr>
                <w:alias w:val="Adam saat"/>
                <w:tag w:val="Adam saat"/>
                <w:id w:val="419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8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Eğitimci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983" w:edGrp="everyone"/>
            <w:sdt>
              <w:sdtPr>
                <w:alias w:val="Eğitimci Adı Soyadı"/>
                <w:tag w:val="Eğitimci Adı Soyadı"/>
                <w:id w:val="4198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983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984" w:edGrp="everyone"/>
            <w:sdt>
              <w:sdtPr>
                <w:alias w:val="Yüksekokul Müdürü Adı Soyadı"/>
                <w:tag w:val="Yüksekokul Müdürü Adı Soyadı"/>
                <w:id w:val="4198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984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Yüksekokul dışından alınan eğitimlerde eğitimcinin imzasına gerek yoktur.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HTMYO-PFRM-234  |  Eğitim Katılım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Katılım Formu</dc:title>
  <dc:subject>HTMYO-PFRM-234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