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40" w:line="240" w:lineRule="auto"/>
        <w:jc w:val="center"/>
      </w:pPr>
      <w:r>
        <w:rPr>
          <w:b/>
          <w:bCs/>
          <w:sz w:val="28"/>
          <w:szCs w:val="28"/>
        </w:rPr>
        <w:t xml:space="preserve">EĞITIM DEĞERLENDIRME FORMU</w:t>
      </w:r>
    </w:p>
    <w:p>
      <w:pPr>
        <w:spacing w:before="0" w:after="160" w:line="240" w:lineRule="auto"/>
        <w:jc w:val="center"/>
      </w:pPr>
      <w:r>
        <w:rPr>
          <w:sz w:val="19"/>
          <w:szCs w:val="19"/>
        </w:rPr>
        <w:t xml:space="preserve">Eğitimin etkinliğini ölçmek amacıyla katılımcılar tarafından doldurulur. 1: Çok zayıf, 5: Çok iyi.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985" w:edGrp="everyone"/>
      <w:sdt>
        <w:sdtPr>
          <w:alias w:val="Tarih"/>
          <w:tag w:val="Tarih"/>
          <w:id w:val="41984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985"/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Eğitim Konusu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986" w:edGrp="everyone"/>
            <w:sdt>
              <w:sdtPr>
                <w:alias w:val="Eğitim konusu"/>
                <w:tag w:val="Eğitim konusu"/>
                <w:id w:val="4198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86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Eğitim Tarihi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987" w:edGrp="everyone"/>
            <w:sdt>
              <w:sdtPr>
                <w:alias w:val="Eğitim tarihi"/>
                <w:tag w:val="Eğitim tarihi"/>
                <w:id w:val="4198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987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Eğitimci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988" w:edGrp="everyone"/>
            <w:sdt>
              <w:sdtPr>
                <w:alias w:val="Eğitimci"/>
                <w:tag w:val="Eğitimci"/>
                <w:id w:val="4198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88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Katılımcı (isteğe bağlı)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989" w:edGrp="everyone"/>
            <w:sdt>
              <w:sdtPr>
                <w:alias w:val="Katılımcı"/>
                <w:tag w:val="Katılımcı"/>
                <w:id w:val="4198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89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5102"/>
        <w:gridCol w:w="793"/>
        <w:gridCol w:w="793"/>
        <w:gridCol w:w="793"/>
        <w:gridCol w:w="793"/>
        <w:gridCol w:w="793"/>
      </w:tblGrid>
      <w:tr>
        <w:trPr>
          <w:trHeight w:val="368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Sıra</w:t>
            </w:r>
          </w:p>
        </w:tc>
        <w:tc>
          <w:tcPr>
            <w:tcW w:type="dxa" w:w="5102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Değerlendirme Ölçütü</w:t>
            </w:r>
          </w:p>
        </w:tc>
        <w:tc>
          <w:tcPr>
            <w:tcW w:type="dxa" w:w="79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79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79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79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79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5</w:t>
            </w:r>
          </w:p>
        </w:tc>
      </w:tr>
      <w:tr>
        <w:trPr>
          <w:trHeight w:val="36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dxa" w:w="51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Eğitimin konusu görevimle ilgilidir.</w:t>
            </w:r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990" w:edGrp="everyone"/>
            <w:sdt>
              <w:sdtPr>
                <w:alias w:val="Soru 1 puan 1"/>
                <w:tag w:val="Soru 1 puan 1"/>
                <w:id w:val="41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990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991" w:edGrp="everyone"/>
            <w:sdt>
              <w:sdtPr>
                <w:alias w:val="Soru 1 puan 2"/>
                <w:tag w:val="Soru 1 puan 2"/>
                <w:id w:val="41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991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992" w:edGrp="everyone"/>
            <w:sdt>
              <w:sdtPr>
                <w:alias w:val="Soru 1 puan 3"/>
                <w:tag w:val="Soru 1 puan 3"/>
                <w:id w:val="41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992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993" w:edGrp="everyone"/>
            <w:sdt>
              <w:sdtPr>
                <w:alias w:val="Soru 1 puan 4"/>
                <w:tag w:val="Soru 1 puan 4"/>
                <w:id w:val="41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993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994" w:edGrp="everyone"/>
            <w:sdt>
              <w:sdtPr>
                <w:alias w:val="Soru 1 puan 5"/>
                <w:tag w:val="Soru 1 puan 5"/>
                <w:id w:val="41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994"/>
          </w:p>
        </w:tc>
      </w:tr>
      <w:tr>
        <w:trPr>
          <w:trHeight w:val="36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dxa" w:w="51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Eğitimin içeriği yeterlidir.</w:t>
            </w:r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995" w:edGrp="everyone"/>
            <w:sdt>
              <w:sdtPr>
                <w:alias w:val="Soru 2 puan 1"/>
                <w:tag w:val="Soru 2 puan 1"/>
                <w:id w:val="41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995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996" w:edGrp="everyone"/>
            <w:sdt>
              <w:sdtPr>
                <w:alias w:val="Soru 2 puan 2"/>
                <w:tag w:val="Soru 2 puan 2"/>
                <w:id w:val="41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996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997" w:edGrp="everyone"/>
            <w:sdt>
              <w:sdtPr>
                <w:alias w:val="Soru 2 puan 3"/>
                <w:tag w:val="Soru 2 puan 3"/>
                <w:id w:val="41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997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998" w:edGrp="everyone"/>
            <w:sdt>
              <w:sdtPr>
                <w:alias w:val="Soru 2 puan 4"/>
                <w:tag w:val="Soru 2 puan 4"/>
                <w:id w:val="41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998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999" w:edGrp="everyone"/>
            <w:sdt>
              <w:sdtPr>
                <w:alias w:val="Soru 2 puan 5"/>
                <w:tag w:val="Soru 2 puan 5"/>
                <w:id w:val="41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999"/>
          </w:p>
        </w:tc>
      </w:tr>
      <w:tr>
        <w:trPr>
          <w:trHeight w:val="36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dxa" w:w="51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Eğitimci konuya hâkimdir.</w:t>
            </w:r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1000" w:edGrp="everyone"/>
            <w:sdt>
              <w:sdtPr>
                <w:alias w:val="Soru 3 puan 1"/>
                <w:tag w:val="Soru 3 puan 1"/>
                <w:id w:val="41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000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1001" w:edGrp="everyone"/>
            <w:sdt>
              <w:sdtPr>
                <w:alias w:val="Soru 3 puan 2"/>
                <w:tag w:val="Soru 3 puan 2"/>
                <w:id w:val="42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001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1002" w:edGrp="everyone"/>
            <w:sdt>
              <w:sdtPr>
                <w:alias w:val="Soru 3 puan 3"/>
                <w:tag w:val="Soru 3 puan 3"/>
                <w:id w:val="42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002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1003" w:edGrp="everyone"/>
            <w:sdt>
              <w:sdtPr>
                <w:alias w:val="Soru 3 puan 4"/>
                <w:tag w:val="Soru 3 puan 4"/>
                <w:id w:val="42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003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1004" w:edGrp="everyone"/>
            <w:sdt>
              <w:sdtPr>
                <w:alias w:val="Soru 3 puan 5"/>
                <w:tag w:val="Soru 3 puan 5"/>
                <w:id w:val="42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004"/>
          </w:p>
        </w:tc>
      </w:tr>
      <w:tr>
        <w:trPr>
          <w:trHeight w:val="36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dxa" w:w="51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Eğitimci anlatımı açık ve anlaşılırdır.</w:t>
            </w:r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1005" w:edGrp="everyone"/>
            <w:sdt>
              <w:sdtPr>
                <w:alias w:val="Soru 4 puan 1"/>
                <w:tag w:val="Soru 4 puan 1"/>
                <w:id w:val="42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005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1006" w:edGrp="everyone"/>
            <w:sdt>
              <w:sdtPr>
                <w:alias w:val="Soru 4 puan 2"/>
                <w:tag w:val="Soru 4 puan 2"/>
                <w:id w:val="42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006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1007" w:edGrp="everyone"/>
            <w:sdt>
              <w:sdtPr>
                <w:alias w:val="Soru 4 puan 3"/>
                <w:tag w:val="Soru 4 puan 3"/>
                <w:id w:val="42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007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1008" w:edGrp="everyone"/>
            <w:sdt>
              <w:sdtPr>
                <w:alias w:val="Soru 4 puan 4"/>
                <w:tag w:val="Soru 4 puan 4"/>
                <w:id w:val="42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008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1009" w:edGrp="everyone"/>
            <w:sdt>
              <w:sdtPr>
                <w:alias w:val="Soru 4 puan 5"/>
                <w:tag w:val="Soru 4 puan 5"/>
                <w:id w:val="42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009"/>
          </w:p>
        </w:tc>
      </w:tr>
      <w:tr>
        <w:trPr>
          <w:trHeight w:val="36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dxa" w:w="51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Eğitimin süresi yeterlidir.</w:t>
            </w:r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1010" w:edGrp="everyone"/>
            <w:sdt>
              <w:sdtPr>
                <w:alias w:val="Soru 5 puan 1"/>
                <w:tag w:val="Soru 5 puan 1"/>
                <w:id w:val="42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010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1011" w:edGrp="everyone"/>
            <w:sdt>
              <w:sdtPr>
                <w:alias w:val="Soru 5 puan 2"/>
                <w:tag w:val="Soru 5 puan 2"/>
                <w:id w:val="42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011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1012" w:edGrp="everyone"/>
            <w:sdt>
              <w:sdtPr>
                <w:alias w:val="Soru 5 puan 3"/>
                <w:tag w:val="Soru 5 puan 3"/>
                <w:id w:val="42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012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1013" w:edGrp="everyone"/>
            <w:sdt>
              <w:sdtPr>
                <w:alias w:val="Soru 5 puan 4"/>
                <w:tag w:val="Soru 5 puan 4"/>
                <w:id w:val="42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013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1014" w:edGrp="everyone"/>
            <w:sdt>
              <w:sdtPr>
                <w:alias w:val="Soru 5 puan 5"/>
                <w:tag w:val="Soru 5 puan 5"/>
                <w:id w:val="42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014"/>
          </w:p>
        </w:tc>
      </w:tr>
      <w:tr>
        <w:trPr>
          <w:trHeight w:val="36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dxa" w:w="51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Eğitim ortamı ve araç-gereç yeterlidir.</w:t>
            </w:r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1015" w:edGrp="everyone"/>
            <w:sdt>
              <w:sdtPr>
                <w:alias w:val="Soru 6 puan 1"/>
                <w:tag w:val="Soru 6 puan 1"/>
                <w:id w:val="42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015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1016" w:edGrp="everyone"/>
            <w:sdt>
              <w:sdtPr>
                <w:alias w:val="Soru 6 puan 2"/>
                <w:tag w:val="Soru 6 puan 2"/>
                <w:id w:val="42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016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1017" w:edGrp="everyone"/>
            <w:sdt>
              <w:sdtPr>
                <w:alias w:val="Soru 6 puan 3"/>
                <w:tag w:val="Soru 6 puan 3"/>
                <w:id w:val="42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017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1018" w:edGrp="everyone"/>
            <w:sdt>
              <w:sdtPr>
                <w:alias w:val="Soru 6 puan 4"/>
                <w:tag w:val="Soru 6 puan 4"/>
                <w:id w:val="42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018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1019" w:edGrp="everyone"/>
            <w:sdt>
              <w:sdtPr>
                <w:alias w:val="Soru 6 puan 5"/>
                <w:tag w:val="Soru 6 puan 5"/>
                <w:id w:val="42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019"/>
          </w:p>
        </w:tc>
      </w:tr>
      <w:tr>
        <w:trPr>
          <w:trHeight w:val="36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dxa" w:w="51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Öğrendiklerimi görevimde uygulayabilirim.</w:t>
            </w:r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1020" w:edGrp="everyone"/>
            <w:sdt>
              <w:sdtPr>
                <w:alias w:val="Soru 7 puan 1"/>
                <w:tag w:val="Soru 7 puan 1"/>
                <w:id w:val="42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020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1021" w:edGrp="everyone"/>
            <w:sdt>
              <w:sdtPr>
                <w:alias w:val="Soru 7 puan 2"/>
                <w:tag w:val="Soru 7 puan 2"/>
                <w:id w:val="42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021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1022" w:edGrp="everyone"/>
            <w:sdt>
              <w:sdtPr>
                <w:alias w:val="Soru 7 puan 3"/>
                <w:tag w:val="Soru 7 puan 3"/>
                <w:id w:val="42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022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1023" w:edGrp="everyone"/>
            <w:sdt>
              <w:sdtPr>
                <w:alias w:val="Soru 7 puan 4"/>
                <w:tag w:val="Soru 7 puan 4"/>
                <w:id w:val="42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023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1024" w:edGrp="everyone"/>
            <w:sdt>
              <w:sdtPr>
                <w:alias w:val="Soru 7 puan 5"/>
                <w:tag w:val="Soru 7 puan 5"/>
                <w:id w:val="42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024"/>
          </w:p>
        </w:tc>
      </w:tr>
      <w:tr>
        <w:trPr>
          <w:trHeight w:val="36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dxa" w:w="51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Eğitimi genel olarak değerlendiriyorum.</w:t>
            </w:r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1025" w:edGrp="everyone"/>
            <w:sdt>
              <w:sdtPr>
                <w:alias w:val="Soru 8 puan 1"/>
                <w:tag w:val="Soru 8 puan 1"/>
                <w:id w:val="42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025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1026" w:edGrp="everyone"/>
            <w:sdt>
              <w:sdtPr>
                <w:alias w:val="Soru 8 puan 2"/>
                <w:tag w:val="Soru 8 puan 2"/>
                <w:id w:val="42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026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1027" w:edGrp="everyone"/>
            <w:sdt>
              <w:sdtPr>
                <w:alias w:val="Soru 8 puan 3"/>
                <w:tag w:val="Soru 8 puan 3"/>
                <w:id w:val="42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027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1028" w:edGrp="everyone"/>
            <w:sdt>
              <w:sdtPr>
                <w:alias w:val="Soru 8 puan 4"/>
                <w:tag w:val="Soru 8 puan 4"/>
                <w:id w:val="42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028"/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  <w:permStart w:id="1029" w:edGrp="everyone"/>
            <w:sdt>
              <w:sdtPr>
                <w:alias w:val="Soru 8 puan 5"/>
                <w:tag w:val="Soru 8 puan 5"/>
                <w:id w:val="42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029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ÖNERİ VE GÖRÜŞLER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1417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1030" w:edGrp="everyone"/>
            <w:sdt>
              <w:sdtPr>
                <w:alias w:val="Öneri ve görüşler"/>
                <w:tag w:val="Öneri ve görüşler"/>
                <w:id w:val="42029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030"/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HTMYO-PFRM-235  |  Eğitim Değerlendirme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HTMYO-PFRM-235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Eğitim Değerlendirme Formu</dc:title>
  <dc:subject>HTMYO-PFRM-235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