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DÖNEM PERFORMANS BELIRLEME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Birim amirleri tarafından dönem sonunda doldurulur. Puanlar 1 (düşük) ile 5 (yüksek) arasındadır.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031" w:edGrp="everyone"/>
      <w:sdt>
        <w:sdtPr>
          <w:alias w:val="Tarih"/>
          <w:tag w:val="Tarih"/>
          <w:id w:val="4203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031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032" w:edGrp="everyone"/>
            <w:sdt>
              <w:sdtPr>
                <w:alias w:val="Personel"/>
                <w:tag w:val="Personel"/>
                <w:id w:val="420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Unvanı / Görevi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033" w:edGrp="everyone"/>
            <w:sdt>
              <w:sdtPr>
                <w:alias w:val="Unvanı"/>
                <w:tag w:val="Unvanı"/>
                <w:id w:val="420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3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Birimi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034" w:edGrp="everyone"/>
            <w:sdt>
              <w:sdtPr>
                <w:alias w:val="Birimi"/>
                <w:tag w:val="Birimi"/>
                <w:id w:val="420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Değerlendirme Dönemi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035" w:edGrp="everyone"/>
            <w:sdt>
              <w:sdtPr>
                <w:alias w:val="Dönem"/>
                <w:tag w:val="Dönem"/>
                <w:id w:val="42034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1035"/>
            <w:r>
              <w:rPr>
                <w:sz w:val="18"/>
                <w:szCs w:val="18"/>
              </w:rPr>
              <w:t xml:space="preserve"> </w:t>
            </w:r>
            <w:permStart w:id="1036" w:edGrp="everyone"/>
            <w:sdt>
              <w:sdtPr>
                <w:alias w:val="Yarıyıl"/>
                <w:tag w:val="Yarıyıl"/>
                <w:id w:val="42035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03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3401"/>
        <w:gridCol w:w="566"/>
        <w:gridCol w:w="566"/>
        <w:gridCol w:w="566"/>
        <w:gridCol w:w="566"/>
        <w:gridCol w:w="566"/>
        <w:gridCol w:w="2834"/>
      </w:tblGrid>
      <w:tr>
        <w:trPr>
          <w:trHeight w:val="36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Performans Ölçütü</w:t>
            </w:r>
          </w:p>
        </w:tc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</w:t>
            </w:r>
          </w:p>
        </w:tc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4</w:t>
            </w:r>
          </w:p>
        </w:tc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İş bilgisi ve görevini yerine getirme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37" w:edGrp="everyone"/>
            <w:sdt>
              <w:sdtPr>
                <w:alias w:val="Ölçüt 1 puan 1"/>
                <w:tag w:val="Ölçüt 1 puan 1"/>
                <w:id w:val="4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37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38" w:edGrp="everyone"/>
            <w:sdt>
              <w:sdtPr>
                <w:alias w:val="Ölçüt 1 puan 2"/>
                <w:tag w:val="Ölçüt 1 puan 2"/>
                <w:id w:val="4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38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39" w:edGrp="everyone"/>
            <w:sdt>
              <w:sdtPr>
                <w:alias w:val="Ölçüt 1 puan 3"/>
                <w:tag w:val="Ölçüt 1 puan 3"/>
                <w:id w:val="4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39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0" w:edGrp="everyone"/>
            <w:sdt>
              <w:sdtPr>
                <w:alias w:val="Ölçüt 1 puan 4"/>
                <w:tag w:val="Ölçüt 1 puan 4"/>
                <w:id w:val="4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0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1" w:edGrp="everyone"/>
            <w:sdt>
              <w:sdtPr>
                <w:alias w:val="Ölçüt 1 puan 5"/>
                <w:tag w:val="Ölçüt 1 puan 5"/>
                <w:id w:val="4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1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42" w:edGrp="everyone"/>
            <w:sdt>
              <w:sdtPr>
                <w:alias w:val="Ölçüt açıklama 1"/>
                <w:tag w:val="Ölçüt açıklama 1"/>
                <w:id w:val="420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2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Verimlilik ve zaman kullanımı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3" w:edGrp="everyone"/>
            <w:sdt>
              <w:sdtPr>
                <w:alias w:val="Ölçüt 2 puan 1"/>
                <w:tag w:val="Ölçüt 2 puan 1"/>
                <w:id w:val="4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3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4" w:edGrp="everyone"/>
            <w:sdt>
              <w:sdtPr>
                <w:alias w:val="Ölçüt 2 puan 2"/>
                <w:tag w:val="Ölçüt 2 puan 2"/>
                <w:id w:val="4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4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5" w:edGrp="everyone"/>
            <w:sdt>
              <w:sdtPr>
                <w:alias w:val="Ölçüt 2 puan 3"/>
                <w:tag w:val="Ölçüt 2 puan 3"/>
                <w:id w:val="4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5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6" w:edGrp="everyone"/>
            <w:sdt>
              <w:sdtPr>
                <w:alias w:val="Ölçüt 2 puan 4"/>
                <w:tag w:val="Ölçüt 2 puan 4"/>
                <w:id w:val="4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6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7" w:edGrp="everyone"/>
            <w:sdt>
              <w:sdtPr>
                <w:alias w:val="Ölçüt 2 puan 5"/>
                <w:tag w:val="Ölçüt 2 puan 5"/>
                <w:id w:val="4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7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48" w:edGrp="everyone"/>
            <w:sdt>
              <w:sdtPr>
                <w:alias w:val="Ölçüt açıklama 2"/>
                <w:tag w:val="Ölçüt açıklama 2"/>
                <w:id w:val="420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8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Kalite ve doğruluk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49" w:edGrp="everyone"/>
            <w:sdt>
              <w:sdtPr>
                <w:alias w:val="Ölçüt 3 puan 1"/>
                <w:tag w:val="Ölçüt 3 puan 1"/>
                <w:id w:val="4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49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0" w:edGrp="everyone"/>
            <w:sdt>
              <w:sdtPr>
                <w:alias w:val="Ölçüt 3 puan 2"/>
                <w:tag w:val="Ölçüt 3 puan 2"/>
                <w:id w:val="4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0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1" w:edGrp="everyone"/>
            <w:sdt>
              <w:sdtPr>
                <w:alias w:val="Ölçüt 3 puan 3"/>
                <w:tag w:val="Ölçüt 3 puan 3"/>
                <w:id w:val="42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1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2" w:edGrp="everyone"/>
            <w:sdt>
              <w:sdtPr>
                <w:alias w:val="Ölçüt 3 puan 4"/>
                <w:tag w:val="Ölçüt 3 puan 4"/>
                <w:id w:val="4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2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3" w:edGrp="everyone"/>
            <w:sdt>
              <w:sdtPr>
                <w:alias w:val="Ölçüt 3 puan 5"/>
                <w:tag w:val="Ölçüt 3 puan 5"/>
                <w:id w:val="4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3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54" w:edGrp="everyone"/>
            <w:sdt>
              <w:sdtPr>
                <w:alias w:val="Ölçüt açıklama 3"/>
                <w:tag w:val="Ölçüt açıklama 3"/>
                <w:id w:val="420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54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İş birliği ve ekip çalışması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5" w:edGrp="everyone"/>
            <w:sdt>
              <w:sdtPr>
                <w:alias w:val="Ölçüt 4 puan 1"/>
                <w:tag w:val="Ölçüt 4 puan 1"/>
                <w:id w:val="4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5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6" w:edGrp="everyone"/>
            <w:sdt>
              <w:sdtPr>
                <w:alias w:val="Ölçüt 4 puan 2"/>
                <w:tag w:val="Ölçüt 4 puan 2"/>
                <w:id w:val="4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6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7" w:edGrp="everyone"/>
            <w:sdt>
              <w:sdtPr>
                <w:alias w:val="Ölçüt 4 puan 3"/>
                <w:tag w:val="Ölçüt 4 puan 3"/>
                <w:id w:val="4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7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8" w:edGrp="everyone"/>
            <w:sdt>
              <w:sdtPr>
                <w:alias w:val="Ölçüt 4 puan 4"/>
                <w:tag w:val="Ölçüt 4 puan 4"/>
                <w:id w:val="4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8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59" w:edGrp="everyone"/>
            <w:sdt>
              <w:sdtPr>
                <w:alias w:val="Ölçüt 4 puan 5"/>
                <w:tag w:val="Ölçüt 4 puan 5"/>
                <w:id w:val="4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59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60" w:edGrp="everyone"/>
            <w:sdt>
              <w:sdtPr>
                <w:alias w:val="Ölçüt açıklama 4"/>
                <w:tag w:val="Ölçüt açıklama 4"/>
                <w:id w:val="420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60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İletişim becerisi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1" w:edGrp="everyone"/>
            <w:sdt>
              <w:sdtPr>
                <w:alias w:val="Ölçüt 5 puan 1"/>
                <w:tag w:val="Ölçüt 5 puan 1"/>
                <w:id w:val="4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1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2" w:edGrp="everyone"/>
            <w:sdt>
              <w:sdtPr>
                <w:alias w:val="Ölçüt 5 puan 2"/>
                <w:tag w:val="Ölçüt 5 puan 2"/>
                <w:id w:val="4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2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3" w:edGrp="everyone"/>
            <w:sdt>
              <w:sdtPr>
                <w:alias w:val="Ölçüt 5 puan 3"/>
                <w:tag w:val="Ölçüt 5 puan 3"/>
                <w:id w:val="4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3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4" w:edGrp="everyone"/>
            <w:sdt>
              <w:sdtPr>
                <w:alias w:val="Ölçüt 5 puan 4"/>
                <w:tag w:val="Ölçüt 5 puan 4"/>
                <w:id w:val="4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4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5" w:edGrp="everyone"/>
            <w:sdt>
              <w:sdtPr>
                <w:alias w:val="Ölçüt 5 puan 5"/>
                <w:tag w:val="Ölçüt 5 puan 5"/>
                <w:id w:val="4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5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66" w:edGrp="everyone"/>
            <w:sdt>
              <w:sdtPr>
                <w:alias w:val="Ölçüt açıklama 5"/>
                <w:tag w:val="Ölçüt açıklama 5"/>
                <w:id w:val="420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66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Sorumluluk ve inisiyatif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7" w:edGrp="everyone"/>
            <w:sdt>
              <w:sdtPr>
                <w:alias w:val="Ölçüt 6 puan 1"/>
                <w:tag w:val="Ölçüt 6 puan 1"/>
                <w:id w:val="4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7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8" w:edGrp="everyone"/>
            <w:sdt>
              <w:sdtPr>
                <w:alias w:val="Ölçüt 6 puan 2"/>
                <w:tag w:val="Ölçüt 6 puan 2"/>
                <w:id w:val="4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8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69" w:edGrp="everyone"/>
            <w:sdt>
              <w:sdtPr>
                <w:alias w:val="Ölçüt 6 puan 3"/>
                <w:tag w:val="Ölçüt 6 puan 3"/>
                <w:id w:val="4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69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0" w:edGrp="everyone"/>
            <w:sdt>
              <w:sdtPr>
                <w:alias w:val="Ölçüt 6 puan 4"/>
                <w:tag w:val="Ölçüt 6 puan 4"/>
                <w:id w:val="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0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1" w:edGrp="everyone"/>
            <w:sdt>
              <w:sdtPr>
                <w:alias w:val="Ölçüt 6 puan 5"/>
                <w:tag w:val="Ölçüt 6 puan 5"/>
                <w:id w:val="4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1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72" w:edGrp="everyone"/>
            <w:sdt>
              <w:sdtPr>
                <w:alias w:val="Ölçüt açıklama 6"/>
                <w:tag w:val="Ölçüt açıklama 6"/>
                <w:id w:val="420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72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Sürekli iyileştirmeye katkı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3" w:edGrp="everyone"/>
            <w:sdt>
              <w:sdtPr>
                <w:alias w:val="Ölçüt 7 puan 1"/>
                <w:tag w:val="Ölçüt 7 puan 1"/>
                <w:id w:val="4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3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4" w:edGrp="everyone"/>
            <w:sdt>
              <w:sdtPr>
                <w:alias w:val="Ölçüt 7 puan 2"/>
                <w:tag w:val="Ölçüt 7 puan 2"/>
                <w:id w:val="4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4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5" w:edGrp="everyone"/>
            <w:sdt>
              <w:sdtPr>
                <w:alias w:val="Ölçüt 7 puan 3"/>
                <w:tag w:val="Ölçüt 7 puan 3"/>
                <w:id w:val="4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5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6" w:edGrp="everyone"/>
            <w:sdt>
              <w:sdtPr>
                <w:alias w:val="Ölçüt 7 puan 4"/>
                <w:tag w:val="Ölçüt 7 puan 4"/>
                <w:id w:val="4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6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7" w:edGrp="everyone"/>
            <w:sdt>
              <w:sdtPr>
                <w:alias w:val="Ölçüt 7 puan 5"/>
                <w:tag w:val="Ölçüt 7 puan 5"/>
                <w:id w:val="4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7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78" w:edGrp="everyone"/>
            <w:sdt>
              <w:sdtPr>
                <w:alias w:val="Ölçüt açıklama 7"/>
                <w:tag w:val="Ölçüt açıklama 7"/>
                <w:id w:val="420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78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Mevzuat ve kurallara uyum</w:t>
            </w:r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79" w:edGrp="everyone"/>
            <w:sdt>
              <w:sdtPr>
                <w:alias w:val="Ölçüt 8 puan 1"/>
                <w:tag w:val="Ölçüt 8 puan 1"/>
                <w:id w:val="4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9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80" w:edGrp="everyone"/>
            <w:sdt>
              <w:sdtPr>
                <w:alias w:val="Ölçüt 8 puan 2"/>
                <w:tag w:val="Ölçüt 8 puan 2"/>
                <w:id w:val="4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0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81" w:edGrp="everyone"/>
            <w:sdt>
              <w:sdtPr>
                <w:alias w:val="Ölçüt 8 puan 3"/>
                <w:tag w:val="Ölçüt 8 puan 3"/>
                <w:id w:val="4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1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82" w:edGrp="everyone"/>
            <w:sdt>
              <w:sdtPr>
                <w:alias w:val="Ölçüt 8 puan 4"/>
                <w:tag w:val="Ölçüt 8 puan 4"/>
                <w:id w:val="4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2"/>
          </w:p>
        </w:tc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permStart w:id="1083" w:edGrp="everyone"/>
            <w:sdt>
              <w:sdtPr>
                <w:alias w:val="Ölçüt 8 puan 5"/>
                <w:tag w:val="Ölçüt 8 puan 5"/>
                <w:id w:val="4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3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84" w:edGrp="everyone"/>
            <w:sdt>
              <w:sdtPr>
                <w:alias w:val="Ölçüt açıklama 8"/>
                <w:tag w:val="Ölçüt açıklama 8"/>
                <w:id w:val="420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8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56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Toplam / Ortalama Puan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085" w:edGrp="everyone"/>
            <w:sdt>
              <w:sdtPr>
                <w:alias w:val="Toplam puan"/>
                <w:tag w:val="Toplam puan"/>
                <w:id w:val="420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85"/>
          </w:p>
        </w:tc>
      </w:tr>
      <w:tr>
        <w:trPr>
          <w:trHeight w:val="56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Gelişim Alanları ve Eğitim İhtiyacı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086" w:edGrp="everyone"/>
            <w:sdt>
              <w:sdtPr>
                <w:alias w:val="Gelişim alanları"/>
                <w:tag w:val="Gelişim alanları"/>
                <w:id w:val="42085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8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Değerlendirilen Personel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Birim Sorumlusu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087" w:edGrp="everyone"/>
            <w:sdt>
              <w:sdtPr>
                <w:alias w:val="Değerlendirilen Personel Adı Soyadı"/>
                <w:tag w:val="Değerlendirilen Personel Adı Soyadı"/>
                <w:id w:val="4208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087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088" w:edGrp="everyone"/>
            <w:sdt>
              <w:sdtPr>
                <w:alias w:val="Birim Sorumlusu Adı Soyadı"/>
                <w:tag w:val="Birim Sorumlusu Adı Soyadı"/>
                <w:id w:val="4208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088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089" w:edGrp="everyone"/>
            <w:sdt>
              <w:sdtPr>
                <w:alias w:val="Yüksekokul Müdürü Adı Soyadı"/>
                <w:tag w:val="Yüksekokul Müdürü Adı Soyadı"/>
                <w:id w:val="4208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089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HTMYO-PFRM-236  |  Dönem Performans Belirleme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Dönem Performans Belirleme Formu</dc:title>
  <dc:subject>HTMYO-PFRM-236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