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PERSONEL EĞITIM TAKIP FORMU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090" w:edGrp="everyone"/>
            <w:sdt>
              <w:sdtPr>
                <w:alias w:val="Personel"/>
                <w:tag w:val="Personel"/>
                <w:id w:val="4208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90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091" w:edGrp="everyone"/>
            <w:sdt>
              <w:sdtPr>
                <w:alias w:val="Görevi"/>
                <w:tag w:val="Görevi"/>
                <w:id w:val="4209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91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0"/>
        <w:gridCol w:w="2801"/>
        <w:gridCol w:w="1120"/>
        <w:gridCol w:w="1344"/>
        <w:gridCol w:w="896"/>
        <w:gridCol w:w="2017"/>
        <w:gridCol w:w="896"/>
      </w:tblGrid>
      <w:tr>
        <w:trPr>
          <w:trHeight w:val="351" w:hRule="atLeast"/>
          <w:cantSplit/>
        </w:trPr>
        <w:tc>
          <w:tcPr>
            <w:tcW w:type="dxa" w:w="56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Sıra</w:t>
            </w:r>
          </w:p>
        </w:tc>
        <w:tc>
          <w:tcPr>
            <w:tcW w:type="dxa" w:w="280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Eğitimin Konusu</w:t>
            </w:r>
          </w:p>
        </w:tc>
        <w:tc>
          <w:tcPr>
            <w:tcW w:type="dxa" w:w="112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Eğitim Kodu</w:t>
            </w:r>
          </w:p>
        </w:tc>
        <w:tc>
          <w:tcPr>
            <w:tcW w:type="dxa" w:w="134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Eğitim Tarihi</w:t>
            </w:r>
          </w:p>
        </w:tc>
        <w:tc>
          <w:tcPr>
            <w:tcW w:type="dxa" w:w="89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Süre (saat)</w:t>
            </w:r>
          </w:p>
        </w:tc>
        <w:tc>
          <w:tcPr>
            <w:tcW w:type="dxa" w:w="201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Eğitimci / Kuruluş</w:t>
            </w:r>
          </w:p>
        </w:tc>
        <w:tc>
          <w:tcPr>
            <w:tcW w:type="dxa" w:w="89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Belge</w:t>
            </w:r>
          </w:p>
        </w:tc>
      </w:tr>
      <w:tr>
        <w:trPr>
          <w:trHeight w:val="35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type="dxa" w:w="2802"/>
            <w:vAlign w:val="center"/>
          </w:tcPr>
          <w:p>
            <w:pPr>
              <w:spacing w:before="0" w:after="0" w:line="240" w:lineRule="auto"/>
              <w:jc w:val="left"/>
            </w:pPr>
            <w:permStart w:id="1092" w:edGrp="everyone"/>
            <w:sdt>
              <w:sdtPr>
                <w:alias w:val="Eğitim Eğitimin Konusu 1"/>
                <w:tag w:val="Eğitim Eğitimin Konusu 1"/>
                <w:id w:val="4209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092"/>
          </w:p>
        </w:tc>
        <w:tc>
          <w:tcPr>
            <w:tcW w:type="dxa" w:w="1121"/>
            <w:vAlign w:val="center"/>
          </w:tcPr>
          <w:p>
            <w:pPr>
              <w:spacing w:before="0" w:after="0" w:line="240" w:lineRule="auto"/>
              <w:jc w:val="left"/>
            </w:pPr>
            <w:permStart w:id="1093" w:edGrp="everyone"/>
            <w:sdt>
              <w:sdtPr>
                <w:alias w:val="Eğitim Eğitim Kodu 1"/>
                <w:tag w:val="Eğitim Eğitim Kodu 1"/>
                <w:id w:val="4209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093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1094" w:edGrp="everyone"/>
            <w:sdt>
              <w:sdtPr>
                <w:alias w:val="Eğitim Eğitim Tarihi 1"/>
                <w:tag w:val="Eğitim Eğitim Tarihi 1"/>
                <w:id w:val="4209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094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left"/>
            </w:pPr>
            <w:permStart w:id="1095" w:edGrp="everyone"/>
            <w:sdt>
              <w:sdtPr>
                <w:alias w:val="Eğitim Süre (saat) 1"/>
                <w:tag w:val="Eğitim Süre (saat) 1"/>
                <w:id w:val="4209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095"/>
          </w:p>
        </w:tc>
        <w:tc>
          <w:tcPr>
            <w:tcW w:type="dxa" w:w="2017"/>
            <w:vAlign w:val="center"/>
          </w:tcPr>
          <w:p>
            <w:pPr>
              <w:spacing w:before="0" w:after="0" w:line="240" w:lineRule="auto"/>
              <w:jc w:val="left"/>
            </w:pPr>
            <w:permStart w:id="1096" w:edGrp="everyone"/>
            <w:sdt>
              <w:sdtPr>
                <w:alias w:val="Eğitim Eğitimci / Kuruluş 1"/>
                <w:tag w:val="Eğitim Eğitimci / Kuruluş 1"/>
                <w:id w:val="4209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096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center"/>
            </w:pPr>
            <w:permStart w:id="1097" w:edGrp="everyone"/>
            <w:sdt>
              <w:sdtPr>
                <w:alias w:val="Eğitim Belge 1"/>
                <w:tag w:val="Eğitim Belge 1"/>
                <w:id w:val="42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097"/>
          </w:p>
        </w:tc>
      </w:tr>
      <w:tr>
        <w:trPr>
          <w:trHeight w:val="35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type="dxa" w:w="2802"/>
            <w:vAlign w:val="center"/>
          </w:tcPr>
          <w:p>
            <w:pPr>
              <w:spacing w:before="0" w:after="0" w:line="240" w:lineRule="auto"/>
              <w:jc w:val="left"/>
            </w:pPr>
            <w:permStart w:id="1098" w:edGrp="everyone"/>
            <w:sdt>
              <w:sdtPr>
                <w:alias w:val="Eğitim Eğitimin Konusu 2"/>
                <w:tag w:val="Eğitim Eğitimin Konusu 2"/>
                <w:id w:val="4209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098"/>
          </w:p>
        </w:tc>
        <w:tc>
          <w:tcPr>
            <w:tcW w:type="dxa" w:w="1121"/>
            <w:vAlign w:val="center"/>
          </w:tcPr>
          <w:p>
            <w:pPr>
              <w:spacing w:before="0" w:after="0" w:line="240" w:lineRule="auto"/>
              <w:jc w:val="left"/>
            </w:pPr>
            <w:permStart w:id="1099" w:edGrp="everyone"/>
            <w:sdt>
              <w:sdtPr>
                <w:alias w:val="Eğitim Eğitim Kodu 2"/>
                <w:tag w:val="Eğitim Eğitim Kodu 2"/>
                <w:id w:val="4209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099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1100" w:edGrp="everyone"/>
            <w:sdt>
              <w:sdtPr>
                <w:alias w:val="Eğitim Eğitim Tarihi 2"/>
                <w:tag w:val="Eğitim Eğitim Tarihi 2"/>
                <w:id w:val="4209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00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left"/>
            </w:pPr>
            <w:permStart w:id="1101" w:edGrp="everyone"/>
            <w:sdt>
              <w:sdtPr>
                <w:alias w:val="Eğitim Süre (saat) 2"/>
                <w:tag w:val="Eğitim Süre (saat) 2"/>
                <w:id w:val="4210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01"/>
          </w:p>
        </w:tc>
        <w:tc>
          <w:tcPr>
            <w:tcW w:type="dxa" w:w="2017"/>
            <w:vAlign w:val="center"/>
          </w:tcPr>
          <w:p>
            <w:pPr>
              <w:spacing w:before="0" w:after="0" w:line="240" w:lineRule="auto"/>
              <w:jc w:val="left"/>
            </w:pPr>
            <w:permStart w:id="1102" w:edGrp="everyone"/>
            <w:sdt>
              <w:sdtPr>
                <w:alias w:val="Eğitim Eğitimci / Kuruluş 2"/>
                <w:tag w:val="Eğitim Eğitimci / Kuruluş 2"/>
                <w:id w:val="4210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02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center"/>
            </w:pPr>
            <w:permStart w:id="1103" w:edGrp="everyone"/>
            <w:sdt>
              <w:sdtPr>
                <w:alias w:val="Eğitim Belge 2"/>
                <w:tag w:val="Eğitim Belge 2"/>
                <w:id w:val="42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103"/>
          </w:p>
        </w:tc>
      </w:tr>
      <w:tr>
        <w:trPr>
          <w:trHeight w:val="35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</w:t>
            </w:r>
          </w:p>
        </w:tc>
        <w:tc>
          <w:tcPr>
            <w:tcW w:type="dxa" w:w="2802"/>
            <w:vAlign w:val="center"/>
          </w:tcPr>
          <w:p>
            <w:pPr>
              <w:spacing w:before="0" w:after="0" w:line="240" w:lineRule="auto"/>
              <w:jc w:val="left"/>
            </w:pPr>
            <w:permStart w:id="1104" w:edGrp="everyone"/>
            <w:sdt>
              <w:sdtPr>
                <w:alias w:val="Eğitim Eğitimin Konusu 3"/>
                <w:tag w:val="Eğitim Eğitimin Konusu 3"/>
                <w:id w:val="4210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04"/>
          </w:p>
        </w:tc>
        <w:tc>
          <w:tcPr>
            <w:tcW w:type="dxa" w:w="1121"/>
            <w:vAlign w:val="center"/>
          </w:tcPr>
          <w:p>
            <w:pPr>
              <w:spacing w:before="0" w:after="0" w:line="240" w:lineRule="auto"/>
              <w:jc w:val="left"/>
            </w:pPr>
            <w:permStart w:id="1105" w:edGrp="everyone"/>
            <w:sdt>
              <w:sdtPr>
                <w:alias w:val="Eğitim Eğitim Kodu 3"/>
                <w:tag w:val="Eğitim Eğitim Kodu 3"/>
                <w:id w:val="4210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05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1106" w:edGrp="everyone"/>
            <w:sdt>
              <w:sdtPr>
                <w:alias w:val="Eğitim Eğitim Tarihi 3"/>
                <w:tag w:val="Eğitim Eğitim Tarihi 3"/>
                <w:id w:val="4210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06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left"/>
            </w:pPr>
            <w:permStart w:id="1107" w:edGrp="everyone"/>
            <w:sdt>
              <w:sdtPr>
                <w:alias w:val="Eğitim Süre (saat) 3"/>
                <w:tag w:val="Eğitim Süre (saat) 3"/>
                <w:id w:val="4210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07"/>
          </w:p>
        </w:tc>
        <w:tc>
          <w:tcPr>
            <w:tcW w:type="dxa" w:w="2017"/>
            <w:vAlign w:val="center"/>
          </w:tcPr>
          <w:p>
            <w:pPr>
              <w:spacing w:before="0" w:after="0" w:line="240" w:lineRule="auto"/>
              <w:jc w:val="left"/>
            </w:pPr>
            <w:permStart w:id="1108" w:edGrp="everyone"/>
            <w:sdt>
              <w:sdtPr>
                <w:alias w:val="Eğitim Eğitimci / Kuruluş 3"/>
                <w:tag w:val="Eğitim Eğitimci / Kuruluş 3"/>
                <w:id w:val="4210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08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center"/>
            </w:pPr>
            <w:permStart w:id="1109" w:edGrp="everyone"/>
            <w:sdt>
              <w:sdtPr>
                <w:alias w:val="Eğitim Belge 3"/>
                <w:tag w:val="Eğitim Belge 3"/>
                <w:id w:val="42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109"/>
          </w:p>
        </w:tc>
      </w:tr>
      <w:tr>
        <w:trPr>
          <w:trHeight w:val="35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type="dxa" w:w="2802"/>
            <w:vAlign w:val="center"/>
          </w:tcPr>
          <w:p>
            <w:pPr>
              <w:spacing w:before="0" w:after="0" w:line="240" w:lineRule="auto"/>
              <w:jc w:val="left"/>
            </w:pPr>
            <w:permStart w:id="1110" w:edGrp="everyone"/>
            <w:sdt>
              <w:sdtPr>
                <w:alias w:val="Eğitim Eğitimin Konusu 4"/>
                <w:tag w:val="Eğitim Eğitimin Konusu 4"/>
                <w:id w:val="4210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10"/>
          </w:p>
        </w:tc>
        <w:tc>
          <w:tcPr>
            <w:tcW w:type="dxa" w:w="1121"/>
            <w:vAlign w:val="center"/>
          </w:tcPr>
          <w:p>
            <w:pPr>
              <w:spacing w:before="0" w:after="0" w:line="240" w:lineRule="auto"/>
              <w:jc w:val="left"/>
            </w:pPr>
            <w:permStart w:id="1111" w:edGrp="everyone"/>
            <w:sdt>
              <w:sdtPr>
                <w:alias w:val="Eğitim Eğitim Kodu 4"/>
                <w:tag w:val="Eğitim Eğitim Kodu 4"/>
                <w:id w:val="4211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11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1112" w:edGrp="everyone"/>
            <w:sdt>
              <w:sdtPr>
                <w:alias w:val="Eğitim Eğitim Tarihi 4"/>
                <w:tag w:val="Eğitim Eğitim Tarihi 4"/>
                <w:id w:val="4211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12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left"/>
            </w:pPr>
            <w:permStart w:id="1113" w:edGrp="everyone"/>
            <w:sdt>
              <w:sdtPr>
                <w:alias w:val="Eğitim Süre (saat) 4"/>
                <w:tag w:val="Eğitim Süre (saat) 4"/>
                <w:id w:val="4211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13"/>
          </w:p>
        </w:tc>
        <w:tc>
          <w:tcPr>
            <w:tcW w:type="dxa" w:w="2017"/>
            <w:vAlign w:val="center"/>
          </w:tcPr>
          <w:p>
            <w:pPr>
              <w:spacing w:before="0" w:after="0" w:line="240" w:lineRule="auto"/>
              <w:jc w:val="left"/>
            </w:pPr>
            <w:permStart w:id="1114" w:edGrp="everyone"/>
            <w:sdt>
              <w:sdtPr>
                <w:alias w:val="Eğitim Eğitimci / Kuruluş 4"/>
                <w:tag w:val="Eğitim Eğitimci / Kuruluş 4"/>
                <w:id w:val="4211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14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center"/>
            </w:pPr>
            <w:permStart w:id="1115" w:edGrp="everyone"/>
            <w:sdt>
              <w:sdtPr>
                <w:alias w:val="Eğitim Belge 4"/>
                <w:tag w:val="Eğitim Belge 4"/>
                <w:id w:val="42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115"/>
          </w:p>
        </w:tc>
      </w:tr>
      <w:tr>
        <w:trPr>
          <w:trHeight w:val="35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5</w:t>
            </w:r>
          </w:p>
        </w:tc>
        <w:tc>
          <w:tcPr>
            <w:tcW w:type="dxa" w:w="2802"/>
            <w:vAlign w:val="center"/>
          </w:tcPr>
          <w:p>
            <w:pPr>
              <w:spacing w:before="0" w:after="0" w:line="240" w:lineRule="auto"/>
              <w:jc w:val="left"/>
            </w:pPr>
            <w:permStart w:id="1116" w:edGrp="everyone"/>
            <w:sdt>
              <w:sdtPr>
                <w:alias w:val="Eğitim Eğitimin Konusu 5"/>
                <w:tag w:val="Eğitim Eğitimin Konusu 5"/>
                <w:id w:val="4211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16"/>
          </w:p>
        </w:tc>
        <w:tc>
          <w:tcPr>
            <w:tcW w:type="dxa" w:w="1121"/>
            <w:vAlign w:val="center"/>
          </w:tcPr>
          <w:p>
            <w:pPr>
              <w:spacing w:before="0" w:after="0" w:line="240" w:lineRule="auto"/>
              <w:jc w:val="left"/>
            </w:pPr>
            <w:permStart w:id="1117" w:edGrp="everyone"/>
            <w:sdt>
              <w:sdtPr>
                <w:alias w:val="Eğitim Eğitim Kodu 5"/>
                <w:tag w:val="Eğitim Eğitim Kodu 5"/>
                <w:id w:val="4211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17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1118" w:edGrp="everyone"/>
            <w:sdt>
              <w:sdtPr>
                <w:alias w:val="Eğitim Eğitim Tarihi 5"/>
                <w:tag w:val="Eğitim Eğitim Tarihi 5"/>
                <w:id w:val="4211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18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left"/>
            </w:pPr>
            <w:permStart w:id="1119" w:edGrp="everyone"/>
            <w:sdt>
              <w:sdtPr>
                <w:alias w:val="Eğitim Süre (saat) 5"/>
                <w:tag w:val="Eğitim Süre (saat) 5"/>
                <w:id w:val="4211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19"/>
          </w:p>
        </w:tc>
        <w:tc>
          <w:tcPr>
            <w:tcW w:type="dxa" w:w="2017"/>
            <w:vAlign w:val="center"/>
          </w:tcPr>
          <w:p>
            <w:pPr>
              <w:spacing w:before="0" w:after="0" w:line="240" w:lineRule="auto"/>
              <w:jc w:val="left"/>
            </w:pPr>
            <w:permStart w:id="1120" w:edGrp="everyone"/>
            <w:sdt>
              <w:sdtPr>
                <w:alias w:val="Eğitim Eğitimci / Kuruluş 5"/>
                <w:tag w:val="Eğitim Eğitimci / Kuruluş 5"/>
                <w:id w:val="4211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20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center"/>
            </w:pPr>
            <w:permStart w:id="1121" w:edGrp="everyone"/>
            <w:sdt>
              <w:sdtPr>
                <w:alias w:val="Eğitim Belge 5"/>
                <w:tag w:val="Eğitim Belge 5"/>
                <w:id w:val="42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121"/>
          </w:p>
        </w:tc>
      </w:tr>
      <w:tr>
        <w:trPr>
          <w:trHeight w:val="35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6</w:t>
            </w:r>
          </w:p>
        </w:tc>
        <w:tc>
          <w:tcPr>
            <w:tcW w:type="dxa" w:w="2802"/>
            <w:vAlign w:val="center"/>
          </w:tcPr>
          <w:p>
            <w:pPr>
              <w:spacing w:before="0" w:after="0" w:line="240" w:lineRule="auto"/>
              <w:jc w:val="left"/>
            </w:pPr>
            <w:permStart w:id="1122" w:edGrp="everyone"/>
            <w:sdt>
              <w:sdtPr>
                <w:alias w:val="Eğitim Eğitimin Konusu 6"/>
                <w:tag w:val="Eğitim Eğitimin Konusu 6"/>
                <w:id w:val="4212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22"/>
          </w:p>
        </w:tc>
        <w:tc>
          <w:tcPr>
            <w:tcW w:type="dxa" w:w="1121"/>
            <w:vAlign w:val="center"/>
          </w:tcPr>
          <w:p>
            <w:pPr>
              <w:spacing w:before="0" w:after="0" w:line="240" w:lineRule="auto"/>
              <w:jc w:val="left"/>
            </w:pPr>
            <w:permStart w:id="1123" w:edGrp="everyone"/>
            <w:sdt>
              <w:sdtPr>
                <w:alias w:val="Eğitim Eğitim Kodu 6"/>
                <w:tag w:val="Eğitim Eğitim Kodu 6"/>
                <w:id w:val="4212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23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1124" w:edGrp="everyone"/>
            <w:sdt>
              <w:sdtPr>
                <w:alias w:val="Eğitim Eğitim Tarihi 6"/>
                <w:tag w:val="Eğitim Eğitim Tarihi 6"/>
                <w:id w:val="4212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24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left"/>
            </w:pPr>
            <w:permStart w:id="1125" w:edGrp="everyone"/>
            <w:sdt>
              <w:sdtPr>
                <w:alias w:val="Eğitim Süre (saat) 6"/>
                <w:tag w:val="Eğitim Süre (saat) 6"/>
                <w:id w:val="4212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25"/>
          </w:p>
        </w:tc>
        <w:tc>
          <w:tcPr>
            <w:tcW w:type="dxa" w:w="2017"/>
            <w:vAlign w:val="center"/>
          </w:tcPr>
          <w:p>
            <w:pPr>
              <w:spacing w:before="0" w:after="0" w:line="240" w:lineRule="auto"/>
              <w:jc w:val="left"/>
            </w:pPr>
            <w:permStart w:id="1126" w:edGrp="everyone"/>
            <w:sdt>
              <w:sdtPr>
                <w:alias w:val="Eğitim Eğitimci / Kuruluş 6"/>
                <w:tag w:val="Eğitim Eğitimci / Kuruluş 6"/>
                <w:id w:val="4212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26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center"/>
            </w:pPr>
            <w:permStart w:id="1127" w:edGrp="everyone"/>
            <w:sdt>
              <w:sdtPr>
                <w:alias w:val="Eğitim Belge 6"/>
                <w:tag w:val="Eğitim Belge 6"/>
                <w:id w:val="42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127"/>
          </w:p>
        </w:tc>
      </w:tr>
      <w:tr>
        <w:trPr>
          <w:trHeight w:val="35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type="dxa" w:w="2802"/>
            <w:vAlign w:val="center"/>
          </w:tcPr>
          <w:p>
            <w:pPr>
              <w:spacing w:before="0" w:after="0" w:line="240" w:lineRule="auto"/>
              <w:jc w:val="left"/>
            </w:pPr>
            <w:permStart w:id="1128" w:edGrp="everyone"/>
            <w:sdt>
              <w:sdtPr>
                <w:alias w:val="Eğitim Eğitimin Konusu 7"/>
                <w:tag w:val="Eğitim Eğitimin Konusu 7"/>
                <w:id w:val="4212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28"/>
          </w:p>
        </w:tc>
        <w:tc>
          <w:tcPr>
            <w:tcW w:type="dxa" w:w="1121"/>
            <w:vAlign w:val="center"/>
          </w:tcPr>
          <w:p>
            <w:pPr>
              <w:spacing w:before="0" w:after="0" w:line="240" w:lineRule="auto"/>
              <w:jc w:val="left"/>
            </w:pPr>
            <w:permStart w:id="1129" w:edGrp="everyone"/>
            <w:sdt>
              <w:sdtPr>
                <w:alias w:val="Eğitim Eğitim Kodu 7"/>
                <w:tag w:val="Eğitim Eğitim Kodu 7"/>
                <w:id w:val="4212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29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1130" w:edGrp="everyone"/>
            <w:sdt>
              <w:sdtPr>
                <w:alias w:val="Eğitim Eğitim Tarihi 7"/>
                <w:tag w:val="Eğitim Eğitim Tarihi 7"/>
                <w:id w:val="4212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30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left"/>
            </w:pPr>
            <w:permStart w:id="1131" w:edGrp="everyone"/>
            <w:sdt>
              <w:sdtPr>
                <w:alias w:val="Eğitim Süre (saat) 7"/>
                <w:tag w:val="Eğitim Süre (saat) 7"/>
                <w:id w:val="4213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31"/>
          </w:p>
        </w:tc>
        <w:tc>
          <w:tcPr>
            <w:tcW w:type="dxa" w:w="2017"/>
            <w:vAlign w:val="center"/>
          </w:tcPr>
          <w:p>
            <w:pPr>
              <w:spacing w:before="0" w:after="0" w:line="240" w:lineRule="auto"/>
              <w:jc w:val="left"/>
            </w:pPr>
            <w:permStart w:id="1132" w:edGrp="everyone"/>
            <w:sdt>
              <w:sdtPr>
                <w:alias w:val="Eğitim Eğitimci / Kuruluş 7"/>
                <w:tag w:val="Eğitim Eğitimci / Kuruluş 7"/>
                <w:id w:val="4213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32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center"/>
            </w:pPr>
            <w:permStart w:id="1133" w:edGrp="everyone"/>
            <w:sdt>
              <w:sdtPr>
                <w:alias w:val="Eğitim Belge 7"/>
                <w:tag w:val="Eğitim Belge 7"/>
                <w:id w:val="42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133"/>
          </w:p>
        </w:tc>
      </w:tr>
      <w:tr>
        <w:trPr>
          <w:trHeight w:val="35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8</w:t>
            </w:r>
          </w:p>
        </w:tc>
        <w:tc>
          <w:tcPr>
            <w:tcW w:type="dxa" w:w="2802"/>
            <w:vAlign w:val="center"/>
          </w:tcPr>
          <w:p>
            <w:pPr>
              <w:spacing w:before="0" w:after="0" w:line="240" w:lineRule="auto"/>
              <w:jc w:val="left"/>
            </w:pPr>
            <w:permStart w:id="1134" w:edGrp="everyone"/>
            <w:sdt>
              <w:sdtPr>
                <w:alias w:val="Eğitim Eğitimin Konusu 8"/>
                <w:tag w:val="Eğitim Eğitimin Konusu 8"/>
                <w:id w:val="4213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34"/>
          </w:p>
        </w:tc>
        <w:tc>
          <w:tcPr>
            <w:tcW w:type="dxa" w:w="1121"/>
            <w:vAlign w:val="center"/>
          </w:tcPr>
          <w:p>
            <w:pPr>
              <w:spacing w:before="0" w:after="0" w:line="240" w:lineRule="auto"/>
              <w:jc w:val="left"/>
            </w:pPr>
            <w:permStart w:id="1135" w:edGrp="everyone"/>
            <w:sdt>
              <w:sdtPr>
                <w:alias w:val="Eğitim Eğitim Kodu 8"/>
                <w:tag w:val="Eğitim Eğitim Kodu 8"/>
                <w:id w:val="4213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35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1136" w:edGrp="everyone"/>
            <w:sdt>
              <w:sdtPr>
                <w:alias w:val="Eğitim Eğitim Tarihi 8"/>
                <w:tag w:val="Eğitim Eğitim Tarihi 8"/>
                <w:id w:val="4213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36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left"/>
            </w:pPr>
            <w:permStart w:id="1137" w:edGrp="everyone"/>
            <w:sdt>
              <w:sdtPr>
                <w:alias w:val="Eğitim Süre (saat) 8"/>
                <w:tag w:val="Eğitim Süre (saat) 8"/>
                <w:id w:val="4213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37"/>
          </w:p>
        </w:tc>
        <w:tc>
          <w:tcPr>
            <w:tcW w:type="dxa" w:w="2017"/>
            <w:vAlign w:val="center"/>
          </w:tcPr>
          <w:p>
            <w:pPr>
              <w:spacing w:before="0" w:after="0" w:line="240" w:lineRule="auto"/>
              <w:jc w:val="left"/>
            </w:pPr>
            <w:permStart w:id="1138" w:edGrp="everyone"/>
            <w:sdt>
              <w:sdtPr>
                <w:alias w:val="Eğitim Eğitimci / Kuruluş 8"/>
                <w:tag w:val="Eğitim Eğitimci / Kuruluş 8"/>
                <w:id w:val="4213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38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center"/>
            </w:pPr>
            <w:permStart w:id="1139" w:edGrp="everyone"/>
            <w:sdt>
              <w:sdtPr>
                <w:alias w:val="Eğitim Belge 8"/>
                <w:tag w:val="Eğitim Belge 8"/>
                <w:id w:val="42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139"/>
          </w:p>
        </w:tc>
      </w:tr>
      <w:tr>
        <w:trPr>
          <w:trHeight w:val="35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9</w:t>
            </w:r>
          </w:p>
        </w:tc>
        <w:tc>
          <w:tcPr>
            <w:tcW w:type="dxa" w:w="2802"/>
            <w:vAlign w:val="center"/>
          </w:tcPr>
          <w:p>
            <w:pPr>
              <w:spacing w:before="0" w:after="0" w:line="240" w:lineRule="auto"/>
              <w:jc w:val="left"/>
            </w:pPr>
            <w:permStart w:id="1140" w:edGrp="everyone"/>
            <w:sdt>
              <w:sdtPr>
                <w:alias w:val="Eğitim Eğitimin Konusu 9"/>
                <w:tag w:val="Eğitim Eğitimin Konusu 9"/>
                <w:id w:val="4213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40"/>
          </w:p>
        </w:tc>
        <w:tc>
          <w:tcPr>
            <w:tcW w:type="dxa" w:w="1121"/>
            <w:vAlign w:val="center"/>
          </w:tcPr>
          <w:p>
            <w:pPr>
              <w:spacing w:before="0" w:after="0" w:line="240" w:lineRule="auto"/>
              <w:jc w:val="left"/>
            </w:pPr>
            <w:permStart w:id="1141" w:edGrp="everyone"/>
            <w:sdt>
              <w:sdtPr>
                <w:alias w:val="Eğitim Eğitim Kodu 9"/>
                <w:tag w:val="Eğitim Eğitim Kodu 9"/>
                <w:id w:val="4214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41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1142" w:edGrp="everyone"/>
            <w:sdt>
              <w:sdtPr>
                <w:alias w:val="Eğitim Eğitim Tarihi 9"/>
                <w:tag w:val="Eğitim Eğitim Tarihi 9"/>
                <w:id w:val="4214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42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left"/>
            </w:pPr>
            <w:permStart w:id="1143" w:edGrp="everyone"/>
            <w:sdt>
              <w:sdtPr>
                <w:alias w:val="Eğitim Süre (saat) 9"/>
                <w:tag w:val="Eğitim Süre (saat) 9"/>
                <w:id w:val="4214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43"/>
          </w:p>
        </w:tc>
        <w:tc>
          <w:tcPr>
            <w:tcW w:type="dxa" w:w="2017"/>
            <w:vAlign w:val="center"/>
          </w:tcPr>
          <w:p>
            <w:pPr>
              <w:spacing w:before="0" w:after="0" w:line="240" w:lineRule="auto"/>
              <w:jc w:val="left"/>
            </w:pPr>
            <w:permStart w:id="1144" w:edGrp="everyone"/>
            <w:sdt>
              <w:sdtPr>
                <w:alias w:val="Eğitim Eğitimci / Kuruluş 9"/>
                <w:tag w:val="Eğitim Eğitimci / Kuruluş 9"/>
                <w:id w:val="4214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44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center"/>
            </w:pPr>
            <w:permStart w:id="1145" w:edGrp="everyone"/>
            <w:sdt>
              <w:sdtPr>
                <w:alias w:val="Eğitim Belge 9"/>
                <w:tag w:val="Eğitim Belge 9"/>
                <w:id w:val="42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145"/>
          </w:p>
        </w:tc>
      </w:tr>
      <w:tr>
        <w:trPr>
          <w:trHeight w:val="35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10</w:t>
            </w:r>
          </w:p>
        </w:tc>
        <w:tc>
          <w:tcPr>
            <w:tcW w:type="dxa" w:w="2802"/>
            <w:vAlign w:val="center"/>
          </w:tcPr>
          <w:p>
            <w:pPr>
              <w:spacing w:before="0" w:after="0" w:line="240" w:lineRule="auto"/>
              <w:jc w:val="left"/>
            </w:pPr>
            <w:permStart w:id="1146" w:edGrp="everyone"/>
            <w:sdt>
              <w:sdtPr>
                <w:alias w:val="Eğitim Eğitimin Konusu 10"/>
                <w:tag w:val="Eğitim Eğitimin Konusu 10"/>
                <w:id w:val="4214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46"/>
          </w:p>
        </w:tc>
        <w:tc>
          <w:tcPr>
            <w:tcW w:type="dxa" w:w="1121"/>
            <w:vAlign w:val="center"/>
          </w:tcPr>
          <w:p>
            <w:pPr>
              <w:spacing w:before="0" w:after="0" w:line="240" w:lineRule="auto"/>
              <w:jc w:val="left"/>
            </w:pPr>
            <w:permStart w:id="1147" w:edGrp="everyone"/>
            <w:sdt>
              <w:sdtPr>
                <w:alias w:val="Eğitim Eğitim Kodu 10"/>
                <w:tag w:val="Eğitim Eğitim Kodu 10"/>
                <w:id w:val="4214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47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1148" w:edGrp="everyone"/>
            <w:sdt>
              <w:sdtPr>
                <w:alias w:val="Eğitim Eğitim Tarihi 10"/>
                <w:tag w:val="Eğitim Eğitim Tarihi 10"/>
                <w:id w:val="4214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48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left"/>
            </w:pPr>
            <w:permStart w:id="1149" w:edGrp="everyone"/>
            <w:sdt>
              <w:sdtPr>
                <w:alias w:val="Eğitim Süre (saat) 10"/>
                <w:tag w:val="Eğitim Süre (saat) 10"/>
                <w:id w:val="4214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49"/>
          </w:p>
        </w:tc>
        <w:tc>
          <w:tcPr>
            <w:tcW w:type="dxa" w:w="2017"/>
            <w:vAlign w:val="center"/>
          </w:tcPr>
          <w:p>
            <w:pPr>
              <w:spacing w:before="0" w:after="0" w:line="240" w:lineRule="auto"/>
              <w:jc w:val="left"/>
            </w:pPr>
            <w:permStart w:id="1150" w:edGrp="everyone"/>
            <w:sdt>
              <w:sdtPr>
                <w:alias w:val="Eğitim Eğitimci / Kuruluş 10"/>
                <w:tag w:val="Eğitim Eğitimci / Kuruluş 10"/>
                <w:id w:val="4214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50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center"/>
            </w:pPr>
            <w:permStart w:id="1151" w:edGrp="everyone"/>
            <w:sdt>
              <w:sdtPr>
                <w:alias w:val="Eğitim Belge 10"/>
                <w:tag w:val="Eğitim Belge 10"/>
                <w:id w:val="42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151"/>
          </w:p>
        </w:tc>
      </w:tr>
      <w:tr>
        <w:trPr>
          <w:trHeight w:val="35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11</w:t>
            </w:r>
          </w:p>
        </w:tc>
        <w:tc>
          <w:tcPr>
            <w:tcW w:type="dxa" w:w="2802"/>
            <w:vAlign w:val="center"/>
          </w:tcPr>
          <w:p>
            <w:pPr>
              <w:spacing w:before="0" w:after="0" w:line="240" w:lineRule="auto"/>
              <w:jc w:val="left"/>
            </w:pPr>
            <w:permStart w:id="1152" w:edGrp="everyone"/>
            <w:sdt>
              <w:sdtPr>
                <w:alias w:val="Eğitim Eğitimin Konusu 11"/>
                <w:tag w:val="Eğitim Eğitimin Konusu 11"/>
                <w:id w:val="4215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52"/>
          </w:p>
        </w:tc>
        <w:tc>
          <w:tcPr>
            <w:tcW w:type="dxa" w:w="1121"/>
            <w:vAlign w:val="center"/>
          </w:tcPr>
          <w:p>
            <w:pPr>
              <w:spacing w:before="0" w:after="0" w:line="240" w:lineRule="auto"/>
              <w:jc w:val="left"/>
            </w:pPr>
            <w:permStart w:id="1153" w:edGrp="everyone"/>
            <w:sdt>
              <w:sdtPr>
                <w:alias w:val="Eğitim Eğitim Kodu 11"/>
                <w:tag w:val="Eğitim Eğitim Kodu 11"/>
                <w:id w:val="4215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53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1154" w:edGrp="everyone"/>
            <w:sdt>
              <w:sdtPr>
                <w:alias w:val="Eğitim Eğitim Tarihi 11"/>
                <w:tag w:val="Eğitim Eğitim Tarihi 11"/>
                <w:id w:val="4215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54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left"/>
            </w:pPr>
            <w:permStart w:id="1155" w:edGrp="everyone"/>
            <w:sdt>
              <w:sdtPr>
                <w:alias w:val="Eğitim Süre (saat) 11"/>
                <w:tag w:val="Eğitim Süre (saat) 11"/>
                <w:id w:val="4215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55"/>
          </w:p>
        </w:tc>
        <w:tc>
          <w:tcPr>
            <w:tcW w:type="dxa" w:w="2017"/>
            <w:vAlign w:val="center"/>
          </w:tcPr>
          <w:p>
            <w:pPr>
              <w:spacing w:before="0" w:after="0" w:line="240" w:lineRule="auto"/>
              <w:jc w:val="left"/>
            </w:pPr>
            <w:permStart w:id="1156" w:edGrp="everyone"/>
            <w:sdt>
              <w:sdtPr>
                <w:alias w:val="Eğitim Eğitimci / Kuruluş 11"/>
                <w:tag w:val="Eğitim Eğitimci / Kuruluş 11"/>
                <w:id w:val="4215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56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center"/>
            </w:pPr>
            <w:permStart w:id="1157" w:edGrp="everyone"/>
            <w:sdt>
              <w:sdtPr>
                <w:alias w:val="Eğitim Belge 11"/>
                <w:tag w:val="Eğitim Belge 11"/>
                <w:id w:val="42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157"/>
          </w:p>
        </w:tc>
      </w:tr>
      <w:tr>
        <w:trPr>
          <w:trHeight w:val="35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12</w:t>
            </w:r>
          </w:p>
        </w:tc>
        <w:tc>
          <w:tcPr>
            <w:tcW w:type="dxa" w:w="2802"/>
            <w:vAlign w:val="center"/>
          </w:tcPr>
          <w:p>
            <w:pPr>
              <w:spacing w:before="0" w:after="0" w:line="240" w:lineRule="auto"/>
              <w:jc w:val="left"/>
            </w:pPr>
            <w:permStart w:id="1158" w:edGrp="everyone"/>
            <w:sdt>
              <w:sdtPr>
                <w:alias w:val="Eğitim Eğitimin Konusu 12"/>
                <w:tag w:val="Eğitim Eğitimin Konusu 12"/>
                <w:id w:val="4215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58"/>
          </w:p>
        </w:tc>
        <w:tc>
          <w:tcPr>
            <w:tcW w:type="dxa" w:w="1121"/>
            <w:vAlign w:val="center"/>
          </w:tcPr>
          <w:p>
            <w:pPr>
              <w:spacing w:before="0" w:after="0" w:line="240" w:lineRule="auto"/>
              <w:jc w:val="left"/>
            </w:pPr>
            <w:permStart w:id="1159" w:edGrp="everyone"/>
            <w:sdt>
              <w:sdtPr>
                <w:alias w:val="Eğitim Eğitim Kodu 12"/>
                <w:tag w:val="Eğitim Eğitim Kodu 12"/>
                <w:id w:val="4215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59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1160" w:edGrp="everyone"/>
            <w:sdt>
              <w:sdtPr>
                <w:alias w:val="Eğitim Eğitim Tarihi 12"/>
                <w:tag w:val="Eğitim Eğitim Tarihi 12"/>
                <w:id w:val="4215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60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left"/>
            </w:pPr>
            <w:permStart w:id="1161" w:edGrp="everyone"/>
            <w:sdt>
              <w:sdtPr>
                <w:alias w:val="Eğitim Süre (saat) 12"/>
                <w:tag w:val="Eğitim Süre (saat) 12"/>
                <w:id w:val="4216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61"/>
          </w:p>
        </w:tc>
        <w:tc>
          <w:tcPr>
            <w:tcW w:type="dxa" w:w="2017"/>
            <w:vAlign w:val="center"/>
          </w:tcPr>
          <w:p>
            <w:pPr>
              <w:spacing w:before="0" w:after="0" w:line="240" w:lineRule="auto"/>
              <w:jc w:val="left"/>
            </w:pPr>
            <w:permStart w:id="1162" w:edGrp="everyone"/>
            <w:sdt>
              <w:sdtPr>
                <w:alias w:val="Eğitim Eğitimci / Kuruluş 12"/>
                <w:tag w:val="Eğitim Eğitimci / Kuruluş 12"/>
                <w:id w:val="4216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62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center"/>
            </w:pPr>
            <w:permStart w:id="1163" w:edGrp="everyone"/>
            <w:sdt>
              <w:sdtPr>
                <w:alias w:val="Eğitim Belge 12"/>
                <w:tag w:val="Eğitim Belge 12"/>
                <w:id w:val="42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163"/>
          </w:p>
        </w:tc>
      </w:tr>
      <w:tr>
        <w:trPr>
          <w:trHeight w:val="35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13</w:t>
            </w:r>
          </w:p>
        </w:tc>
        <w:tc>
          <w:tcPr>
            <w:tcW w:type="dxa" w:w="2802"/>
            <w:vAlign w:val="center"/>
          </w:tcPr>
          <w:p>
            <w:pPr>
              <w:spacing w:before="0" w:after="0" w:line="240" w:lineRule="auto"/>
              <w:jc w:val="left"/>
            </w:pPr>
            <w:permStart w:id="1164" w:edGrp="everyone"/>
            <w:sdt>
              <w:sdtPr>
                <w:alias w:val="Eğitim Eğitimin Konusu 13"/>
                <w:tag w:val="Eğitim Eğitimin Konusu 13"/>
                <w:id w:val="4216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64"/>
          </w:p>
        </w:tc>
        <w:tc>
          <w:tcPr>
            <w:tcW w:type="dxa" w:w="1121"/>
            <w:vAlign w:val="center"/>
          </w:tcPr>
          <w:p>
            <w:pPr>
              <w:spacing w:before="0" w:after="0" w:line="240" w:lineRule="auto"/>
              <w:jc w:val="left"/>
            </w:pPr>
            <w:permStart w:id="1165" w:edGrp="everyone"/>
            <w:sdt>
              <w:sdtPr>
                <w:alias w:val="Eğitim Eğitim Kodu 13"/>
                <w:tag w:val="Eğitim Eğitim Kodu 13"/>
                <w:id w:val="4216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65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1166" w:edGrp="everyone"/>
            <w:sdt>
              <w:sdtPr>
                <w:alias w:val="Eğitim Eğitim Tarihi 13"/>
                <w:tag w:val="Eğitim Eğitim Tarihi 13"/>
                <w:id w:val="4216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66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left"/>
            </w:pPr>
            <w:permStart w:id="1167" w:edGrp="everyone"/>
            <w:sdt>
              <w:sdtPr>
                <w:alias w:val="Eğitim Süre (saat) 13"/>
                <w:tag w:val="Eğitim Süre (saat) 13"/>
                <w:id w:val="4216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67"/>
          </w:p>
        </w:tc>
        <w:tc>
          <w:tcPr>
            <w:tcW w:type="dxa" w:w="2017"/>
            <w:vAlign w:val="center"/>
          </w:tcPr>
          <w:p>
            <w:pPr>
              <w:spacing w:before="0" w:after="0" w:line="240" w:lineRule="auto"/>
              <w:jc w:val="left"/>
            </w:pPr>
            <w:permStart w:id="1168" w:edGrp="everyone"/>
            <w:sdt>
              <w:sdtPr>
                <w:alias w:val="Eğitim Eğitimci / Kuruluş 13"/>
                <w:tag w:val="Eğitim Eğitimci / Kuruluş 13"/>
                <w:id w:val="4216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68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center"/>
            </w:pPr>
            <w:permStart w:id="1169" w:edGrp="everyone"/>
            <w:sdt>
              <w:sdtPr>
                <w:alias w:val="Eğitim Belge 13"/>
                <w:tag w:val="Eğitim Belge 13"/>
                <w:id w:val="42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169"/>
          </w:p>
        </w:tc>
      </w:tr>
      <w:tr>
        <w:trPr>
          <w:trHeight w:val="35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14</w:t>
            </w:r>
          </w:p>
        </w:tc>
        <w:tc>
          <w:tcPr>
            <w:tcW w:type="dxa" w:w="2802"/>
            <w:vAlign w:val="center"/>
          </w:tcPr>
          <w:p>
            <w:pPr>
              <w:spacing w:before="0" w:after="0" w:line="240" w:lineRule="auto"/>
              <w:jc w:val="left"/>
            </w:pPr>
            <w:permStart w:id="1170" w:edGrp="everyone"/>
            <w:sdt>
              <w:sdtPr>
                <w:alias w:val="Eğitim Eğitimin Konusu 14"/>
                <w:tag w:val="Eğitim Eğitimin Konusu 14"/>
                <w:id w:val="4216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70"/>
          </w:p>
        </w:tc>
        <w:tc>
          <w:tcPr>
            <w:tcW w:type="dxa" w:w="1121"/>
            <w:vAlign w:val="center"/>
          </w:tcPr>
          <w:p>
            <w:pPr>
              <w:spacing w:before="0" w:after="0" w:line="240" w:lineRule="auto"/>
              <w:jc w:val="left"/>
            </w:pPr>
            <w:permStart w:id="1171" w:edGrp="everyone"/>
            <w:sdt>
              <w:sdtPr>
                <w:alias w:val="Eğitim Eğitim Kodu 14"/>
                <w:tag w:val="Eğitim Eğitim Kodu 14"/>
                <w:id w:val="4217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71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1172" w:edGrp="everyone"/>
            <w:sdt>
              <w:sdtPr>
                <w:alias w:val="Eğitim Eğitim Tarihi 14"/>
                <w:tag w:val="Eğitim Eğitim Tarihi 14"/>
                <w:id w:val="4217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72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left"/>
            </w:pPr>
            <w:permStart w:id="1173" w:edGrp="everyone"/>
            <w:sdt>
              <w:sdtPr>
                <w:alias w:val="Eğitim Süre (saat) 14"/>
                <w:tag w:val="Eğitim Süre (saat) 14"/>
                <w:id w:val="4217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73"/>
          </w:p>
        </w:tc>
        <w:tc>
          <w:tcPr>
            <w:tcW w:type="dxa" w:w="2017"/>
            <w:vAlign w:val="center"/>
          </w:tcPr>
          <w:p>
            <w:pPr>
              <w:spacing w:before="0" w:after="0" w:line="240" w:lineRule="auto"/>
              <w:jc w:val="left"/>
            </w:pPr>
            <w:permStart w:id="1174" w:edGrp="everyone"/>
            <w:sdt>
              <w:sdtPr>
                <w:alias w:val="Eğitim Eğitimci / Kuruluş 14"/>
                <w:tag w:val="Eğitim Eğitimci / Kuruluş 14"/>
                <w:id w:val="4217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74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center"/>
            </w:pPr>
            <w:permStart w:id="1175" w:edGrp="everyone"/>
            <w:sdt>
              <w:sdtPr>
                <w:alias w:val="Eğitim Belge 14"/>
                <w:tag w:val="Eğitim Belge 14"/>
                <w:id w:val="42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175"/>
          </w:p>
        </w:tc>
      </w:tr>
      <w:tr>
        <w:trPr>
          <w:trHeight w:val="35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15</w:t>
            </w:r>
          </w:p>
        </w:tc>
        <w:tc>
          <w:tcPr>
            <w:tcW w:type="dxa" w:w="2802"/>
            <w:vAlign w:val="center"/>
          </w:tcPr>
          <w:p>
            <w:pPr>
              <w:spacing w:before="0" w:after="0" w:line="240" w:lineRule="auto"/>
              <w:jc w:val="left"/>
            </w:pPr>
            <w:permStart w:id="1176" w:edGrp="everyone"/>
            <w:sdt>
              <w:sdtPr>
                <w:alias w:val="Eğitim Eğitimin Konusu 15"/>
                <w:tag w:val="Eğitim Eğitimin Konusu 15"/>
                <w:id w:val="4217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76"/>
          </w:p>
        </w:tc>
        <w:tc>
          <w:tcPr>
            <w:tcW w:type="dxa" w:w="1121"/>
            <w:vAlign w:val="center"/>
          </w:tcPr>
          <w:p>
            <w:pPr>
              <w:spacing w:before="0" w:after="0" w:line="240" w:lineRule="auto"/>
              <w:jc w:val="left"/>
            </w:pPr>
            <w:permStart w:id="1177" w:edGrp="everyone"/>
            <w:sdt>
              <w:sdtPr>
                <w:alias w:val="Eğitim Eğitim Kodu 15"/>
                <w:tag w:val="Eğitim Eğitim Kodu 15"/>
                <w:id w:val="4217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77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1178" w:edGrp="everyone"/>
            <w:sdt>
              <w:sdtPr>
                <w:alias w:val="Eğitim Eğitim Tarihi 15"/>
                <w:tag w:val="Eğitim Eğitim Tarihi 15"/>
                <w:id w:val="4217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78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left"/>
            </w:pPr>
            <w:permStart w:id="1179" w:edGrp="everyone"/>
            <w:sdt>
              <w:sdtPr>
                <w:alias w:val="Eğitim Süre (saat) 15"/>
                <w:tag w:val="Eğitim Süre (saat) 15"/>
                <w:id w:val="4217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79"/>
          </w:p>
        </w:tc>
        <w:tc>
          <w:tcPr>
            <w:tcW w:type="dxa" w:w="2017"/>
            <w:vAlign w:val="center"/>
          </w:tcPr>
          <w:p>
            <w:pPr>
              <w:spacing w:before="0" w:after="0" w:line="240" w:lineRule="auto"/>
              <w:jc w:val="left"/>
            </w:pPr>
            <w:permStart w:id="1180" w:edGrp="everyone"/>
            <w:sdt>
              <w:sdtPr>
                <w:alias w:val="Eğitim Eğitimci / Kuruluş 15"/>
                <w:tag w:val="Eğitim Eğitimci / Kuruluş 15"/>
                <w:id w:val="4217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80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center"/>
            </w:pPr>
            <w:permStart w:id="1181" w:edGrp="everyone"/>
            <w:sdt>
              <w:sdtPr>
                <w:alias w:val="Eğitim Belge 15"/>
                <w:tag w:val="Eğitim Belge 15"/>
                <w:id w:val="42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181"/>
          </w:p>
        </w:tc>
      </w:tr>
      <w:tr>
        <w:trPr>
          <w:trHeight w:val="35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16</w:t>
            </w:r>
          </w:p>
        </w:tc>
        <w:tc>
          <w:tcPr>
            <w:tcW w:type="dxa" w:w="2802"/>
            <w:vAlign w:val="center"/>
          </w:tcPr>
          <w:p>
            <w:pPr>
              <w:spacing w:before="0" w:after="0" w:line="240" w:lineRule="auto"/>
              <w:jc w:val="left"/>
            </w:pPr>
            <w:permStart w:id="1182" w:edGrp="everyone"/>
            <w:sdt>
              <w:sdtPr>
                <w:alias w:val="Eğitim Eğitimin Konusu 16"/>
                <w:tag w:val="Eğitim Eğitimin Konusu 16"/>
                <w:id w:val="4218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82"/>
          </w:p>
        </w:tc>
        <w:tc>
          <w:tcPr>
            <w:tcW w:type="dxa" w:w="1121"/>
            <w:vAlign w:val="center"/>
          </w:tcPr>
          <w:p>
            <w:pPr>
              <w:spacing w:before="0" w:after="0" w:line="240" w:lineRule="auto"/>
              <w:jc w:val="left"/>
            </w:pPr>
            <w:permStart w:id="1183" w:edGrp="everyone"/>
            <w:sdt>
              <w:sdtPr>
                <w:alias w:val="Eğitim Eğitim Kodu 16"/>
                <w:tag w:val="Eğitim Eğitim Kodu 16"/>
                <w:id w:val="4218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83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1184" w:edGrp="everyone"/>
            <w:sdt>
              <w:sdtPr>
                <w:alias w:val="Eğitim Eğitim Tarihi 16"/>
                <w:tag w:val="Eğitim Eğitim Tarihi 16"/>
                <w:id w:val="4218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84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left"/>
            </w:pPr>
            <w:permStart w:id="1185" w:edGrp="everyone"/>
            <w:sdt>
              <w:sdtPr>
                <w:alias w:val="Eğitim Süre (saat) 16"/>
                <w:tag w:val="Eğitim Süre (saat) 16"/>
                <w:id w:val="4218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85"/>
          </w:p>
        </w:tc>
        <w:tc>
          <w:tcPr>
            <w:tcW w:type="dxa" w:w="2017"/>
            <w:vAlign w:val="center"/>
          </w:tcPr>
          <w:p>
            <w:pPr>
              <w:spacing w:before="0" w:after="0" w:line="240" w:lineRule="auto"/>
              <w:jc w:val="left"/>
            </w:pPr>
            <w:permStart w:id="1186" w:edGrp="everyone"/>
            <w:sdt>
              <w:sdtPr>
                <w:alias w:val="Eğitim Eğitimci / Kuruluş 16"/>
                <w:tag w:val="Eğitim Eğitimci / Kuruluş 16"/>
                <w:id w:val="4218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86"/>
          </w:p>
        </w:tc>
        <w:tc>
          <w:tcPr>
            <w:tcW w:type="dxa" w:w="897"/>
            <w:vAlign w:val="center"/>
          </w:tcPr>
          <w:p>
            <w:pPr>
              <w:spacing w:before="0" w:after="0" w:line="240" w:lineRule="auto"/>
              <w:jc w:val="center"/>
            </w:pPr>
            <w:permStart w:id="1187" w:edGrp="everyone"/>
            <w:sdt>
              <w:sdtPr>
                <w:alias w:val="Eğitim Belge 16"/>
                <w:tag w:val="Eğitim Belge 16"/>
                <w:id w:val="42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187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Personel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Kalite Koordinatörü</w:t>
            </w:r>
          </w:p>
        </w:tc>
      </w:tr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1188" w:edGrp="everyone"/>
            <w:sdt>
              <w:sdtPr>
                <w:alias w:val="Personel Adı Soyadı"/>
                <w:tag w:val="Personel Adı Soyadı"/>
                <w:id w:val="42187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188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1189" w:edGrp="everyone"/>
            <w:sdt>
              <w:sdtPr>
                <w:alias w:val="Kalite Koordinatörü Adı Soyadı"/>
                <w:tag w:val="Kalite Koordinatörü Adı Soyadı"/>
                <w:id w:val="42188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189"/>
          </w:p>
        </w:tc>
      </w:tr>
      <w:tr>
        <w:trPr>
          <w:trHeight w:val="850" w:hRule="atLeast"/>
          <w:cantSplit/>
        </w:trPr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HTMYO-PFRM-237  |  Personel Eğitim Takip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HTMYO-PFRM-237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Personel Eğitim Takip Formu</dc:title>
  <dc:subject>HTMYO-PFRM-237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