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TEMIZLIK KAYIT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700"/>
        <w:gridCol w:w="5555"/>
        <w:gridCol w:w="1984"/>
        <w:gridCol w:w="5329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Ay / Yıl</w:t>
            </w:r>
          </w:p>
        </w:tc>
        <w:tc>
          <w:tcPr>
            <w:tcW w:type="dxa" w:w="5556"/>
            <w:vAlign w:val="center"/>
          </w:tcPr>
          <w:p>
            <w:pPr>
              <w:spacing w:before="0" w:after="0" w:line="240" w:lineRule="auto"/>
              <w:jc w:val="left"/>
            </w:pPr>
            <w:permStart w:id="1312" w:edGrp="everyone"/>
            <w:sdt>
              <w:sdtPr>
                <w:alias w:val="Ay yıl"/>
                <w:tag w:val="Ay yıl"/>
                <w:id w:val="42311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Ay / 20__</w:t>
                </w:r>
              </w:sdtContent>
            </w:sdt>
            <w:permEnd w:id="1312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Temizlik Sorumlusu</w:t>
            </w:r>
          </w:p>
        </w:tc>
        <w:tc>
          <w:tcPr>
            <w:tcW w:type="dxa" w:w="5329"/>
            <w:vAlign w:val="center"/>
          </w:tcPr>
          <w:p>
            <w:pPr>
              <w:spacing w:before="0" w:after="0" w:line="240" w:lineRule="auto"/>
              <w:jc w:val="left"/>
            </w:pPr>
            <w:permStart w:id="1313" w:edGrp="everyone"/>
            <w:sdt>
              <w:sdtPr>
                <w:alias w:val="Temizlik sorumlusu"/>
                <w:tag w:val="Temizlik sorumlusu"/>
                <w:id w:val="423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1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2407"/>
        <w:gridCol w:w="1146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</w:tblGrid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Alan</w:t>
            </w:r>
          </w:p>
        </w:tc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Temizlik Sıklığı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10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11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12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13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14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15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16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17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18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19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20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21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22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23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24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25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26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27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28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29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30</w:t>
            </w:r>
          </w:p>
        </w:tc>
        <w:tc>
          <w:tcPr>
            <w:tcW w:type="dxa" w:w="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31</w:t>
            </w:r>
          </w:p>
        </w:tc>
      </w:tr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Derslik ve laboratuvarlar</w:t>
            </w:r>
          </w:p>
        </w:tc>
        <w:tc>
          <w:tcPr>
            <w:tcW w:type="dxa" w:w="1146"/>
            <w:vAlign w:val="center"/>
          </w:tcPr>
          <w:p>
            <w:pPr>
              <w:spacing w:before="0" w:after="0" w:line="240" w:lineRule="auto"/>
              <w:jc w:val="left"/>
            </w:pPr>
            <w:permStart w:id="1314" w:edGrp="everyone"/>
            <w:sdt>
              <w:sdtPr>
                <w:alias w:val="Sıklık 1"/>
                <w:tag w:val="Sıklık 1"/>
                <w:id w:val="42313"/>
                <w:showingPlcHdr/>
                <w:dropDownList>
                  <w:listItem w:displayText="Günlük" w:value="Günlük"/>
                  <w:listItem w:displayText="Haftalık" w:value="Haftalık"/>
                  <w:listItem w:displayText="Aylık" w:value="Aylık"/>
                </w:dropDownList>
              </w:sdtPr>
              <w:sdtContent>
                <w:r>
                  <w:rPr>
                    <w:rStyle w:val="PlaceholderText"/>
                    <w:sz w:val="14"/>
                    <w:szCs w:val="14"/>
                  </w:rPr>
                  <w:t xml:space="preserve">       </w:t>
                </w:r>
              </w:sdtContent>
            </w:sdt>
            <w:permEnd w:id="131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15" w:edGrp="everyone"/>
            <w:sdt>
              <w:sdtPr>
                <w:alias w:val="Alan 1 gün 1"/>
                <w:tag w:val="Alan 1 gün 1"/>
                <w:id w:val="4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1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16" w:edGrp="everyone"/>
            <w:sdt>
              <w:sdtPr>
                <w:alias w:val="Alan 1 gün 2"/>
                <w:tag w:val="Alan 1 gün 2"/>
                <w:id w:val="4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1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17" w:edGrp="everyone"/>
            <w:sdt>
              <w:sdtPr>
                <w:alias w:val="Alan 1 gün 3"/>
                <w:tag w:val="Alan 1 gün 3"/>
                <w:id w:val="4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1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18" w:edGrp="everyone"/>
            <w:sdt>
              <w:sdtPr>
                <w:alias w:val="Alan 1 gün 4"/>
                <w:tag w:val="Alan 1 gün 4"/>
                <w:id w:val="4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1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19" w:edGrp="everyone"/>
            <w:sdt>
              <w:sdtPr>
                <w:alias w:val="Alan 1 gün 5"/>
                <w:tag w:val="Alan 1 gün 5"/>
                <w:id w:val="4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1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0" w:edGrp="everyone"/>
            <w:sdt>
              <w:sdtPr>
                <w:alias w:val="Alan 1 gün 6"/>
                <w:tag w:val="Alan 1 gün 6"/>
                <w:id w:val="4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1" w:edGrp="everyone"/>
            <w:sdt>
              <w:sdtPr>
                <w:alias w:val="Alan 1 gün 7"/>
                <w:tag w:val="Alan 1 gün 7"/>
                <w:id w:val="4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2" w:edGrp="everyone"/>
            <w:sdt>
              <w:sdtPr>
                <w:alias w:val="Alan 1 gün 8"/>
                <w:tag w:val="Alan 1 gün 8"/>
                <w:id w:val="42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3" w:edGrp="everyone"/>
            <w:sdt>
              <w:sdtPr>
                <w:alias w:val="Alan 1 gün 9"/>
                <w:tag w:val="Alan 1 gün 9"/>
                <w:id w:val="4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4" w:edGrp="everyone"/>
            <w:sdt>
              <w:sdtPr>
                <w:alias w:val="Alan 1 gün 10"/>
                <w:tag w:val="Alan 1 gün 10"/>
                <w:id w:val="4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5" w:edGrp="everyone"/>
            <w:sdt>
              <w:sdtPr>
                <w:alias w:val="Alan 1 gün 11"/>
                <w:tag w:val="Alan 1 gün 11"/>
                <w:id w:val="42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6" w:edGrp="everyone"/>
            <w:sdt>
              <w:sdtPr>
                <w:alias w:val="Alan 1 gün 12"/>
                <w:tag w:val="Alan 1 gün 12"/>
                <w:id w:val="4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7" w:edGrp="everyone"/>
            <w:sdt>
              <w:sdtPr>
                <w:alias w:val="Alan 1 gün 13"/>
                <w:tag w:val="Alan 1 gün 13"/>
                <w:id w:val="4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8" w:edGrp="everyone"/>
            <w:sdt>
              <w:sdtPr>
                <w:alias w:val="Alan 1 gün 14"/>
                <w:tag w:val="Alan 1 gün 14"/>
                <w:id w:val="42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29" w:edGrp="everyone"/>
            <w:sdt>
              <w:sdtPr>
                <w:alias w:val="Alan 1 gün 15"/>
                <w:tag w:val="Alan 1 gün 15"/>
                <w:id w:val="4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2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0" w:edGrp="everyone"/>
            <w:sdt>
              <w:sdtPr>
                <w:alias w:val="Alan 1 gün 16"/>
                <w:tag w:val="Alan 1 gün 16"/>
                <w:id w:val="4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1" w:edGrp="everyone"/>
            <w:sdt>
              <w:sdtPr>
                <w:alias w:val="Alan 1 gün 17"/>
                <w:tag w:val="Alan 1 gün 17"/>
                <w:id w:val="4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2" w:edGrp="everyone"/>
            <w:sdt>
              <w:sdtPr>
                <w:alias w:val="Alan 1 gün 18"/>
                <w:tag w:val="Alan 1 gün 18"/>
                <w:id w:val="4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3" w:edGrp="everyone"/>
            <w:sdt>
              <w:sdtPr>
                <w:alias w:val="Alan 1 gün 19"/>
                <w:tag w:val="Alan 1 gün 19"/>
                <w:id w:val="4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4" w:edGrp="everyone"/>
            <w:sdt>
              <w:sdtPr>
                <w:alias w:val="Alan 1 gün 20"/>
                <w:tag w:val="Alan 1 gün 20"/>
                <w:id w:val="4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5" w:edGrp="everyone"/>
            <w:sdt>
              <w:sdtPr>
                <w:alias w:val="Alan 1 gün 21"/>
                <w:tag w:val="Alan 1 gün 21"/>
                <w:id w:val="4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6" w:edGrp="everyone"/>
            <w:sdt>
              <w:sdtPr>
                <w:alias w:val="Alan 1 gün 22"/>
                <w:tag w:val="Alan 1 gün 22"/>
                <w:id w:val="4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7" w:edGrp="everyone"/>
            <w:sdt>
              <w:sdtPr>
                <w:alias w:val="Alan 1 gün 23"/>
                <w:tag w:val="Alan 1 gün 23"/>
                <w:id w:val="4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8" w:edGrp="everyone"/>
            <w:sdt>
              <w:sdtPr>
                <w:alias w:val="Alan 1 gün 24"/>
                <w:tag w:val="Alan 1 gün 24"/>
                <w:id w:val="4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39" w:edGrp="everyone"/>
            <w:sdt>
              <w:sdtPr>
                <w:alias w:val="Alan 1 gün 25"/>
                <w:tag w:val="Alan 1 gün 25"/>
                <w:id w:val="42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3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0" w:edGrp="everyone"/>
            <w:sdt>
              <w:sdtPr>
                <w:alias w:val="Alan 1 gün 26"/>
                <w:tag w:val="Alan 1 gün 26"/>
                <w:id w:val="4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1" w:edGrp="everyone"/>
            <w:sdt>
              <w:sdtPr>
                <w:alias w:val="Alan 1 gün 27"/>
                <w:tag w:val="Alan 1 gün 27"/>
                <w:id w:val="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2" w:edGrp="everyone"/>
            <w:sdt>
              <w:sdtPr>
                <w:alias w:val="Alan 1 gün 28"/>
                <w:tag w:val="Alan 1 gün 28"/>
                <w:id w:val="4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3" w:edGrp="everyone"/>
            <w:sdt>
              <w:sdtPr>
                <w:alias w:val="Alan 1 gün 29"/>
                <w:tag w:val="Alan 1 gün 29"/>
                <w:id w:val="4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4" w:edGrp="everyone"/>
            <w:sdt>
              <w:sdtPr>
                <w:alias w:val="Alan 1 gün 30"/>
                <w:tag w:val="Alan 1 gün 30"/>
                <w:id w:val="4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5" w:edGrp="everyone"/>
            <w:sdt>
              <w:sdtPr>
                <w:alias w:val="Alan 1 gün 31"/>
                <w:tag w:val="Alan 1 gün 31"/>
                <w:id w:val="4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5"/>
          </w:p>
        </w:tc>
      </w:tr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Koridor ve merdivenler</w:t>
            </w:r>
          </w:p>
        </w:tc>
        <w:tc>
          <w:tcPr>
            <w:tcW w:type="dxa" w:w="1146"/>
            <w:vAlign w:val="center"/>
          </w:tcPr>
          <w:p>
            <w:pPr>
              <w:spacing w:before="0" w:after="0" w:line="240" w:lineRule="auto"/>
              <w:jc w:val="left"/>
            </w:pPr>
            <w:permStart w:id="1346" w:edGrp="everyone"/>
            <w:sdt>
              <w:sdtPr>
                <w:alias w:val="Sıklık 2"/>
                <w:tag w:val="Sıklık 2"/>
                <w:id w:val="42345"/>
                <w:showingPlcHdr/>
                <w:dropDownList>
                  <w:listItem w:displayText="Günlük" w:value="Günlük"/>
                  <w:listItem w:displayText="Haftalık" w:value="Haftalık"/>
                  <w:listItem w:displayText="Aylık" w:value="Aylık"/>
                </w:dropDownList>
              </w:sdtPr>
              <w:sdtContent>
                <w:r>
                  <w:rPr>
                    <w:rStyle w:val="PlaceholderText"/>
                    <w:sz w:val="14"/>
                    <w:szCs w:val="14"/>
                  </w:rPr>
                  <w:t xml:space="preserve">       </w:t>
                </w:r>
              </w:sdtContent>
            </w:sdt>
            <w:permEnd w:id="134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7" w:edGrp="everyone"/>
            <w:sdt>
              <w:sdtPr>
                <w:alias w:val="Alan 2 gün 1"/>
                <w:tag w:val="Alan 2 gün 1"/>
                <w:id w:val="4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8" w:edGrp="everyone"/>
            <w:sdt>
              <w:sdtPr>
                <w:alias w:val="Alan 2 gün 2"/>
                <w:tag w:val="Alan 2 gün 2"/>
                <w:id w:val="4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49" w:edGrp="everyone"/>
            <w:sdt>
              <w:sdtPr>
                <w:alias w:val="Alan 2 gün 3"/>
                <w:tag w:val="Alan 2 gün 3"/>
                <w:id w:val="4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4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0" w:edGrp="everyone"/>
            <w:sdt>
              <w:sdtPr>
                <w:alias w:val="Alan 2 gün 4"/>
                <w:tag w:val="Alan 2 gün 4"/>
                <w:id w:val="4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1" w:edGrp="everyone"/>
            <w:sdt>
              <w:sdtPr>
                <w:alias w:val="Alan 2 gün 5"/>
                <w:tag w:val="Alan 2 gün 5"/>
                <w:id w:val="4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2" w:edGrp="everyone"/>
            <w:sdt>
              <w:sdtPr>
                <w:alias w:val="Alan 2 gün 6"/>
                <w:tag w:val="Alan 2 gün 6"/>
                <w:id w:val="4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3" w:edGrp="everyone"/>
            <w:sdt>
              <w:sdtPr>
                <w:alias w:val="Alan 2 gün 7"/>
                <w:tag w:val="Alan 2 gün 7"/>
                <w:id w:val="4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4" w:edGrp="everyone"/>
            <w:sdt>
              <w:sdtPr>
                <w:alias w:val="Alan 2 gün 8"/>
                <w:tag w:val="Alan 2 gün 8"/>
                <w:id w:val="4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5" w:edGrp="everyone"/>
            <w:sdt>
              <w:sdtPr>
                <w:alias w:val="Alan 2 gün 9"/>
                <w:tag w:val="Alan 2 gün 9"/>
                <w:id w:val="4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6" w:edGrp="everyone"/>
            <w:sdt>
              <w:sdtPr>
                <w:alias w:val="Alan 2 gün 10"/>
                <w:tag w:val="Alan 2 gün 10"/>
                <w:id w:val="4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7" w:edGrp="everyone"/>
            <w:sdt>
              <w:sdtPr>
                <w:alias w:val="Alan 2 gün 11"/>
                <w:tag w:val="Alan 2 gün 11"/>
                <w:id w:val="4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8" w:edGrp="everyone"/>
            <w:sdt>
              <w:sdtPr>
                <w:alias w:val="Alan 2 gün 12"/>
                <w:tag w:val="Alan 2 gün 12"/>
                <w:id w:val="4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59" w:edGrp="everyone"/>
            <w:sdt>
              <w:sdtPr>
                <w:alias w:val="Alan 2 gün 13"/>
                <w:tag w:val="Alan 2 gün 13"/>
                <w:id w:val="4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5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0" w:edGrp="everyone"/>
            <w:sdt>
              <w:sdtPr>
                <w:alias w:val="Alan 2 gün 14"/>
                <w:tag w:val="Alan 2 gün 14"/>
                <w:id w:val="42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1" w:edGrp="everyone"/>
            <w:sdt>
              <w:sdtPr>
                <w:alias w:val="Alan 2 gün 15"/>
                <w:tag w:val="Alan 2 gün 15"/>
                <w:id w:val="4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2" w:edGrp="everyone"/>
            <w:sdt>
              <w:sdtPr>
                <w:alias w:val="Alan 2 gün 16"/>
                <w:tag w:val="Alan 2 gün 16"/>
                <w:id w:val="4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3" w:edGrp="everyone"/>
            <w:sdt>
              <w:sdtPr>
                <w:alias w:val="Alan 2 gün 17"/>
                <w:tag w:val="Alan 2 gün 17"/>
                <w:id w:val="4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4" w:edGrp="everyone"/>
            <w:sdt>
              <w:sdtPr>
                <w:alias w:val="Alan 2 gün 18"/>
                <w:tag w:val="Alan 2 gün 18"/>
                <w:id w:val="4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5" w:edGrp="everyone"/>
            <w:sdt>
              <w:sdtPr>
                <w:alias w:val="Alan 2 gün 19"/>
                <w:tag w:val="Alan 2 gün 19"/>
                <w:id w:val="4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6" w:edGrp="everyone"/>
            <w:sdt>
              <w:sdtPr>
                <w:alias w:val="Alan 2 gün 20"/>
                <w:tag w:val="Alan 2 gün 20"/>
                <w:id w:val="4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7" w:edGrp="everyone"/>
            <w:sdt>
              <w:sdtPr>
                <w:alias w:val="Alan 2 gün 21"/>
                <w:tag w:val="Alan 2 gün 21"/>
                <w:id w:val="4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8" w:edGrp="everyone"/>
            <w:sdt>
              <w:sdtPr>
                <w:alias w:val="Alan 2 gün 22"/>
                <w:tag w:val="Alan 2 gün 22"/>
                <w:id w:val="4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69" w:edGrp="everyone"/>
            <w:sdt>
              <w:sdtPr>
                <w:alias w:val="Alan 2 gün 23"/>
                <w:tag w:val="Alan 2 gün 23"/>
                <w:id w:val="4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6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0" w:edGrp="everyone"/>
            <w:sdt>
              <w:sdtPr>
                <w:alias w:val="Alan 2 gün 24"/>
                <w:tag w:val="Alan 2 gün 24"/>
                <w:id w:val="4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1" w:edGrp="everyone"/>
            <w:sdt>
              <w:sdtPr>
                <w:alias w:val="Alan 2 gün 25"/>
                <w:tag w:val="Alan 2 gün 25"/>
                <w:id w:val="4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2" w:edGrp="everyone"/>
            <w:sdt>
              <w:sdtPr>
                <w:alias w:val="Alan 2 gün 26"/>
                <w:tag w:val="Alan 2 gün 26"/>
                <w:id w:val="4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3" w:edGrp="everyone"/>
            <w:sdt>
              <w:sdtPr>
                <w:alias w:val="Alan 2 gün 27"/>
                <w:tag w:val="Alan 2 gün 27"/>
                <w:id w:val="4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4" w:edGrp="everyone"/>
            <w:sdt>
              <w:sdtPr>
                <w:alias w:val="Alan 2 gün 28"/>
                <w:tag w:val="Alan 2 gün 28"/>
                <w:id w:val="4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5" w:edGrp="everyone"/>
            <w:sdt>
              <w:sdtPr>
                <w:alias w:val="Alan 2 gün 29"/>
                <w:tag w:val="Alan 2 gün 29"/>
                <w:id w:val="4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6" w:edGrp="everyone"/>
            <w:sdt>
              <w:sdtPr>
                <w:alias w:val="Alan 2 gün 30"/>
                <w:tag w:val="Alan 2 gün 30"/>
                <w:id w:val="4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7" w:edGrp="everyone"/>
            <w:sdt>
              <w:sdtPr>
                <w:alias w:val="Alan 2 gün 31"/>
                <w:tag w:val="Alan 2 gün 31"/>
                <w:id w:val="4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7"/>
          </w:p>
        </w:tc>
      </w:tr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WC / lavabolar</w:t>
            </w:r>
          </w:p>
        </w:tc>
        <w:tc>
          <w:tcPr>
            <w:tcW w:type="dxa" w:w="1146"/>
            <w:vAlign w:val="center"/>
          </w:tcPr>
          <w:p>
            <w:pPr>
              <w:spacing w:before="0" w:after="0" w:line="240" w:lineRule="auto"/>
              <w:jc w:val="left"/>
            </w:pPr>
            <w:permStart w:id="1378" w:edGrp="everyone"/>
            <w:sdt>
              <w:sdtPr>
                <w:alias w:val="Sıklık 3"/>
                <w:tag w:val="Sıklık 3"/>
                <w:id w:val="42377"/>
                <w:showingPlcHdr/>
                <w:dropDownList>
                  <w:listItem w:displayText="Günlük" w:value="Günlük"/>
                  <w:listItem w:displayText="Haftalık" w:value="Haftalık"/>
                  <w:listItem w:displayText="Aylık" w:value="Aylık"/>
                </w:dropDownList>
              </w:sdtPr>
              <w:sdtContent>
                <w:r>
                  <w:rPr>
                    <w:rStyle w:val="PlaceholderText"/>
                    <w:sz w:val="14"/>
                    <w:szCs w:val="14"/>
                  </w:rPr>
                  <w:t xml:space="preserve">       </w:t>
                </w:r>
              </w:sdtContent>
            </w:sdt>
            <w:permEnd w:id="137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79" w:edGrp="everyone"/>
            <w:sdt>
              <w:sdtPr>
                <w:alias w:val="Alan 3 gün 1"/>
                <w:tag w:val="Alan 3 gün 1"/>
                <w:id w:val="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7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0" w:edGrp="everyone"/>
            <w:sdt>
              <w:sdtPr>
                <w:alias w:val="Alan 3 gün 2"/>
                <w:tag w:val="Alan 3 gün 2"/>
                <w:id w:val="4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1" w:edGrp="everyone"/>
            <w:sdt>
              <w:sdtPr>
                <w:alias w:val="Alan 3 gün 3"/>
                <w:tag w:val="Alan 3 gün 3"/>
                <w:id w:val="4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2" w:edGrp="everyone"/>
            <w:sdt>
              <w:sdtPr>
                <w:alias w:val="Alan 3 gün 4"/>
                <w:tag w:val="Alan 3 gün 4"/>
                <w:id w:val="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3" w:edGrp="everyone"/>
            <w:sdt>
              <w:sdtPr>
                <w:alias w:val="Alan 3 gün 5"/>
                <w:tag w:val="Alan 3 gün 5"/>
                <w:id w:val="4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4" w:edGrp="everyone"/>
            <w:sdt>
              <w:sdtPr>
                <w:alias w:val="Alan 3 gün 6"/>
                <w:tag w:val="Alan 3 gün 6"/>
                <w:id w:val="4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5" w:edGrp="everyone"/>
            <w:sdt>
              <w:sdtPr>
                <w:alias w:val="Alan 3 gün 7"/>
                <w:tag w:val="Alan 3 gün 7"/>
                <w:id w:val="4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6" w:edGrp="everyone"/>
            <w:sdt>
              <w:sdtPr>
                <w:alias w:val="Alan 3 gün 8"/>
                <w:tag w:val="Alan 3 gün 8"/>
                <w:id w:val="4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7" w:edGrp="everyone"/>
            <w:sdt>
              <w:sdtPr>
                <w:alias w:val="Alan 3 gün 9"/>
                <w:tag w:val="Alan 3 gün 9"/>
                <w:id w:val="4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8" w:edGrp="everyone"/>
            <w:sdt>
              <w:sdtPr>
                <w:alias w:val="Alan 3 gün 10"/>
                <w:tag w:val="Alan 3 gün 10"/>
                <w:id w:val="42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89" w:edGrp="everyone"/>
            <w:sdt>
              <w:sdtPr>
                <w:alias w:val="Alan 3 gün 11"/>
                <w:tag w:val="Alan 3 gün 11"/>
                <w:id w:val="4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8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0" w:edGrp="everyone"/>
            <w:sdt>
              <w:sdtPr>
                <w:alias w:val="Alan 3 gün 12"/>
                <w:tag w:val="Alan 3 gün 12"/>
                <w:id w:val="4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1" w:edGrp="everyone"/>
            <w:sdt>
              <w:sdtPr>
                <w:alias w:val="Alan 3 gün 13"/>
                <w:tag w:val="Alan 3 gün 13"/>
                <w:id w:val="4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2" w:edGrp="everyone"/>
            <w:sdt>
              <w:sdtPr>
                <w:alias w:val="Alan 3 gün 14"/>
                <w:tag w:val="Alan 3 gün 14"/>
                <w:id w:val="4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3" w:edGrp="everyone"/>
            <w:sdt>
              <w:sdtPr>
                <w:alias w:val="Alan 3 gün 15"/>
                <w:tag w:val="Alan 3 gün 15"/>
                <w:id w:val="4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4" w:edGrp="everyone"/>
            <w:sdt>
              <w:sdtPr>
                <w:alias w:val="Alan 3 gün 16"/>
                <w:tag w:val="Alan 3 gün 16"/>
                <w:id w:val="4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5" w:edGrp="everyone"/>
            <w:sdt>
              <w:sdtPr>
                <w:alias w:val="Alan 3 gün 17"/>
                <w:tag w:val="Alan 3 gün 17"/>
                <w:id w:val="4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6" w:edGrp="everyone"/>
            <w:sdt>
              <w:sdtPr>
                <w:alias w:val="Alan 3 gün 18"/>
                <w:tag w:val="Alan 3 gün 18"/>
                <w:id w:val="4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7" w:edGrp="everyone"/>
            <w:sdt>
              <w:sdtPr>
                <w:alias w:val="Alan 3 gün 19"/>
                <w:tag w:val="Alan 3 gün 19"/>
                <w:id w:val="4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8" w:edGrp="everyone"/>
            <w:sdt>
              <w:sdtPr>
                <w:alias w:val="Alan 3 gün 20"/>
                <w:tag w:val="Alan 3 gün 20"/>
                <w:id w:val="4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399" w:edGrp="everyone"/>
            <w:sdt>
              <w:sdtPr>
                <w:alias w:val="Alan 3 gün 21"/>
                <w:tag w:val="Alan 3 gün 21"/>
                <w:id w:val="4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39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0" w:edGrp="everyone"/>
            <w:sdt>
              <w:sdtPr>
                <w:alias w:val="Alan 3 gün 22"/>
                <w:tag w:val="Alan 3 gün 22"/>
                <w:id w:val="4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1" w:edGrp="everyone"/>
            <w:sdt>
              <w:sdtPr>
                <w:alias w:val="Alan 3 gün 23"/>
                <w:tag w:val="Alan 3 gün 23"/>
                <w:id w:val="42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2" w:edGrp="everyone"/>
            <w:sdt>
              <w:sdtPr>
                <w:alias w:val="Alan 3 gün 24"/>
                <w:tag w:val="Alan 3 gün 24"/>
                <w:id w:val="4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3" w:edGrp="everyone"/>
            <w:sdt>
              <w:sdtPr>
                <w:alias w:val="Alan 3 gün 25"/>
                <w:tag w:val="Alan 3 gün 25"/>
                <w:id w:val="4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4" w:edGrp="everyone"/>
            <w:sdt>
              <w:sdtPr>
                <w:alias w:val="Alan 3 gün 26"/>
                <w:tag w:val="Alan 3 gün 26"/>
                <w:id w:val="4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5" w:edGrp="everyone"/>
            <w:sdt>
              <w:sdtPr>
                <w:alias w:val="Alan 3 gün 27"/>
                <w:tag w:val="Alan 3 gün 27"/>
                <w:id w:val="4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6" w:edGrp="everyone"/>
            <w:sdt>
              <w:sdtPr>
                <w:alias w:val="Alan 3 gün 28"/>
                <w:tag w:val="Alan 3 gün 28"/>
                <w:id w:val="4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7" w:edGrp="everyone"/>
            <w:sdt>
              <w:sdtPr>
                <w:alias w:val="Alan 3 gün 29"/>
                <w:tag w:val="Alan 3 gün 29"/>
                <w:id w:val="4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8" w:edGrp="everyone"/>
            <w:sdt>
              <w:sdtPr>
                <w:alias w:val="Alan 3 gün 30"/>
                <w:tag w:val="Alan 3 gün 30"/>
                <w:id w:val="4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09" w:edGrp="everyone"/>
            <w:sdt>
              <w:sdtPr>
                <w:alias w:val="Alan 3 gün 31"/>
                <w:tag w:val="Alan 3 gün 31"/>
                <w:id w:val="4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09"/>
          </w:p>
        </w:tc>
      </w:tr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İdari odalar</w:t>
            </w:r>
          </w:p>
        </w:tc>
        <w:tc>
          <w:tcPr>
            <w:tcW w:type="dxa" w:w="1146"/>
            <w:vAlign w:val="center"/>
          </w:tcPr>
          <w:p>
            <w:pPr>
              <w:spacing w:before="0" w:after="0" w:line="240" w:lineRule="auto"/>
              <w:jc w:val="left"/>
            </w:pPr>
            <w:permStart w:id="1410" w:edGrp="everyone"/>
            <w:sdt>
              <w:sdtPr>
                <w:alias w:val="Sıklık 4"/>
                <w:tag w:val="Sıklık 4"/>
                <w:id w:val="42409"/>
                <w:showingPlcHdr/>
                <w:dropDownList>
                  <w:listItem w:displayText="Günlük" w:value="Günlük"/>
                  <w:listItem w:displayText="Haftalık" w:value="Haftalık"/>
                  <w:listItem w:displayText="Aylık" w:value="Aylık"/>
                </w:dropDownList>
              </w:sdtPr>
              <w:sdtContent>
                <w:r>
                  <w:rPr>
                    <w:rStyle w:val="PlaceholderText"/>
                    <w:sz w:val="14"/>
                    <w:szCs w:val="14"/>
                  </w:rPr>
                  <w:t xml:space="preserve">       </w:t>
                </w:r>
              </w:sdtContent>
            </w:sdt>
            <w:permEnd w:id="141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1" w:edGrp="everyone"/>
            <w:sdt>
              <w:sdtPr>
                <w:alias w:val="Alan 4 gün 1"/>
                <w:tag w:val="Alan 4 gün 1"/>
                <w:id w:val="4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2" w:edGrp="everyone"/>
            <w:sdt>
              <w:sdtPr>
                <w:alias w:val="Alan 4 gün 2"/>
                <w:tag w:val="Alan 4 gün 2"/>
                <w:id w:val="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3" w:edGrp="everyone"/>
            <w:sdt>
              <w:sdtPr>
                <w:alias w:val="Alan 4 gün 3"/>
                <w:tag w:val="Alan 4 gün 3"/>
                <w:id w:val="4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4" w:edGrp="everyone"/>
            <w:sdt>
              <w:sdtPr>
                <w:alias w:val="Alan 4 gün 4"/>
                <w:tag w:val="Alan 4 gün 4"/>
                <w:id w:val="4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5" w:edGrp="everyone"/>
            <w:sdt>
              <w:sdtPr>
                <w:alias w:val="Alan 4 gün 5"/>
                <w:tag w:val="Alan 4 gün 5"/>
                <w:id w:val="4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6" w:edGrp="everyone"/>
            <w:sdt>
              <w:sdtPr>
                <w:alias w:val="Alan 4 gün 6"/>
                <w:tag w:val="Alan 4 gün 6"/>
                <w:id w:val="4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7" w:edGrp="everyone"/>
            <w:sdt>
              <w:sdtPr>
                <w:alias w:val="Alan 4 gün 7"/>
                <w:tag w:val="Alan 4 gün 7"/>
                <w:id w:val="4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8" w:edGrp="everyone"/>
            <w:sdt>
              <w:sdtPr>
                <w:alias w:val="Alan 4 gün 8"/>
                <w:tag w:val="Alan 4 gün 8"/>
                <w:id w:val="4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19" w:edGrp="everyone"/>
            <w:sdt>
              <w:sdtPr>
                <w:alias w:val="Alan 4 gün 9"/>
                <w:tag w:val="Alan 4 gün 9"/>
                <w:id w:val="4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1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0" w:edGrp="everyone"/>
            <w:sdt>
              <w:sdtPr>
                <w:alias w:val="Alan 4 gün 10"/>
                <w:tag w:val="Alan 4 gün 10"/>
                <w:id w:val="4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1" w:edGrp="everyone"/>
            <w:sdt>
              <w:sdtPr>
                <w:alias w:val="Alan 4 gün 11"/>
                <w:tag w:val="Alan 4 gün 11"/>
                <w:id w:val="4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2" w:edGrp="everyone"/>
            <w:sdt>
              <w:sdtPr>
                <w:alias w:val="Alan 4 gün 12"/>
                <w:tag w:val="Alan 4 gün 12"/>
                <w:id w:val="4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3" w:edGrp="everyone"/>
            <w:sdt>
              <w:sdtPr>
                <w:alias w:val="Alan 4 gün 13"/>
                <w:tag w:val="Alan 4 gün 13"/>
                <w:id w:val="4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4" w:edGrp="everyone"/>
            <w:sdt>
              <w:sdtPr>
                <w:alias w:val="Alan 4 gün 14"/>
                <w:tag w:val="Alan 4 gün 14"/>
                <w:id w:val="4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5" w:edGrp="everyone"/>
            <w:sdt>
              <w:sdtPr>
                <w:alias w:val="Alan 4 gün 15"/>
                <w:tag w:val="Alan 4 gün 15"/>
                <w:id w:val="4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6" w:edGrp="everyone"/>
            <w:sdt>
              <w:sdtPr>
                <w:alias w:val="Alan 4 gün 16"/>
                <w:tag w:val="Alan 4 gün 16"/>
                <w:id w:val="4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7" w:edGrp="everyone"/>
            <w:sdt>
              <w:sdtPr>
                <w:alias w:val="Alan 4 gün 17"/>
                <w:tag w:val="Alan 4 gün 17"/>
                <w:id w:val="4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8" w:edGrp="everyone"/>
            <w:sdt>
              <w:sdtPr>
                <w:alias w:val="Alan 4 gün 18"/>
                <w:tag w:val="Alan 4 gün 18"/>
                <w:id w:val="4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29" w:edGrp="everyone"/>
            <w:sdt>
              <w:sdtPr>
                <w:alias w:val="Alan 4 gün 19"/>
                <w:tag w:val="Alan 4 gün 19"/>
                <w:id w:val="4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2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0" w:edGrp="everyone"/>
            <w:sdt>
              <w:sdtPr>
                <w:alias w:val="Alan 4 gün 20"/>
                <w:tag w:val="Alan 4 gün 20"/>
                <w:id w:val="4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1" w:edGrp="everyone"/>
            <w:sdt>
              <w:sdtPr>
                <w:alias w:val="Alan 4 gün 21"/>
                <w:tag w:val="Alan 4 gün 21"/>
                <w:id w:val="4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2" w:edGrp="everyone"/>
            <w:sdt>
              <w:sdtPr>
                <w:alias w:val="Alan 4 gün 22"/>
                <w:tag w:val="Alan 4 gün 22"/>
                <w:id w:val="4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3" w:edGrp="everyone"/>
            <w:sdt>
              <w:sdtPr>
                <w:alias w:val="Alan 4 gün 23"/>
                <w:tag w:val="Alan 4 gün 23"/>
                <w:id w:val="4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4" w:edGrp="everyone"/>
            <w:sdt>
              <w:sdtPr>
                <w:alias w:val="Alan 4 gün 24"/>
                <w:tag w:val="Alan 4 gün 24"/>
                <w:id w:val="4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5" w:edGrp="everyone"/>
            <w:sdt>
              <w:sdtPr>
                <w:alias w:val="Alan 4 gün 25"/>
                <w:tag w:val="Alan 4 gün 25"/>
                <w:id w:val="4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6" w:edGrp="everyone"/>
            <w:sdt>
              <w:sdtPr>
                <w:alias w:val="Alan 4 gün 26"/>
                <w:tag w:val="Alan 4 gün 26"/>
                <w:id w:val="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7" w:edGrp="everyone"/>
            <w:sdt>
              <w:sdtPr>
                <w:alias w:val="Alan 4 gün 27"/>
                <w:tag w:val="Alan 4 gün 27"/>
                <w:id w:val="4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8" w:edGrp="everyone"/>
            <w:sdt>
              <w:sdtPr>
                <w:alias w:val="Alan 4 gün 28"/>
                <w:tag w:val="Alan 4 gün 28"/>
                <w:id w:val="4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39" w:edGrp="everyone"/>
            <w:sdt>
              <w:sdtPr>
                <w:alias w:val="Alan 4 gün 29"/>
                <w:tag w:val="Alan 4 gün 29"/>
                <w:id w:val="4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3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0" w:edGrp="everyone"/>
            <w:sdt>
              <w:sdtPr>
                <w:alias w:val="Alan 4 gün 30"/>
                <w:tag w:val="Alan 4 gün 30"/>
                <w:id w:val="4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1" w:edGrp="everyone"/>
            <w:sdt>
              <w:sdtPr>
                <w:alias w:val="Alan 4 gün 31"/>
                <w:tag w:val="Alan 4 gün 31"/>
                <w:id w:val="4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1"/>
          </w:p>
        </w:tc>
      </w:tr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Kantin / yemekhane</w:t>
            </w:r>
          </w:p>
        </w:tc>
        <w:tc>
          <w:tcPr>
            <w:tcW w:type="dxa" w:w="1146"/>
            <w:vAlign w:val="center"/>
          </w:tcPr>
          <w:p>
            <w:pPr>
              <w:spacing w:before="0" w:after="0" w:line="240" w:lineRule="auto"/>
              <w:jc w:val="left"/>
            </w:pPr>
            <w:permStart w:id="1442" w:edGrp="everyone"/>
            <w:sdt>
              <w:sdtPr>
                <w:alias w:val="Sıklık 5"/>
                <w:tag w:val="Sıklık 5"/>
                <w:id w:val="42441"/>
                <w:showingPlcHdr/>
                <w:dropDownList>
                  <w:listItem w:displayText="Günlük" w:value="Günlük"/>
                  <w:listItem w:displayText="Haftalık" w:value="Haftalık"/>
                  <w:listItem w:displayText="Aylık" w:value="Aylık"/>
                </w:dropDownList>
              </w:sdtPr>
              <w:sdtContent>
                <w:r>
                  <w:rPr>
                    <w:rStyle w:val="PlaceholderText"/>
                    <w:sz w:val="14"/>
                    <w:szCs w:val="14"/>
                  </w:rPr>
                  <w:t xml:space="preserve">       </w:t>
                </w:r>
              </w:sdtContent>
            </w:sdt>
            <w:permEnd w:id="144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3" w:edGrp="everyone"/>
            <w:sdt>
              <w:sdtPr>
                <w:alias w:val="Alan 5 gün 1"/>
                <w:tag w:val="Alan 5 gün 1"/>
                <w:id w:val="42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4" w:edGrp="everyone"/>
            <w:sdt>
              <w:sdtPr>
                <w:alias w:val="Alan 5 gün 2"/>
                <w:tag w:val="Alan 5 gün 2"/>
                <w:id w:val="4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5" w:edGrp="everyone"/>
            <w:sdt>
              <w:sdtPr>
                <w:alias w:val="Alan 5 gün 3"/>
                <w:tag w:val="Alan 5 gün 3"/>
                <w:id w:val="4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6" w:edGrp="everyone"/>
            <w:sdt>
              <w:sdtPr>
                <w:alias w:val="Alan 5 gün 4"/>
                <w:tag w:val="Alan 5 gün 4"/>
                <w:id w:val="4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7" w:edGrp="everyone"/>
            <w:sdt>
              <w:sdtPr>
                <w:alias w:val="Alan 5 gün 5"/>
                <w:tag w:val="Alan 5 gün 5"/>
                <w:id w:val="42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8" w:edGrp="everyone"/>
            <w:sdt>
              <w:sdtPr>
                <w:alias w:val="Alan 5 gün 6"/>
                <w:tag w:val="Alan 5 gün 6"/>
                <w:id w:val="4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49" w:edGrp="everyone"/>
            <w:sdt>
              <w:sdtPr>
                <w:alias w:val="Alan 5 gün 7"/>
                <w:tag w:val="Alan 5 gün 7"/>
                <w:id w:val="4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4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0" w:edGrp="everyone"/>
            <w:sdt>
              <w:sdtPr>
                <w:alias w:val="Alan 5 gün 8"/>
                <w:tag w:val="Alan 5 gün 8"/>
                <w:id w:val="4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1" w:edGrp="everyone"/>
            <w:sdt>
              <w:sdtPr>
                <w:alias w:val="Alan 5 gün 9"/>
                <w:tag w:val="Alan 5 gün 9"/>
                <w:id w:val="4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2" w:edGrp="everyone"/>
            <w:sdt>
              <w:sdtPr>
                <w:alias w:val="Alan 5 gün 10"/>
                <w:tag w:val="Alan 5 gün 10"/>
                <w:id w:val="4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3" w:edGrp="everyone"/>
            <w:sdt>
              <w:sdtPr>
                <w:alias w:val="Alan 5 gün 11"/>
                <w:tag w:val="Alan 5 gün 11"/>
                <w:id w:val="4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4" w:edGrp="everyone"/>
            <w:sdt>
              <w:sdtPr>
                <w:alias w:val="Alan 5 gün 12"/>
                <w:tag w:val="Alan 5 gün 12"/>
                <w:id w:val="4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5" w:edGrp="everyone"/>
            <w:sdt>
              <w:sdtPr>
                <w:alias w:val="Alan 5 gün 13"/>
                <w:tag w:val="Alan 5 gün 13"/>
                <w:id w:val="4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6" w:edGrp="everyone"/>
            <w:sdt>
              <w:sdtPr>
                <w:alias w:val="Alan 5 gün 14"/>
                <w:tag w:val="Alan 5 gün 14"/>
                <w:id w:val="4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7" w:edGrp="everyone"/>
            <w:sdt>
              <w:sdtPr>
                <w:alias w:val="Alan 5 gün 15"/>
                <w:tag w:val="Alan 5 gün 15"/>
                <w:id w:val="4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8" w:edGrp="everyone"/>
            <w:sdt>
              <w:sdtPr>
                <w:alias w:val="Alan 5 gün 16"/>
                <w:tag w:val="Alan 5 gün 16"/>
                <w:id w:val="4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59" w:edGrp="everyone"/>
            <w:sdt>
              <w:sdtPr>
                <w:alias w:val="Alan 5 gün 17"/>
                <w:tag w:val="Alan 5 gün 17"/>
                <w:id w:val="4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5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0" w:edGrp="everyone"/>
            <w:sdt>
              <w:sdtPr>
                <w:alias w:val="Alan 5 gün 18"/>
                <w:tag w:val="Alan 5 gün 18"/>
                <w:id w:val="4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1" w:edGrp="everyone"/>
            <w:sdt>
              <w:sdtPr>
                <w:alias w:val="Alan 5 gün 19"/>
                <w:tag w:val="Alan 5 gün 19"/>
                <w:id w:val="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2" w:edGrp="everyone"/>
            <w:sdt>
              <w:sdtPr>
                <w:alias w:val="Alan 5 gün 20"/>
                <w:tag w:val="Alan 5 gün 20"/>
                <w:id w:val="4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3" w:edGrp="everyone"/>
            <w:sdt>
              <w:sdtPr>
                <w:alias w:val="Alan 5 gün 21"/>
                <w:tag w:val="Alan 5 gün 21"/>
                <w:id w:val="4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4" w:edGrp="everyone"/>
            <w:sdt>
              <w:sdtPr>
                <w:alias w:val="Alan 5 gün 22"/>
                <w:tag w:val="Alan 5 gün 22"/>
                <w:id w:val="4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5" w:edGrp="everyone"/>
            <w:sdt>
              <w:sdtPr>
                <w:alias w:val="Alan 5 gün 23"/>
                <w:tag w:val="Alan 5 gün 23"/>
                <w:id w:val="4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6" w:edGrp="everyone"/>
            <w:sdt>
              <w:sdtPr>
                <w:alias w:val="Alan 5 gün 24"/>
                <w:tag w:val="Alan 5 gün 24"/>
                <w:id w:val="4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7" w:edGrp="everyone"/>
            <w:sdt>
              <w:sdtPr>
                <w:alias w:val="Alan 5 gün 25"/>
                <w:tag w:val="Alan 5 gün 25"/>
                <w:id w:val="4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8" w:edGrp="everyone"/>
            <w:sdt>
              <w:sdtPr>
                <w:alias w:val="Alan 5 gün 26"/>
                <w:tag w:val="Alan 5 gün 26"/>
                <w:id w:val="4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69" w:edGrp="everyone"/>
            <w:sdt>
              <w:sdtPr>
                <w:alias w:val="Alan 5 gün 27"/>
                <w:tag w:val="Alan 5 gün 27"/>
                <w:id w:val="4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6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0" w:edGrp="everyone"/>
            <w:sdt>
              <w:sdtPr>
                <w:alias w:val="Alan 5 gün 28"/>
                <w:tag w:val="Alan 5 gün 28"/>
                <w:id w:val="4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1" w:edGrp="everyone"/>
            <w:sdt>
              <w:sdtPr>
                <w:alias w:val="Alan 5 gün 29"/>
                <w:tag w:val="Alan 5 gün 29"/>
                <w:id w:val="4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2" w:edGrp="everyone"/>
            <w:sdt>
              <w:sdtPr>
                <w:alias w:val="Alan 5 gün 30"/>
                <w:tag w:val="Alan 5 gün 30"/>
                <w:id w:val="4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3" w:edGrp="everyone"/>
            <w:sdt>
              <w:sdtPr>
                <w:alias w:val="Alan 5 gün 31"/>
                <w:tag w:val="Alan 5 gün 31"/>
                <w:id w:val="4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3"/>
          </w:p>
        </w:tc>
      </w:tr>
      <w:tr>
        <w:trPr>
          <w:trHeight w:val="396" w:hRule="atLeast"/>
          <w:cantSplit/>
        </w:trPr>
        <w:tc>
          <w:tcPr>
            <w:tcW w:type="dxa" w:w="24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Bahçe / giriş</w:t>
            </w:r>
          </w:p>
        </w:tc>
        <w:tc>
          <w:tcPr>
            <w:tcW w:type="dxa" w:w="1146"/>
            <w:vAlign w:val="center"/>
          </w:tcPr>
          <w:p>
            <w:pPr>
              <w:spacing w:before="0" w:after="0" w:line="240" w:lineRule="auto"/>
              <w:jc w:val="left"/>
            </w:pPr>
            <w:permStart w:id="1474" w:edGrp="everyone"/>
            <w:sdt>
              <w:sdtPr>
                <w:alias w:val="Sıklık 6"/>
                <w:tag w:val="Sıklık 6"/>
                <w:id w:val="42473"/>
                <w:showingPlcHdr/>
                <w:dropDownList>
                  <w:listItem w:displayText="Günlük" w:value="Günlük"/>
                  <w:listItem w:displayText="Haftalık" w:value="Haftalık"/>
                  <w:listItem w:displayText="Aylık" w:value="Aylık"/>
                </w:dropDownList>
              </w:sdtPr>
              <w:sdtContent>
                <w:r>
                  <w:rPr>
                    <w:rStyle w:val="PlaceholderText"/>
                    <w:sz w:val="14"/>
                    <w:szCs w:val="14"/>
                  </w:rPr>
                  <w:t xml:space="preserve">       </w:t>
                </w:r>
              </w:sdtContent>
            </w:sdt>
            <w:permEnd w:id="147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5" w:edGrp="everyone"/>
            <w:sdt>
              <w:sdtPr>
                <w:alias w:val="Alan 6 gün 1"/>
                <w:tag w:val="Alan 6 gün 1"/>
                <w:id w:val="4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6" w:edGrp="everyone"/>
            <w:sdt>
              <w:sdtPr>
                <w:alias w:val="Alan 6 gün 2"/>
                <w:tag w:val="Alan 6 gün 2"/>
                <w:id w:val="4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7" w:edGrp="everyone"/>
            <w:sdt>
              <w:sdtPr>
                <w:alias w:val="Alan 6 gün 3"/>
                <w:tag w:val="Alan 6 gün 3"/>
                <w:id w:val="4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8" w:edGrp="everyone"/>
            <w:sdt>
              <w:sdtPr>
                <w:alias w:val="Alan 6 gün 4"/>
                <w:tag w:val="Alan 6 gün 4"/>
                <w:id w:val="4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79" w:edGrp="everyone"/>
            <w:sdt>
              <w:sdtPr>
                <w:alias w:val="Alan 6 gün 5"/>
                <w:tag w:val="Alan 6 gün 5"/>
                <w:id w:val="4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7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0" w:edGrp="everyone"/>
            <w:sdt>
              <w:sdtPr>
                <w:alias w:val="Alan 6 gün 6"/>
                <w:tag w:val="Alan 6 gün 6"/>
                <w:id w:val="4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1" w:edGrp="everyone"/>
            <w:sdt>
              <w:sdtPr>
                <w:alias w:val="Alan 6 gün 7"/>
                <w:tag w:val="Alan 6 gün 7"/>
                <w:id w:val="4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2" w:edGrp="everyone"/>
            <w:sdt>
              <w:sdtPr>
                <w:alias w:val="Alan 6 gün 8"/>
                <w:tag w:val="Alan 6 gün 8"/>
                <w:id w:val="4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3" w:edGrp="everyone"/>
            <w:sdt>
              <w:sdtPr>
                <w:alias w:val="Alan 6 gün 9"/>
                <w:tag w:val="Alan 6 gün 9"/>
                <w:id w:val="4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4" w:edGrp="everyone"/>
            <w:sdt>
              <w:sdtPr>
                <w:alias w:val="Alan 6 gün 10"/>
                <w:tag w:val="Alan 6 gün 10"/>
                <w:id w:val="4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5" w:edGrp="everyone"/>
            <w:sdt>
              <w:sdtPr>
                <w:alias w:val="Alan 6 gün 11"/>
                <w:tag w:val="Alan 6 gün 11"/>
                <w:id w:val="4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6" w:edGrp="everyone"/>
            <w:sdt>
              <w:sdtPr>
                <w:alias w:val="Alan 6 gün 12"/>
                <w:tag w:val="Alan 6 gün 12"/>
                <w:id w:val="4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7" w:edGrp="everyone"/>
            <w:sdt>
              <w:sdtPr>
                <w:alias w:val="Alan 6 gün 13"/>
                <w:tag w:val="Alan 6 gün 13"/>
                <w:id w:val="4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8" w:edGrp="everyone"/>
            <w:sdt>
              <w:sdtPr>
                <w:alias w:val="Alan 6 gün 14"/>
                <w:tag w:val="Alan 6 gün 14"/>
                <w:id w:val="4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89" w:edGrp="everyone"/>
            <w:sdt>
              <w:sdtPr>
                <w:alias w:val="Alan 6 gün 15"/>
                <w:tag w:val="Alan 6 gün 15"/>
                <w:id w:val="4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8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0" w:edGrp="everyone"/>
            <w:sdt>
              <w:sdtPr>
                <w:alias w:val="Alan 6 gün 16"/>
                <w:tag w:val="Alan 6 gün 16"/>
                <w:id w:val="4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1" w:edGrp="everyone"/>
            <w:sdt>
              <w:sdtPr>
                <w:alias w:val="Alan 6 gün 17"/>
                <w:tag w:val="Alan 6 gün 17"/>
                <w:id w:val="4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2" w:edGrp="everyone"/>
            <w:sdt>
              <w:sdtPr>
                <w:alias w:val="Alan 6 gün 18"/>
                <w:tag w:val="Alan 6 gün 18"/>
                <w:id w:val="4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3" w:edGrp="everyone"/>
            <w:sdt>
              <w:sdtPr>
                <w:alias w:val="Alan 6 gün 19"/>
                <w:tag w:val="Alan 6 gün 19"/>
                <w:id w:val="4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4" w:edGrp="everyone"/>
            <w:sdt>
              <w:sdtPr>
                <w:alias w:val="Alan 6 gün 20"/>
                <w:tag w:val="Alan 6 gün 20"/>
                <w:id w:val="4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5" w:edGrp="everyone"/>
            <w:sdt>
              <w:sdtPr>
                <w:alias w:val="Alan 6 gün 21"/>
                <w:tag w:val="Alan 6 gün 21"/>
                <w:id w:val="4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5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6" w:edGrp="everyone"/>
            <w:sdt>
              <w:sdtPr>
                <w:alias w:val="Alan 6 gün 22"/>
                <w:tag w:val="Alan 6 gün 22"/>
                <w:id w:val="4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6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7" w:edGrp="everyone"/>
            <w:sdt>
              <w:sdtPr>
                <w:alias w:val="Alan 6 gün 23"/>
                <w:tag w:val="Alan 6 gün 23"/>
                <w:id w:val="4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7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8" w:edGrp="everyone"/>
            <w:sdt>
              <w:sdtPr>
                <w:alias w:val="Alan 6 gün 24"/>
                <w:tag w:val="Alan 6 gün 24"/>
                <w:id w:val="4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8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499" w:edGrp="everyone"/>
            <w:sdt>
              <w:sdtPr>
                <w:alias w:val="Alan 6 gün 25"/>
                <w:tag w:val="Alan 6 gün 25"/>
                <w:id w:val="4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499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500" w:edGrp="everyone"/>
            <w:sdt>
              <w:sdtPr>
                <w:alias w:val="Alan 6 gün 26"/>
                <w:tag w:val="Alan 6 gün 26"/>
                <w:id w:val="4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500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501" w:edGrp="everyone"/>
            <w:sdt>
              <w:sdtPr>
                <w:alias w:val="Alan 6 gün 27"/>
                <w:tag w:val="Alan 6 gün 27"/>
                <w:id w:val="4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501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502" w:edGrp="everyone"/>
            <w:sdt>
              <w:sdtPr>
                <w:alias w:val="Alan 6 gün 28"/>
                <w:tag w:val="Alan 6 gün 28"/>
                <w:id w:val="4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502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503" w:edGrp="everyone"/>
            <w:sdt>
              <w:sdtPr>
                <w:alias w:val="Alan 6 gün 29"/>
                <w:tag w:val="Alan 6 gün 29"/>
                <w:id w:val="4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503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504" w:edGrp="everyone"/>
            <w:sdt>
              <w:sdtPr>
                <w:alias w:val="Alan 6 gün 30"/>
                <w:tag w:val="Alan 6 gün 30"/>
                <w:id w:val="4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504"/>
          </w:p>
        </w:tc>
        <w:tc>
          <w:tcPr>
            <w:tcW w:type="dxa" w:w="355"/>
            <w:vAlign w:val="center"/>
          </w:tcPr>
          <w:p>
            <w:pPr>
              <w:spacing w:before="0" w:after="0" w:line="240" w:lineRule="auto"/>
              <w:jc w:val="center"/>
            </w:pPr>
            <w:permStart w:id="1505" w:edGrp="everyone"/>
            <w:sdt>
              <w:sdtPr>
                <w:alias w:val="Alan 6 gün 31"/>
                <w:tag w:val="Alan 6 gün 31"/>
                <w:id w:val="4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permEnd w:id="150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Temizlik Sorumlusu</w:t>
            </w:r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Sekreteri</w:t>
            </w:r>
          </w:p>
        </w:tc>
      </w:tr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1506" w:edGrp="everyone"/>
            <w:sdt>
              <w:sdtPr>
                <w:alias w:val="Temizlik Sorumlusu Adı Soyadı"/>
                <w:tag w:val="Temizlik Sorumlusu Adı Soyadı"/>
                <w:id w:val="4250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506"/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1507" w:edGrp="everyone"/>
            <w:sdt>
              <w:sdtPr>
                <w:alias w:val="Yüksekokul Sekreteri Adı Soyadı"/>
                <w:tag w:val="Yüksekokul Sekreteri Adı Soyadı"/>
                <w:id w:val="4250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507"/>
          </w:p>
        </w:tc>
      </w:tr>
      <w:tr>
        <w:trPr>
          <w:trHeight w:val="850" w:hRule="atLeast"/>
          <w:cantSplit/>
        </w:trPr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Temizliği yapılan alan ve gün kutucuğu işaretlenir. Eksiklik varsa not alınır ve Yüksekokul Sekreterliğine bildirilir.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HTMYO-PFRM-240  |  Temizlik Kayıt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Temizlik Kayıt Formu</dc:title>
  <dc:subject>HTMYO-PFRM-240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