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ÖĞRETIM PLANI FORMU</w:t>
      </w:r>
    </w:p>
    <w:p>
      <w:pPr>
        <w:spacing w:before="0" w:after="80" w:line="240" w:lineRule="auto"/>
        <w:jc w:val="right"/>
      </w:pPr>
      <w:r>
        <w:rPr>
          <w:b/>
          <w:bCs/>
          <w:sz w:val="20"/>
          <w:szCs w:val="20"/>
        </w:rPr>
        <w:t xml:space="preserve">Düzenleme Tarihi: </w:t>
      </w:r>
      <w:permStart w:id="444" w:edGrp="everyone"/>
      <w:sdt>
        <w:sdtPr>
          <w:alias w:val="Düzenleme Tarihi"/>
          <w:tag w:val="Düzenleme Tarihi"/>
          <w:id w:val="41443"/>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08.10.2026</w:t>
          </w:r>
          <w:r>
            <w:rPr>
              <w:sz w:val="20"/>
              <w:szCs w:val="20"/>
            </w:rPr>
            <w:fldChar w:fldCharType="end"/>
          </w:r>
        </w:sdtContent>
      </w:sdt>
      <w:permEnd w:id="444"/>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2000"/>
        <w:gridCol w:w="2812"/>
        <w:gridCol w:w="2000"/>
        <w:gridCol w:w="2825"/>
      </w:tblGrid>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Bölüm / Program</w:t>
            </w:r>
          </w:p>
        </w:tc>
        <w:tc>
          <w:tcPr>
            <w:tcW w:type="dxa" w:w="2812"/>
            <w:vAlign w:val="center"/>
          </w:tcPr>
          <w:p>
            <w:pPr>
              <w:spacing w:before="0" w:after="0" w:line="240" w:lineRule="auto"/>
              <w:jc w:val="left"/>
            </w:pPr>
            <w:permStart w:id="80533" w:edGrp="everyone"/>
            <w:sdt>
              <w:sdtPr>
                <w:alias w:val="Program"/>
                <w:tag w:val="Program"/>
                <w:id w:val="80534"/>
                <w:showingPlcHdr/>
                <w:text w:multiLine="1"/>
              </w:sdtPr>
              <w:sdtContent>
                <w:r>
                  <w:rPr>
                    <w:rStyle w:val="PlaceholderText"/>
                    <w:sz w:val="18"/>
                    <w:szCs w:val="18"/>
                  </w:rPr>
                  <w:t xml:space="preserve">                      </w:t>
                </w:r>
              </w:sdtContent>
            </w:sdt>
            <w:permEnd w:id="80533"/>
          </w:p>
        </w:tc>
        <w:tc>
          <w:tcPr>
            <w:tcW w:type="dxa" w:w="2000"/>
            <w:shd w:val="clear" w:color="auto" w:fill="ECE9F5"/>
            <w:vAlign w:val="center"/>
          </w:tcPr>
          <w:p>
            <w:pPr>
              <w:spacing w:before="0" w:after="0" w:line="240" w:lineRule="auto"/>
              <w:jc w:val="left"/>
            </w:pPr>
            <w:r>
              <w:rPr>
                <w:b/>
                <w:bCs/>
                <w:sz w:val="18"/>
                <w:szCs w:val="18"/>
              </w:rPr>
              <w:t xml:space="preserve">Uygulanacağı eğitim-öğretim yılı</w:t>
            </w:r>
          </w:p>
        </w:tc>
        <w:tc>
          <w:tcPr>
            <w:tcW w:type="dxa" w:w="2825"/>
            <w:vAlign w:val="center"/>
          </w:tcPr>
          <w:p>
            <w:pPr>
              <w:spacing w:before="0" w:after="0" w:line="240" w:lineRule="auto"/>
              <w:jc w:val="left"/>
            </w:pPr>
            <w:permStart w:id="80535" w:edGrp="everyone"/>
            <w:sdt>
              <w:sdtPr>
                <w:alias w:val="Yıl"/>
                <w:tag w:val="Yıl"/>
                <w:id w:val="80536"/>
                <w:showingPlcHdr/>
                <w:text w:multiLine="1"/>
              </w:sdtPr>
              <w:sdtContent>
                <w:r>
                  <w:rPr>
                    <w:rStyle w:val="PlaceholderText"/>
                    <w:sz w:val="18"/>
                    <w:szCs w:val="18"/>
                  </w:rPr>
                  <w:t xml:space="preserve">                      </w:t>
                </w:r>
              </w:sdtContent>
            </w:sdt>
            <w:permEnd w:id="80535"/>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Değişiklik türü</w:t>
            </w:r>
          </w:p>
        </w:tc>
        <w:tc>
          <w:tcPr>
            <w:tcW w:type="dxa" w:w="2812"/>
            <w:vAlign w:val="center"/>
          </w:tcPr>
          <w:p>
            <w:pPr>
              <w:spacing w:before="0" w:after="0" w:line="240" w:lineRule="auto"/>
              <w:jc w:val="left"/>
            </w:pPr>
            <w:permStart w:id="80527" w:edGrp="everyone"/>
            <w:sdt>
              <w:sdtPr>
                <w:alias w:val="Yeni plan"/>
                <w:tag w:val="Yeni plan"/>
                <w:id w:val="8052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527"/>
            <w:r>
              <w:rPr>
                <w:sz w:val="19"/>
                <w:szCs w:val="19"/>
              </w:rPr>
              <w:t xml:space="preserve"> Yeni plan    </w:t>
            </w:r>
            <w:permStart w:id="80529" w:edGrp="everyone"/>
            <w:sdt>
              <w:sdtPr>
                <w:alias w:val="Güncelleme"/>
                <w:tag w:val="Güncelleme"/>
                <w:id w:val="8053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529"/>
            <w:r>
              <w:rPr>
                <w:sz w:val="19"/>
                <w:szCs w:val="19"/>
              </w:rPr>
              <w:t xml:space="preserve"> Güncelleme    </w:t>
            </w:r>
            <w:permStart w:id="80531" w:edGrp="everyone"/>
            <w:sdt>
              <w:sdtPr>
                <w:alias w:val="Ders ekleme"/>
                <w:tag w:val="Ders ekleme"/>
                <w:id w:val="80532"/>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531"/>
            <w:r>
              <w:rPr>
                <w:sz w:val="19"/>
                <w:szCs w:val="19"/>
              </w:rPr>
              <w:t xml:space="preserve"> Ders ekleme/çıkarma    </w:t>
            </w:r>
          </w:p>
        </w:tc>
        <w:tc>
          <w:tcPr>
            <w:tcW w:type="dxa" w:w="2000"/>
            <w:shd w:val="clear" w:color="auto" w:fill="ECE9F5"/>
            <w:vAlign w:val="center"/>
          </w:tcPr>
          <w:p>
            <w:pPr>
              <w:spacing w:before="0" w:after="0" w:line="240" w:lineRule="auto"/>
              <w:jc w:val="left"/>
            </w:pPr>
            <w:r>
              <w:rPr>
                <w:b/>
                <w:bCs/>
                <w:sz w:val="18"/>
                <w:szCs w:val="18"/>
              </w:rPr>
              <w:t xml:space="preserve">Toplam AKTS (mezuniyet)</w:t>
            </w:r>
          </w:p>
        </w:tc>
        <w:tc>
          <w:tcPr>
            <w:tcW w:type="dxa" w:w="2825"/>
            <w:vAlign w:val="center"/>
          </w:tcPr>
          <w:p>
            <w:pPr>
              <w:spacing w:before="0" w:after="0" w:line="240" w:lineRule="auto"/>
              <w:jc w:val="left"/>
            </w:pPr>
            <w:permStart w:id="80537" w:edGrp="everyone"/>
            <w:sdt>
              <w:sdtPr>
                <w:alias w:val="Toplam AKTS"/>
                <w:tag w:val="Toplam AKTS"/>
                <w:id w:val="80538"/>
                <w:showingPlcHdr/>
                <w:text w:multiLine="1"/>
              </w:sdtPr>
              <w:sdtContent>
                <w:r>
                  <w:rPr>
                    <w:rStyle w:val="PlaceholderText"/>
                    <w:sz w:val="18"/>
                    <w:szCs w:val="18"/>
                  </w:rPr>
                  <w:t xml:space="preserve">                      </w:t>
                </w:r>
              </w:sdtContent>
            </w:sdt>
            <w:permEnd w:id="80537"/>
          </w:p>
        </w:tc>
      </w:tr>
    </w:tbl>
    <w:p>
      <w:pPr>
        <w:spacing w:before="0" w:after="40" w:line="240" w:lineRule="auto"/>
        <w:jc w:val="both"/>
      </w:pPr>
      <w:r>
        <w:rPr>
          <w:i/>
          <w:iCs/>
          <w:color w:val="595959"/>
          <w:sz w:val="16"/>
          <w:szCs w:val="16"/>
        </w:rPr>
        <w:t xml:space="preserve">Her yarıyıl seçmeli dersler dâhil en az 30 AKTS olarak planlanır; ön lisans için mezuniyet toplamı en az 120 AKTS'dir. Ortak zorunlu dersler (Atatürk İlkeleri ve İnkılap Tarihi, Türk Dili, Yabancı Dil) iki yarıyılda haftada iki saat kredili olarak yer alır. Bir AKTS 25-30 saat iş yüküdür.</w:t>
      </w:r>
    </w:p>
    <w:p>
      <w:pPr>
        <w:spacing w:before="0" w:after="0" w:line="120" w:lineRule="exact"/>
      </w:pPr>
    </w:p>
    <w:p>
      <w:pPr>
        <w:keepNext/>
        <w:spacing w:before="0" w:after="40" w:line="240" w:lineRule="auto"/>
        <w:jc w:val="left"/>
      </w:pPr>
      <w:r>
        <w:rPr>
          <w:b/>
          <w:bCs/>
          <w:sz w:val="19"/>
          <w:szCs w:val="19"/>
        </w:rPr>
        <w:t xml:space="preserve">1. YARIYIL</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500"/>
        <w:gridCol w:w="1300"/>
        <w:gridCol w:w="3837"/>
        <w:gridCol w:w="900"/>
        <w:gridCol w:w="800"/>
        <w:gridCol w:w="800"/>
        <w:gridCol w:w="600"/>
        <w:gridCol w:w="900"/>
      </w:tblGrid>
      <w:tr>
        <w:trPr>
          <w:trHeight w:val="351" w:hRule="atLeast"/>
          <w:cantSplit/>
        </w:trPr>
        <w:tc>
          <w:tcPr>
            <w:tcW w:type="dxa" w:w="500"/>
            <w:shd w:val="clear" w:color="auto" w:fill="D9D2EC"/>
            <w:vAlign w:val="center"/>
          </w:tcPr>
          <w:p>
            <w:pPr>
              <w:spacing w:before="0" w:after="0" w:line="240" w:lineRule="auto"/>
              <w:jc w:val="center"/>
            </w:pPr>
            <w:r>
              <w:rPr>
                <w:b/>
                <w:bCs/>
                <w:sz w:val="18"/>
                <w:szCs w:val="18"/>
              </w:rPr>
              <w:t xml:space="preserve">Sıra</w:t>
            </w:r>
          </w:p>
        </w:tc>
        <w:tc>
          <w:tcPr>
            <w:tcW w:type="dxa" w:w="1300"/>
            <w:shd w:val="clear" w:color="auto" w:fill="D9D2EC"/>
            <w:vAlign w:val="center"/>
          </w:tcPr>
          <w:p>
            <w:pPr>
              <w:spacing w:before="0" w:after="0" w:line="240" w:lineRule="auto"/>
              <w:jc w:val="center"/>
            </w:pPr>
            <w:r>
              <w:rPr>
                <w:b/>
                <w:bCs/>
                <w:sz w:val="18"/>
                <w:szCs w:val="18"/>
              </w:rPr>
              <w:t xml:space="preserve">Ders Kodu</w:t>
            </w:r>
          </w:p>
        </w:tc>
        <w:tc>
          <w:tcPr>
            <w:tcW w:type="dxa" w:w="3837"/>
            <w:shd w:val="clear" w:color="auto" w:fill="D9D2EC"/>
            <w:vAlign w:val="center"/>
          </w:tcPr>
          <w:p>
            <w:pPr>
              <w:spacing w:before="0" w:after="0" w:line="240" w:lineRule="auto"/>
              <w:jc w:val="center"/>
            </w:pPr>
            <w:r>
              <w:rPr>
                <w:b/>
                <w:bCs/>
                <w:sz w:val="18"/>
                <w:szCs w:val="18"/>
              </w:rPr>
              <w:t xml:space="preserve">Ders Adı</w:t>
            </w:r>
          </w:p>
        </w:tc>
        <w:tc>
          <w:tcPr>
            <w:tcW w:type="dxa" w:w="900"/>
            <w:shd w:val="clear" w:color="auto" w:fill="D9D2EC"/>
            <w:vAlign w:val="center"/>
          </w:tcPr>
          <w:p>
            <w:pPr>
              <w:spacing w:before="0" w:after="0" w:line="240" w:lineRule="auto"/>
              <w:jc w:val="center"/>
            </w:pPr>
            <w:r>
              <w:rPr>
                <w:b/>
                <w:bCs/>
                <w:sz w:val="18"/>
                <w:szCs w:val="18"/>
              </w:rPr>
              <w:t xml:space="preserve">T-U-L</w:t>
            </w:r>
          </w:p>
        </w:tc>
        <w:tc>
          <w:tcPr>
            <w:tcW w:type="dxa" w:w="800"/>
            <w:shd w:val="clear" w:color="auto" w:fill="D9D2EC"/>
            <w:vAlign w:val="center"/>
          </w:tcPr>
          <w:p>
            <w:pPr>
              <w:spacing w:before="0" w:after="0" w:line="240" w:lineRule="auto"/>
              <w:jc w:val="center"/>
            </w:pPr>
            <w:r>
              <w:rPr>
                <w:b/>
                <w:bCs/>
                <w:sz w:val="18"/>
                <w:szCs w:val="18"/>
              </w:rPr>
              <w:t xml:space="preserve">Kredi</w:t>
            </w:r>
          </w:p>
        </w:tc>
        <w:tc>
          <w:tcPr>
            <w:tcW w:type="dxa" w:w="800"/>
            <w:shd w:val="clear" w:color="auto" w:fill="D9D2EC"/>
            <w:vAlign w:val="center"/>
          </w:tcPr>
          <w:p>
            <w:pPr>
              <w:spacing w:before="0" w:after="0" w:line="240" w:lineRule="auto"/>
              <w:jc w:val="center"/>
            </w:pPr>
            <w:r>
              <w:rPr>
                <w:b/>
                <w:bCs/>
                <w:sz w:val="18"/>
                <w:szCs w:val="18"/>
              </w:rPr>
              <w:t xml:space="preserve">AKTS</w:t>
            </w:r>
          </w:p>
        </w:tc>
        <w:tc>
          <w:tcPr>
            <w:tcW w:type="dxa" w:w="600"/>
            <w:shd w:val="clear" w:color="auto" w:fill="D9D2EC"/>
            <w:vAlign w:val="center"/>
          </w:tcPr>
          <w:p>
            <w:pPr>
              <w:spacing w:before="0" w:after="0" w:line="240" w:lineRule="auto"/>
              <w:jc w:val="center"/>
            </w:pPr>
            <w:r>
              <w:rPr>
                <w:b/>
                <w:bCs/>
                <w:sz w:val="18"/>
                <w:szCs w:val="18"/>
              </w:rPr>
              <w:t xml:space="preserve">Z/S</w:t>
            </w:r>
          </w:p>
        </w:tc>
        <w:tc>
          <w:tcPr>
            <w:tcW w:type="dxa" w:w="900"/>
            <w:shd w:val="clear" w:color="auto" w:fill="D9D2EC"/>
            <w:vAlign w:val="center"/>
          </w:tcPr>
          <w:p>
            <w:pPr>
              <w:spacing w:before="0" w:after="0" w:line="240" w:lineRule="auto"/>
              <w:jc w:val="center"/>
            </w:pPr>
            <w:r>
              <w:rPr>
                <w:b/>
                <w:bCs/>
                <w:sz w:val="18"/>
                <w:szCs w:val="18"/>
              </w:rPr>
              <w:t xml:space="preserve">Ön Koşul</w:t>
            </w:r>
          </w:p>
        </w:tc>
      </w:tr>
      <w:tr>
        <w:trPr>
          <w:trHeight w:val="300" w:hRule="atLeast"/>
          <w:cantSplit/>
        </w:trPr>
        <w:tc>
          <w:tcPr>
            <w:tcW w:type="dxa" w:w="500"/>
            <w:vAlign w:val="center"/>
          </w:tcPr>
          <w:p>
            <w:pPr>
              <w:spacing w:before="0" w:after="0" w:line="240" w:lineRule="auto"/>
              <w:jc w:val="center"/>
            </w:pPr>
            <w:r>
              <w:rPr>
                <w:sz w:val="18"/>
                <w:szCs w:val="18"/>
              </w:rPr>
              <w:t xml:space="preserve">1</w:t>
            </w:r>
          </w:p>
        </w:tc>
        <w:tc>
          <w:tcPr>
            <w:tcW w:type="dxa" w:w="1300"/>
            <w:vAlign w:val="center"/>
          </w:tcPr>
          <w:p>
            <w:pPr>
              <w:spacing w:before="0" w:after="0" w:line="240" w:lineRule="auto"/>
              <w:jc w:val="left"/>
            </w:pPr>
            <w:permStart w:id="80539" w:edGrp="everyone"/>
            <w:sdt>
              <w:sdtPr>
                <w:alias w:val="Ders Kodu 1"/>
                <w:tag w:val="Ders Kodu 1"/>
                <w:id w:val="80540"/>
                <w:showingPlcHdr/>
                <w:text w:multiLine="1"/>
              </w:sdtPr>
              <w:sdtContent>
                <w:r>
                  <w:rPr>
                    <w:rStyle w:val="PlaceholderText"/>
                    <w:sz w:val="18"/>
                    <w:szCs w:val="18"/>
                  </w:rPr>
                  <w:t xml:space="preserve">      </w:t>
                </w:r>
              </w:sdtContent>
            </w:sdt>
            <w:permEnd w:id="80539"/>
          </w:p>
        </w:tc>
        <w:tc>
          <w:tcPr>
            <w:tcW w:type="dxa" w:w="3837"/>
            <w:vAlign w:val="center"/>
          </w:tcPr>
          <w:p>
            <w:pPr>
              <w:spacing w:before="0" w:after="0" w:line="240" w:lineRule="auto"/>
              <w:jc w:val="left"/>
            </w:pPr>
            <w:permStart w:id="80541" w:edGrp="everyone"/>
            <w:sdt>
              <w:sdtPr>
                <w:alias w:val="Ders Adı 1"/>
                <w:tag w:val="Ders Adı 1"/>
                <w:id w:val="80542"/>
                <w:showingPlcHdr/>
                <w:text w:multiLine="1"/>
              </w:sdtPr>
              <w:sdtContent>
                <w:r>
                  <w:rPr>
                    <w:rStyle w:val="PlaceholderText"/>
                    <w:sz w:val="18"/>
                    <w:szCs w:val="18"/>
                  </w:rPr>
                  <w:t xml:space="preserve">                </w:t>
                </w:r>
              </w:sdtContent>
            </w:sdt>
            <w:permEnd w:id="80541"/>
          </w:p>
        </w:tc>
        <w:tc>
          <w:tcPr>
            <w:tcW w:type="dxa" w:w="900"/>
            <w:vAlign w:val="center"/>
          </w:tcPr>
          <w:p>
            <w:pPr>
              <w:spacing w:before="0" w:after="0" w:line="240" w:lineRule="auto"/>
              <w:jc w:val="left"/>
            </w:pPr>
            <w:permStart w:id="80543" w:edGrp="everyone"/>
            <w:sdt>
              <w:sdtPr>
                <w:alias w:val="T-U-L 1"/>
                <w:tag w:val="T-U-L 1"/>
                <w:id w:val="80544"/>
                <w:showingPlcHdr/>
                <w:text w:multiLine="1"/>
              </w:sdtPr>
              <w:sdtContent>
                <w:r>
                  <w:rPr>
                    <w:rStyle w:val="PlaceholderText"/>
                    <w:sz w:val="18"/>
                    <w:szCs w:val="18"/>
                  </w:rPr>
                  <w:t xml:space="preserve">      </w:t>
                </w:r>
              </w:sdtContent>
            </w:sdt>
            <w:permEnd w:id="80543"/>
          </w:p>
        </w:tc>
        <w:tc>
          <w:tcPr>
            <w:tcW w:type="dxa" w:w="800"/>
            <w:vAlign w:val="center"/>
          </w:tcPr>
          <w:p>
            <w:pPr>
              <w:spacing w:before="0" w:after="0" w:line="240" w:lineRule="auto"/>
              <w:jc w:val="left"/>
            </w:pPr>
            <w:permStart w:id="80545" w:edGrp="everyone"/>
            <w:sdt>
              <w:sdtPr>
                <w:alias w:val="Kredi 1"/>
                <w:tag w:val="Kredi 1"/>
                <w:id w:val="80546"/>
                <w:showingPlcHdr/>
                <w:text w:multiLine="1"/>
              </w:sdtPr>
              <w:sdtContent>
                <w:r>
                  <w:rPr>
                    <w:rStyle w:val="PlaceholderText"/>
                    <w:sz w:val="18"/>
                    <w:szCs w:val="18"/>
                  </w:rPr>
                  <w:t xml:space="preserve">      </w:t>
                </w:r>
              </w:sdtContent>
            </w:sdt>
            <w:permEnd w:id="80545"/>
          </w:p>
        </w:tc>
        <w:tc>
          <w:tcPr>
            <w:tcW w:type="dxa" w:w="800"/>
            <w:vAlign w:val="center"/>
          </w:tcPr>
          <w:p>
            <w:pPr>
              <w:spacing w:before="0" w:after="0" w:line="240" w:lineRule="auto"/>
              <w:jc w:val="left"/>
            </w:pPr>
            <w:permStart w:id="80547" w:edGrp="everyone"/>
            <w:sdt>
              <w:sdtPr>
                <w:alias w:val="AKTS 1"/>
                <w:tag w:val="AKTS 1"/>
                <w:id w:val="80548"/>
                <w:showingPlcHdr/>
                <w:text w:multiLine="1"/>
              </w:sdtPr>
              <w:sdtContent>
                <w:r>
                  <w:rPr>
                    <w:rStyle w:val="PlaceholderText"/>
                    <w:sz w:val="18"/>
                    <w:szCs w:val="18"/>
                  </w:rPr>
                  <w:t xml:space="preserve">      </w:t>
                </w:r>
              </w:sdtContent>
            </w:sdt>
            <w:permEnd w:id="80547"/>
          </w:p>
        </w:tc>
        <w:tc>
          <w:tcPr>
            <w:tcW w:type="dxa" w:w="600"/>
            <w:vAlign w:val="center"/>
          </w:tcPr>
          <w:p>
            <w:pPr>
              <w:spacing w:before="0" w:after="0" w:line="240" w:lineRule="auto"/>
              <w:jc w:val="left"/>
            </w:pPr>
            <w:permStart w:id="80549" w:edGrp="everyone"/>
            <w:sdt>
              <w:sdtPr>
                <w:alias w:val="Z/S 1"/>
                <w:tag w:val="Z/S 1"/>
                <w:id w:val="80550"/>
                <w:showingPlcHdr/>
                <w:text w:multiLine="1"/>
              </w:sdtPr>
              <w:sdtContent>
                <w:r>
                  <w:rPr>
                    <w:rStyle w:val="PlaceholderText"/>
                    <w:sz w:val="18"/>
                    <w:szCs w:val="18"/>
                  </w:rPr>
                  <w:t xml:space="preserve">      </w:t>
                </w:r>
              </w:sdtContent>
            </w:sdt>
            <w:permEnd w:id="80549"/>
          </w:p>
        </w:tc>
        <w:tc>
          <w:tcPr>
            <w:tcW w:type="dxa" w:w="900"/>
            <w:vAlign w:val="center"/>
          </w:tcPr>
          <w:p>
            <w:pPr>
              <w:spacing w:before="0" w:after="0" w:line="240" w:lineRule="auto"/>
              <w:jc w:val="left"/>
            </w:pPr>
            <w:permStart w:id="80551" w:edGrp="everyone"/>
            <w:sdt>
              <w:sdtPr>
                <w:alias w:val="Ön Koşul 1"/>
                <w:tag w:val="Ön Koşul 1"/>
                <w:id w:val="80552"/>
                <w:showingPlcHdr/>
                <w:text w:multiLine="1"/>
              </w:sdtPr>
              <w:sdtContent>
                <w:r>
                  <w:rPr>
                    <w:rStyle w:val="PlaceholderText"/>
                    <w:sz w:val="18"/>
                    <w:szCs w:val="18"/>
                  </w:rPr>
                  <w:t xml:space="preserve">      </w:t>
                </w:r>
              </w:sdtContent>
            </w:sdt>
            <w:permEnd w:id="80551"/>
          </w:p>
        </w:tc>
      </w:tr>
      <w:tr>
        <w:trPr>
          <w:trHeight w:val="300" w:hRule="atLeast"/>
          <w:cantSplit/>
        </w:trPr>
        <w:tc>
          <w:tcPr>
            <w:tcW w:type="dxa" w:w="500"/>
            <w:vAlign w:val="center"/>
          </w:tcPr>
          <w:p>
            <w:pPr>
              <w:spacing w:before="0" w:after="0" w:line="240" w:lineRule="auto"/>
              <w:jc w:val="center"/>
            </w:pPr>
            <w:r>
              <w:rPr>
                <w:sz w:val="18"/>
                <w:szCs w:val="18"/>
              </w:rPr>
              <w:t xml:space="preserve">2</w:t>
            </w:r>
          </w:p>
        </w:tc>
        <w:tc>
          <w:tcPr>
            <w:tcW w:type="dxa" w:w="1300"/>
            <w:vAlign w:val="center"/>
          </w:tcPr>
          <w:p>
            <w:pPr>
              <w:spacing w:before="0" w:after="0" w:line="240" w:lineRule="auto"/>
              <w:jc w:val="left"/>
            </w:pPr>
            <w:permStart w:id="80553" w:edGrp="everyone"/>
            <w:sdt>
              <w:sdtPr>
                <w:alias w:val="Ders Kodu 2"/>
                <w:tag w:val="Ders Kodu 2"/>
                <w:id w:val="80554"/>
                <w:showingPlcHdr/>
                <w:text w:multiLine="1"/>
              </w:sdtPr>
              <w:sdtContent>
                <w:r>
                  <w:rPr>
                    <w:rStyle w:val="PlaceholderText"/>
                    <w:sz w:val="18"/>
                    <w:szCs w:val="18"/>
                  </w:rPr>
                  <w:t xml:space="preserve">      </w:t>
                </w:r>
              </w:sdtContent>
            </w:sdt>
            <w:permEnd w:id="80553"/>
          </w:p>
        </w:tc>
        <w:tc>
          <w:tcPr>
            <w:tcW w:type="dxa" w:w="3837"/>
            <w:vAlign w:val="center"/>
          </w:tcPr>
          <w:p>
            <w:pPr>
              <w:spacing w:before="0" w:after="0" w:line="240" w:lineRule="auto"/>
              <w:jc w:val="left"/>
            </w:pPr>
            <w:permStart w:id="80555" w:edGrp="everyone"/>
            <w:sdt>
              <w:sdtPr>
                <w:alias w:val="Ders Adı 2"/>
                <w:tag w:val="Ders Adı 2"/>
                <w:id w:val="80556"/>
                <w:showingPlcHdr/>
                <w:text w:multiLine="1"/>
              </w:sdtPr>
              <w:sdtContent>
                <w:r>
                  <w:rPr>
                    <w:rStyle w:val="PlaceholderText"/>
                    <w:sz w:val="18"/>
                    <w:szCs w:val="18"/>
                  </w:rPr>
                  <w:t xml:space="preserve">                </w:t>
                </w:r>
              </w:sdtContent>
            </w:sdt>
            <w:permEnd w:id="80555"/>
          </w:p>
        </w:tc>
        <w:tc>
          <w:tcPr>
            <w:tcW w:type="dxa" w:w="900"/>
            <w:vAlign w:val="center"/>
          </w:tcPr>
          <w:p>
            <w:pPr>
              <w:spacing w:before="0" w:after="0" w:line="240" w:lineRule="auto"/>
              <w:jc w:val="left"/>
            </w:pPr>
            <w:permStart w:id="80557" w:edGrp="everyone"/>
            <w:sdt>
              <w:sdtPr>
                <w:alias w:val="T-U-L 2"/>
                <w:tag w:val="T-U-L 2"/>
                <w:id w:val="80558"/>
                <w:showingPlcHdr/>
                <w:text w:multiLine="1"/>
              </w:sdtPr>
              <w:sdtContent>
                <w:r>
                  <w:rPr>
                    <w:rStyle w:val="PlaceholderText"/>
                    <w:sz w:val="18"/>
                    <w:szCs w:val="18"/>
                  </w:rPr>
                  <w:t xml:space="preserve">      </w:t>
                </w:r>
              </w:sdtContent>
            </w:sdt>
            <w:permEnd w:id="80557"/>
          </w:p>
        </w:tc>
        <w:tc>
          <w:tcPr>
            <w:tcW w:type="dxa" w:w="800"/>
            <w:vAlign w:val="center"/>
          </w:tcPr>
          <w:p>
            <w:pPr>
              <w:spacing w:before="0" w:after="0" w:line="240" w:lineRule="auto"/>
              <w:jc w:val="left"/>
            </w:pPr>
            <w:permStart w:id="80559" w:edGrp="everyone"/>
            <w:sdt>
              <w:sdtPr>
                <w:alias w:val="Kredi 2"/>
                <w:tag w:val="Kredi 2"/>
                <w:id w:val="80560"/>
                <w:showingPlcHdr/>
                <w:text w:multiLine="1"/>
              </w:sdtPr>
              <w:sdtContent>
                <w:r>
                  <w:rPr>
                    <w:rStyle w:val="PlaceholderText"/>
                    <w:sz w:val="18"/>
                    <w:szCs w:val="18"/>
                  </w:rPr>
                  <w:t xml:space="preserve">      </w:t>
                </w:r>
              </w:sdtContent>
            </w:sdt>
            <w:permEnd w:id="80559"/>
          </w:p>
        </w:tc>
        <w:tc>
          <w:tcPr>
            <w:tcW w:type="dxa" w:w="800"/>
            <w:vAlign w:val="center"/>
          </w:tcPr>
          <w:p>
            <w:pPr>
              <w:spacing w:before="0" w:after="0" w:line="240" w:lineRule="auto"/>
              <w:jc w:val="left"/>
            </w:pPr>
            <w:permStart w:id="80561" w:edGrp="everyone"/>
            <w:sdt>
              <w:sdtPr>
                <w:alias w:val="AKTS 2"/>
                <w:tag w:val="AKTS 2"/>
                <w:id w:val="80562"/>
                <w:showingPlcHdr/>
                <w:text w:multiLine="1"/>
              </w:sdtPr>
              <w:sdtContent>
                <w:r>
                  <w:rPr>
                    <w:rStyle w:val="PlaceholderText"/>
                    <w:sz w:val="18"/>
                    <w:szCs w:val="18"/>
                  </w:rPr>
                  <w:t xml:space="preserve">      </w:t>
                </w:r>
              </w:sdtContent>
            </w:sdt>
            <w:permEnd w:id="80561"/>
          </w:p>
        </w:tc>
        <w:tc>
          <w:tcPr>
            <w:tcW w:type="dxa" w:w="600"/>
            <w:vAlign w:val="center"/>
          </w:tcPr>
          <w:p>
            <w:pPr>
              <w:spacing w:before="0" w:after="0" w:line="240" w:lineRule="auto"/>
              <w:jc w:val="left"/>
            </w:pPr>
            <w:permStart w:id="80563" w:edGrp="everyone"/>
            <w:sdt>
              <w:sdtPr>
                <w:alias w:val="Z/S 2"/>
                <w:tag w:val="Z/S 2"/>
                <w:id w:val="80564"/>
                <w:showingPlcHdr/>
                <w:text w:multiLine="1"/>
              </w:sdtPr>
              <w:sdtContent>
                <w:r>
                  <w:rPr>
                    <w:rStyle w:val="PlaceholderText"/>
                    <w:sz w:val="18"/>
                    <w:szCs w:val="18"/>
                  </w:rPr>
                  <w:t xml:space="preserve">      </w:t>
                </w:r>
              </w:sdtContent>
            </w:sdt>
            <w:permEnd w:id="80563"/>
          </w:p>
        </w:tc>
        <w:tc>
          <w:tcPr>
            <w:tcW w:type="dxa" w:w="900"/>
            <w:vAlign w:val="center"/>
          </w:tcPr>
          <w:p>
            <w:pPr>
              <w:spacing w:before="0" w:after="0" w:line="240" w:lineRule="auto"/>
              <w:jc w:val="left"/>
            </w:pPr>
            <w:permStart w:id="80565" w:edGrp="everyone"/>
            <w:sdt>
              <w:sdtPr>
                <w:alias w:val="Ön Koşul 2"/>
                <w:tag w:val="Ön Koşul 2"/>
                <w:id w:val="80566"/>
                <w:showingPlcHdr/>
                <w:text w:multiLine="1"/>
              </w:sdtPr>
              <w:sdtContent>
                <w:r>
                  <w:rPr>
                    <w:rStyle w:val="PlaceholderText"/>
                    <w:sz w:val="18"/>
                    <w:szCs w:val="18"/>
                  </w:rPr>
                  <w:t xml:space="preserve">      </w:t>
                </w:r>
              </w:sdtContent>
            </w:sdt>
            <w:permEnd w:id="80565"/>
          </w:p>
        </w:tc>
      </w:tr>
      <w:tr>
        <w:trPr>
          <w:trHeight w:val="300" w:hRule="atLeast"/>
          <w:cantSplit/>
        </w:trPr>
        <w:tc>
          <w:tcPr>
            <w:tcW w:type="dxa" w:w="500"/>
            <w:vAlign w:val="center"/>
          </w:tcPr>
          <w:p>
            <w:pPr>
              <w:spacing w:before="0" w:after="0" w:line="240" w:lineRule="auto"/>
              <w:jc w:val="center"/>
            </w:pPr>
            <w:r>
              <w:rPr>
                <w:sz w:val="18"/>
                <w:szCs w:val="18"/>
              </w:rPr>
              <w:t xml:space="preserve">3</w:t>
            </w:r>
          </w:p>
        </w:tc>
        <w:tc>
          <w:tcPr>
            <w:tcW w:type="dxa" w:w="1300"/>
            <w:vAlign w:val="center"/>
          </w:tcPr>
          <w:p>
            <w:pPr>
              <w:spacing w:before="0" w:after="0" w:line="240" w:lineRule="auto"/>
              <w:jc w:val="left"/>
            </w:pPr>
            <w:permStart w:id="80567" w:edGrp="everyone"/>
            <w:sdt>
              <w:sdtPr>
                <w:alias w:val="Ders Kodu 3"/>
                <w:tag w:val="Ders Kodu 3"/>
                <w:id w:val="80568"/>
                <w:showingPlcHdr/>
                <w:text w:multiLine="1"/>
              </w:sdtPr>
              <w:sdtContent>
                <w:r>
                  <w:rPr>
                    <w:rStyle w:val="PlaceholderText"/>
                    <w:sz w:val="18"/>
                    <w:szCs w:val="18"/>
                  </w:rPr>
                  <w:t xml:space="preserve">      </w:t>
                </w:r>
              </w:sdtContent>
            </w:sdt>
            <w:permEnd w:id="80567"/>
          </w:p>
        </w:tc>
        <w:tc>
          <w:tcPr>
            <w:tcW w:type="dxa" w:w="3837"/>
            <w:vAlign w:val="center"/>
          </w:tcPr>
          <w:p>
            <w:pPr>
              <w:spacing w:before="0" w:after="0" w:line="240" w:lineRule="auto"/>
              <w:jc w:val="left"/>
            </w:pPr>
            <w:permStart w:id="80569" w:edGrp="everyone"/>
            <w:sdt>
              <w:sdtPr>
                <w:alias w:val="Ders Adı 3"/>
                <w:tag w:val="Ders Adı 3"/>
                <w:id w:val="80570"/>
                <w:showingPlcHdr/>
                <w:text w:multiLine="1"/>
              </w:sdtPr>
              <w:sdtContent>
                <w:r>
                  <w:rPr>
                    <w:rStyle w:val="PlaceholderText"/>
                    <w:sz w:val="18"/>
                    <w:szCs w:val="18"/>
                  </w:rPr>
                  <w:t xml:space="preserve">                </w:t>
                </w:r>
              </w:sdtContent>
            </w:sdt>
            <w:permEnd w:id="80569"/>
          </w:p>
        </w:tc>
        <w:tc>
          <w:tcPr>
            <w:tcW w:type="dxa" w:w="900"/>
            <w:vAlign w:val="center"/>
          </w:tcPr>
          <w:p>
            <w:pPr>
              <w:spacing w:before="0" w:after="0" w:line="240" w:lineRule="auto"/>
              <w:jc w:val="left"/>
            </w:pPr>
            <w:permStart w:id="80571" w:edGrp="everyone"/>
            <w:sdt>
              <w:sdtPr>
                <w:alias w:val="T-U-L 3"/>
                <w:tag w:val="T-U-L 3"/>
                <w:id w:val="80572"/>
                <w:showingPlcHdr/>
                <w:text w:multiLine="1"/>
              </w:sdtPr>
              <w:sdtContent>
                <w:r>
                  <w:rPr>
                    <w:rStyle w:val="PlaceholderText"/>
                    <w:sz w:val="18"/>
                    <w:szCs w:val="18"/>
                  </w:rPr>
                  <w:t xml:space="preserve">      </w:t>
                </w:r>
              </w:sdtContent>
            </w:sdt>
            <w:permEnd w:id="80571"/>
          </w:p>
        </w:tc>
        <w:tc>
          <w:tcPr>
            <w:tcW w:type="dxa" w:w="800"/>
            <w:vAlign w:val="center"/>
          </w:tcPr>
          <w:p>
            <w:pPr>
              <w:spacing w:before="0" w:after="0" w:line="240" w:lineRule="auto"/>
              <w:jc w:val="left"/>
            </w:pPr>
            <w:permStart w:id="80573" w:edGrp="everyone"/>
            <w:sdt>
              <w:sdtPr>
                <w:alias w:val="Kredi 3"/>
                <w:tag w:val="Kredi 3"/>
                <w:id w:val="80574"/>
                <w:showingPlcHdr/>
                <w:text w:multiLine="1"/>
              </w:sdtPr>
              <w:sdtContent>
                <w:r>
                  <w:rPr>
                    <w:rStyle w:val="PlaceholderText"/>
                    <w:sz w:val="18"/>
                    <w:szCs w:val="18"/>
                  </w:rPr>
                  <w:t xml:space="preserve">      </w:t>
                </w:r>
              </w:sdtContent>
            </w:sdt>
            <w:permEnd w:id="80573"/>
          </w:p>
        </w:tc>
        <w:tc>
          <w:tcPr>
            <w:tcW w:type="dxa" w:w="800"/>
            <w:vAlign w:val="center"/>
          </w:tcPr>
          <w:p>
            <w:pPr>
              <w:spacing w:before="0" w:after="0" w:line="240" w:lineRule="auto"/>
              <w:jc w:val="left"/>
            </w:pPr>
            <w:permStart w:id="80575" w:edGrp="everyone"/>
            <w:sdt>
              <w:sdtPr>
                <w:alias w:val="AKTS 3"/>
                <w:tag w:val="AKTS 3"/>
                <w:id w:val="80576"/>
                <w:showingPlcHdr/>
                <w:text w:multiLine="1"/>
              </w:sdtPr>
              <w:sdtContent>
                <w:r>
                  <w:rPr>
                    <w:rStyle w:val="PlaceholderText"/>
                    <w:sz w:val="18"/>
                    <w:szCs w:val="18"/>
                  </w:rPr>
                  <w:t xml:space="preserve">      </w:t>
                </w:r>
              </w:sdtContent>
            </w:sdt>
            <w:permEnd w:id="80575"/>
          </w:p>
        </w:tc>
        <w:tc>
          <w:tcPr>
            <w:tcW w:type="dxa" w:w="600"/>
            <w:vAlign w:val="center"/>
          </w:tcPr>
          <w:p>
            <w:pPr>
              <w:spacing w:before="0" w:after="0" w:line="240" w:lineRule="auto"/>
              <w:jc w:val="left"/>
            </w:pPr>
            <w:permStart w:id="80577" w:edGrp="everyone"/>
            <w:sdt>
              <w:sdtPr>
                <w:alias w:val="Z/S 3"/>
                <w:tag w:val="Z/S 3"/>
                <w:id w:val="80578"/>
                <w:showingPlcHdr/>
                <w:text w:multiLine="1"/>
              </w:sdtPr>
              <w:sdtContent>
                <w:r>
                  <w:rPr>
                    <w:rStyle w:val="PlaceholderText"/>
                    <w:sz w:val="18"/>
                    <w:szCs w:val="18"/>
                  </w:rPr>
                  <w:t xml:space="preserve">      </w:t>
                </w:r>
              </w:sdtContent>
            </w:sdt>
            <w:permEnd w:id="80577"/>
          </w:p>
        </w:tc>
        <w:tc>
          <w:tcPr>
            <w:tcW w:type="dxa" w:w="900"/>
            <w:vAlign w:val="center"/>
          </w:tcPr>
          <w:p>
            <w:pPr>
              <w:spacing w:before="0" w:after="0" w:line="240" w:lineRule="auto"/>
              <w:jc w:val="left"/>
            </w:pPr>
            <w:permStart w:id="80579" w:edGrp="everyone"/>
            <w:sdt>
              <w:sdtPr>
                <w:alias w:val="Ön Koşul 3"/>
                <w:tag w:val="Ön Koşul 3"/>
                <w:id w:val="80580"/>
                <w:showingPlcHdr/>
                <w:text w:multiLine="1"/>
              </w:sdtPr>
              <w:sdtContent>
                <w:r>
                  <w:rPr>
                    <w:rStyle w:val="PlaceholderText"/>
                    <w:sz w:val="18"/>
                    <w:szCs w:val="18"/>
                  </w:rPr>
                  <w:t xml:space="preserve">      </w:t>
                </w:r>
              </w:sdtContent>
            </w:sdt>
            <w:permEnd w:id="80579"/>
          </w:p>
        </w:tc>
      </w:tr>
      <w:tr>
        <w:trPr>
          <w:trHeight w:val="300" w:hRule="atLeast"/>
          <w:cantSplit/>
        </w:trPr>
        <w:tc>
          <w:tcPr>
            <w:tcW w:type="dxa" w:w="500"/>
            <w:vAlign w:val="center"/>
          </w:tcPr>
          <w:p>
            <w:pPr>
              <w:spacing w:before="0" w:after="0" w:line="240" w:lineRule="auto"/>
              <w:jc w:val="center"/>
            </w:pPr>
            <w:r>
              <w:rPr>
                <w:sz w:val="18"/>
                <w:szCs w:val="18"/>
              </w:rPr>
              <w:t xml:space="preserve">4</w:t>
            </w:r>
          </w:p>
        </w:tc>
        <w:tc>
          <w:tcPr>
            <w:tcW w:type="dxa" w:w="1300"/>
            <w:vAlign w:val="center"/>
          </w:tcPr>
          <w:p>
            <w:pPr>
              <w:spacing w:before="0" w:after="0" w:line="240" w:lineRule="auto"/>
              <w:jc w:val="left"/>
            </w:pPr>
            <w:permStart w:id="80581" w:edGrp="everyone"/>
            <w:sdt>
              <w:sdtPr>
                <w:alias w:val="Ders Kodu 4"/>
                <w:tag w:val="Ders Kodu 4"/>
                <w:id w:val="80582"/>
                <w:showingPlcHdr/>
                <w:text w:multiLine="1"/>
              </w:sdtPr>
              <w:sdtContent>
                <w:r>
                  <w:rPr>
                    <w:rStyle w:val="PlaceholderText"/>
                    <w:sz w:val="18"/>
                    <w:szCs w:val="18"/>
                  </w:rPr>
                  <w:t xml:space="preserve">      </w:t>
                </w:r>
              </w:sdtContent>
            </w:sdt>
            <w:permEnd w:id="80581"/>
          </w:p>
        </w:tc>
        <w:tc>
          <w:tcPr>
            <w:tcW w:type="dxa" w:w="3837"/>
            <w:vAlign w:val="center"/>
          </w:tcPr>
          <w:p>
            <w:pPr>
              <w:spacing w:before="0" w:after="0" w:line="240" w:lineRule="auto"/>
              <w:jc w:val="left"/>
            </w:pPr>
            <w:permStart w:id="80583" w:edGrp="everyone"/>
            <w:sdt>
              <w:sdtPr>
                <w:alias w:val="Ders Adı 4"/>
                <w:tag w:val="Ders Adı 4"/>
                <w:id w:val="80584"/>
                <w:showingPlcHdr/>
                <w:text w:multiLine="1"/>
              </w:sdtPr>
              <w:sdtContent>
                <w:r>
                  <w:rPr>
                    <w:rStyle w:val="PlaceholderText"/>
                    <w:sz w:val="18"/>
                    <w:szCs w:val="18"/>
                  </w:rPr>
                  <w:t xml:space="preserve">                </w:t>
                </w:r>
              </w:sdtContent>
            </w:sdt>
            <w:permEnd w:id="80583"/>
          </w:p>
        </w:tc>
        <w:tc>
          <w:tcPr>
            <w:tcW w:type="dxa" w:w="900"/>
            <w:vAlign w:val="center"/>
          </w:tcPr>
          <w:p>
            <w:pPr>
              <w:spacing w:before="0" w:after="0" w:line="240" w:lineRule="auto"/>
              <w:jc w:val="left"/>
            </w:pPr>
            <w:permStart w:id="80585" w:edGrp="everyone"/>
            <w:sdt>
              <w:sdtPr>
                <w:alias w:val="T-U-L 4"/>
                <w:tag w:val="T-U-L 4"/>
                <w:id w:val="80586"/>
                <w:showingPlcHdr/>
                <w:text w:multiLine="1"/>
              </w:sdtPr>
              <w:sdtContent>
                <w:r>
                  <w:rPr>
                    <w:rStyle w:val="PlaceholderText"/>
                    <w:sz w:val="18"/>
                    <w:szCs w:val="18"/>
                  </w:rPr>
                  <w:t xml:space="preserve">      </w:t>
                </w:r>
              </w:sdtContent>
            </w:sdt>
            <w:permEnd w:id="80585"/>
          </w:p>
        </w:tc>
        <w:tc>
          <w:tcPr>
            <w:tcW w:type="dxa" w:w="800"/>
            <w:vAlign w:val="center"/>
          </w:tcPr>
          <w:p>
            <w:pPr>
              <w:spacing w:before="0" w:after="0" w:line="240" w:lineRule="auto"/>
              <w:jc w:val="left"/>
            </w:pPr>
            <w:permStart w:id="80587" w:edGrp="everyone"/>
            <w:sdt>
              <w:sdtPr>
                <w:alias w:val="Kredi 4"/>
                <w:tag w:val="Kredi 4"/>
                <w:id w:val="80588"/>
                <w:showingPlcHdr/>
                <w:text w:multiLine="1"/>
              </w:sdtPr>
              <w:sdtContent>
                <w:r>
                  <w:rPr>
                    <w:rStyle w:val="PlaceholderText"/>
                    <w:sz w:val="18"/>
                    <w:szCs w:val="18"/>
                  </w:rPr>
                  <w:t xml:space="preserve">      </w:t>
                </w:r>
              </w:sdtContent>
            </w:sdt>
            <w:permEnd w:id="80587"/>
          </w:p>
        </w:tc>
        <w:tc>
          <w:tcPr>
            <w:tcW w:type="dxa" w:w="800"/>
            <w:vAlign w:val="center"/>
          </w:tcPr>
          <w:p>
            <w:pPr>
              <w:spacing w:before="0" w:after="0" w:line="240" w:lineRule="auto"/>
              <w:jc w:val="left"/>
            </w:pPr>
            <w:permStart w:id="80589" w:edGrp="everyone"/>
            <w:sdt>
              <w:sdtPr>
                <w:alias w:val="AKTS 4"/>
                <w:tag w:val="AKTS 4"/>
                <w:id w:val="80590"/>
                <w:showingPlcHdr/>
                <w:text w:multiLine="1"/>
              </w:sdtPr>
              <w:sdtContent>
                <w:r>
                  <w:rPr>
                    <w:rStyle w:val="PlaceholderText"/>
                    <w:sz w:val="18"/>
                    <w:szCs w:val="18"/>
                  </w:rPr>
                  <w:t xml:space="preserve">      </w:t>
                </w:r>
              </w:sdtContent>
            </w:sdt>
            <w:permEnd w:id="80589"/>
          </w:p>
        </w:tc>
        <w:tc>
          <w:tcPr>
            <w:tcW w:type="dxa" w:w="600"/>
            <w:vAlign w:val="center"/>
          </w:tcPr>
          <w:p>
            <w:pPr>
              <w:spacing w:before="0" w:after="0" w:line="240" w:lineRule="auto"/>
              <w:jc w:val="left"/>
            </w:pPr>
            <w:permStart w:id="80591" w:edGrp="everyone"/>
            <w:sdt>
              <w:sdtPr>
                <w:alias w:val="Z/S 4"/>
                <w:tag w:val="Z/S 4"/>
                <w:id w:val="80592"/>
                <w:showingPlcHdr/>
                <w:text w:multiLine="1"/>
              </w:sdtPr>
              <w:sdtContent>
                <w:r>
                  <w:rPr>
                    <w:rStyle w:val="PlaceholderText"/>
                    <w:sz w:val="18"/>
                    <w:szCs w:val="18"/>
                  </w:rPr>
                  <w:t xml:space="preserve">      </w:t>
                </w:r>
              </w:sdtContent>
            </w:sdt>
            <w:permEnd w:id="80591"/>
          </w:p>
        </w:tc>
        <w:tc>
          <w:tcPr>
            <w:tcW w:type="dxa" w:w="900"/>
            <w:vAlign w:val="center"/>
          </w:tcPr>
          <w:p>
            <w:pPr>
              <w:spacing w:before="0" w:after="0" w:line="240" w:lineRule="auto"/>
              <w:jc w:val="left"/>
            </w:pPr>
            <w:permStart w:id="80593" w:edGrp="everyone"/>
            <w:sdt>
              <w:sdtPr>
                <w:alias w:val="Ön Koşul 4"/>
                <w:tag w:val="Ön Koşul 4"/>
                <w:id w:val="80594"/>
                <w:showingPlcHdr/>
                <w:text w:multiLine="1"/>
              </w:sdtPr>
              <w:sdtContent>
                <w:r>
                  <w:rPr>
                    <w:rStyle w:val="PlaceholderText"/>
                    <w:sz w:val="18"/>
                    <w:szCs w:val="18"/>
                  </w:rPr>
                  <w:t xml:space="preserve">      </w:t>
                </w:r>
              </w:sdtContent>
            </w:sdt>
            <w:permEnd w:id="80593"/>
          </w:p>
        </w:tc>
      </w:tr>
      <w:tr>
        <w:trPr>
          <w:trHeight w:val="300" w:hRule="atLeast"/>
          <w:cantSplit/>
        </w:trPr>
        <w:tc>
          <w:tcPr>
            <w:tcW w:type="dxa" w:w="500"/>
            <w:vAlign w:val="center"/>
          </w:tcPr>
          <w:p>
            <w:pPr>
              <w:spacing w:before="0" w:after="0" w:line="240" w:lineRule="auto"/>
              <w:jc w:val="center"/>
            </w:pPr>
            <w:r>
              <w:rPr>
                <w:sz w:val="18"/>
                <w:szCs w:val="18"/>
              </w:rPr>
              <w:t xml:space="preserve">5</w:t>
            </w:r>
          </w:p>
        </w:tc>
        <w:tc>
          <w:tcPr>
            <w:tcW w:type="dxa" w:w="1300"/>
            <w:vAlign w:val="center"/>
          </w:tcPr>
          <w:p>
            <w:pPr>
              <w:spacing w:before="0" w:after="0" w:line="240" w:lineRule="auto"/>
              <w:jc w:val="left"/>
            </w:pPr>
            <w:permStart w:id="80595" w:edGrp="everyone"/>
            <w:sdt>
              <w:sdtPr>
                <w:alias w:val="Ders Kodu 5"/>
                <w:tag w:val="Ders Kodu 5"/>
                <w:id w:val="80596"/>
                <w:showingPlcHdr/>
                <w:text w:multiLine="1"/>
              </w:sdtPr>
              <w:sdtContent>
                <w:r>
                  <w:rPr>
                    <w:rStyle w:val="PlaceholderText"/>
                    <w:sz w:val="18"/>
                    <w:szCs w:val="18"/>
                  </w:rPr>
                  <w:t xml:space="preserve">      </w:t>
                </w:r>
              </w:sdtContent>
            </w:sdt>
            <w:permEnd w:id="80595"/>
          </w:p>
        </w:tc>
        <w:tc>
          <w:tcPr>
            <w:tcW w:type="dxa" w:w="3837"/>
            <w:vAlign w:val="center"/>
          </w:tcPr>
          <w:p>
            <w:pPr>
              <w:spacing w:before="0" w:after="0" w:line="240" w:lineRule="auto"/>
              <w:jc w:val="left"/>
            </w:pPr>
            <w:permStart w:id="80597" w:edGrp="everyone"/>
            <w:sdt>
              <w:sdtPr>
                <w:alias w:val="Ders Adı 5"/>
                <w:tag w:val="Ders Adı 5"/>
                <w:id w:val="80598"/>
                <w:showingPlcHdr/>
                <w:text w:multiLine="1"/>
              </w:sdtPr>
              <w:sdtContent>
                <w:r>
                  <w:rPr>
                    <w:rStyle w:val="PlaceholderText"/>
                    <w:sz w:val="18"/>
                    <w:szCs w:val="18"/>
                  </w:rPr>
                  <w:t xml:space="preserve">                </w:t>
                </w:r>
              </w:sdtContent>
            </w:sdt>
            <w:permEnd w:id="80597"/>
          </w:p>
        </w:tc>
        <w:tc>
          <w:tcPr>
            <w:tcW w:type="dxa" w:w="900"/>
            <w:vAlign w:val="center"/>
          </w:tcPr>
          <w:p>
            <w:pPr>
              <w:spacing w:before="0" w:after="0" w:line="240" w:lineRule="auto"/>
              <w:jc w:val="left"/>
            </w:pPr>
            <w:permStart w:id="80599" w:edGrp="everyone"/>
            <w:sdt>
              <w:sdtPr>
                <w:alias w:val="T-U-L 5"/>
                <w:tag w:val="T-U-L 5"/>
                <w:id w:val="80600"/>
                <w:showingPlcHdr/>
                <w:text w:multiLine="1"/>
              </w:sdtPr>
              <w:sdtContent>
                <w:r>
                  <w:rPr>
                    <w:rStyle w:val="PlaceholderText"/>
                    <w:sz w:val="18"/>
                    <w:szCs w:val="18"/>
                  </w:rPr>
                  <w:t xml:space="preserve">      </w:t>
                </w:r>
              </w:sdtContent>
            </w:sdt>
            <w:permEnd w:id="80599"/>
          </w:p>
        </w:tc>
        <w:tc>
          <w:tcPr>
            <w:tcW w:type="dxa" w:w="800"/>
            <w:vAlign w:val="center"/>
          </w:tcPr>
          <w:p>
            <w:pPr>
              <w:spacing w:before="0" w:after="0" w:line="240" w:lineRule="auto"/>
              <w:jc w:val="left"/>
            </w:pPr>
            <w:permStart w:id="80601" w:edGrp="everyone"/>
            <w:sdt>
              <w:sdtPr>
                <w:alias w:val="Kredi 5"/>
                <w:tag w:val="Kredi 5"/>
                <w:id w:val="80602"/>
                <w:showingPlcHdr/>
                <w:text w:multiLine="1"/>
              </w:sdtPr>
              <w:sdtContent>
                <w:r>
                  <w:rPr>
                    <w:rStyle w:val="PlaceholderText"/>
                    <w:sz w:val="18"/>
                    <w:szCs w:val="18"/>
                  </w:rPr>
                  <w:t xml:space="preserve">      </w:t>
                </w:r>
              </w:sdtContent>
            </w:sdt>
            <w:permEnd w:id="80601"/>
          </w:p>
        </w:tc>
        <w:tc>
          <w:tcPr>
            <w:tcW w:type="dxa" w:w="800"/>
            <w:vAlign w:val="center"/>
          </w:tcPr>
          <w:p>
            <w:pPr>
              <w:spacing w:before="0" w:after="0" w:line="240" w:lineRule="auto"/>
              <w:jc w:val="left"/>
            </w:pPr>
            <w:permStart w:id="80603" w:edGrp="everyone"/>
            <w:sdt>
              <w:sdtPr>
                <w:alias w:val="AKTS 5"/>
                <w:tag w:val="AKTS 5"/>
                <w:id w:val="80604"/>
                <w:showingPlcHdr/>
                <w:text w:multiLine="1"/>
              </w:sdtPr>
              <w:sdtContent>
                <w:r>
                  <w:rPr>
                    <w:rStyle w:val="PlaceholderText"/>
                    <w:sz w:val="18"/>
                    <w:szCs w:val="18"/>
                  </w:rPr>
                  <w:t xml:space="preserve">      </w:t>
                </w:r>
              </w:sdtContent>
            </w:sdt>
            <w:permEnd w:id="80603"/>
          </w:p>
        </w:tc>
        <w:tc>
          <w:tcPr>
            <w:tcW w:type="dxa" w:w="600"/>
            <w:vAlign w:val="center"/>
          </w:tcPr>
          <w:p>
            <w:pPr>
              <w:spacing w:before="0" w:after="0" w:line="240" w:lineRule="auto"/>
              <w:jc w:val="left"/>
            </w:pPr>
            <w:permStart w:id="80605" w:edGrp="everyone"/>
            <w:sdt>
              <w:sdtPr>
                <w:alias w:val="Z/S 5"/>
                <w:tag w:val="Z/S 5"/>
                <w:id w:val="80606"/>
                <w:showingPlcHdr/>
                <w:text w:multiLine="1"/>
              </w:sdtPr>
              <w:sdtContent>
                <w:r>
                  <w:rPr>
                    <w:rStyle w:val="PlaceholderText"/>
                    <w:sz w:val="18"/>
                    <w:szCs w:val="18"/>
                  </w:rPr>
                  <w:t xml:space="preserve">      </w:t>
                </w:r>
              </w:sdtContent>
            </w:sdt>
            <w:permEnd w:id="80605"/>
          </w:p>
        </w:tc>
        <w:tc>
          <w:tcPr>
            <w:tcW w:type="dxa" w:w="900"/>
            <w:vAlign w:val="center"/>
          </w:tcPr>
          <w:p>
            <w:pPr>
              <w:spacing w:before="0" w:after="0" w:line="240" w:lineRule="auto"/>
              <w:jc w:val="left"/>
            </w:pPr>
            <w:permStart w:id="80607" w:edGrp="everyone"/>
            <w:sdt>
              <w:sdtPr>
                <w:alias w:val="Ön Koşul 5"/>
                <w:tag w:val="Ön Koşul 5"/>
                <w:id w:val="80608"/>
                <w:showingPlcHdr/>
                <w:text w:multiLine="1"/>
              </w:sdtPr>
              <w:sdtContent>
                <w:r>
                  <w:rPr>
                    <w:rStyle w:val="PlaceholderText"/>
                    <w:sz w:val="18"/>
                    <w:szCs w:val="18"/>
                  </w:rPr>
                  <w:t xml:space="preserve">      </w:t>
                </w:r>
              </w:sdtContent>
            </w:sdt>
            <w:permEnd w:id="80607"/>
          </w:p>
        </w:tc>
      </w:tr>
      <w:tr>
        <w:trPr>
          <w:trHeight w:val="300" w:hRule="atLeast"/>
          <w:cantSplit/>
        </w:trPr>
        <w:tc>
          <w:tcPr>
            <w:tcW w:type="dxa" w:w="500"/>
            <w:vAlign w:val="center"/>
          </w:tcPr>
          <w:p>
            <w:pPr>
              <w:spacing w:before="0" w:after="0" w:line="240" w:lineRule="auto"/>
              <w:jc w:val="center"/>
            </w:pPr>
            <w:r>
              <w:rPr>
                <w:sz w:val="18"/>
                <w:szCs w:val="18"/>
              </w:rPr>
              <w:t xml:space="preserve">6</w:t>
            </w:r>
          </w:p>
        </w:tc>
        <w:tc>
          <w:tcPr>
            <w:tcW w:type="dxa" w:w="1300"/>
            <w:vAlign w:val="center"/>
          </w:tcPr>
          <w:p>
            <w:pPr>
              <w:spacing w:before="0" w:after="0" w:line="240" w:lineRule="auto"/>
              <w:jc w:val="left"/>
            </w:pPr>
            <w:permStart w:id="80609" w:edGrp="everyone"/>
            <w:sdt>
              <w:sdtPr>
                <w:alias w:val="Ders Kodu 6"/>
                <w:tag w:val="Ders Kodu 6"/>
                <w:id w:val="80610"/>
                <w:showingPlcHdr/>
                <w:text w:multiLine="1"/>
              </w:sdtPr>
              <w:sdtContent>
                <w:r>
                  <w:rPr>
                    <w:rStyle w:val="PlaceholderText"/>
                    <w:sz w:val="18"/>
                    <w:szCs w:val="18"/>
                  </w:rPr>
                  <w:t xml:space="preserve">      </w:t>
                </w:r>
              </w:sdtContent>
            </w:sdt>
            <w:permEnd w:id="80609"/>
          </w:p>
        </w:tc>
        <w:tc>
          <w:tcPr>
            <w:tcW w:type="dxa" w:w="3837"/>
            <w:vAlign w:val="center"/>
          </w:tcPr>
          <w:p>
            <w:pPr>
              <w:spacing w:before="0" w:after="0" w:line="240" w:lineRule="auto"/>
              <w:jc w:val="left"/>
            </w:pPr>
            <w:permStart w:id="80611" w:edGrp="everyone"/>
            <w:sdt>
              <w:sdtPr>
                <w:alias w:val="Ders Adı 6"/>
                <w:tag w:val="Ders Adı 6"/>
                <w:id w:val="80612"/>
                <w:showingPlcHdr/>
                <w:text w:multiLine="1"/>
              </w:sdtPr>
              <w:sdtContent>
                <w:r>
                  <w:rPr>
                    <w:rStyle w:val="PlaceholderText"/>
                    <w:sz w:val="18"/>
                    <w:szCs w:val="18"/>
                  </w:rPr>
                  <w:t xml:space="preserve">                </w:t>
                </w:r>
              </w:sdtContent>
            </w:sdt>
            <w:permEnd w:id="80611"/>
          </w:p>
        </w:tc>
        <w:tc>
          <w:tcPr>
            <w:tcW w:type="dxa" w:w="900"/>
            <w:vAlign w:val="center"/>
          </w:tcPr>
          <w:p>
            <w:pPr>
              <w:spacing w:before="0" w:after="0" w:line="240" w:lineRule="auto"/>
              <w:jc w:val="left"/>
            </w:pPr>
            <w:permStart w:id="80613" w:edGrp="everyone"/>
            <w:sdt>
              <w:sdtPr>
                <w:alias w:val="T-U-L 6"/>
                <w:tag w:val="T-U-L 6"/>
                <w:id w:val="80614"/>
                <w:showingPlcHdr/>
                <w:text w:multiLine="1"/>
              </w:sdtPr>
              <w:sdtContent>
                <w:r>
                  <w:rPr>
                    <w:rStyle w:val="PlaceholderText"/>
                    <w:sz w:val="18"/>
                    <w:szCs w:val="18"/>
                  </w:rPr>
                  <w:t xml:space="preserve">      </w:t>
                </w:r>
              </w:sdtContent>
            </w:sdt>
            <w:permEnd w:id="80613"/>
          </w:p>
        </w:tc>
        <w:tc>
          <w:tcPr>
            <w:tcW w:type="dxa" w:w="800"/>
            <w:vAlign w:val="center"/>
          </w:tcPr>
          <w:p>
            <w:pPr>
              <w:spacing w:before="0" w:after="0" w:line="240" w:lineRule="auto"/>
              <w:jc w:val="left"/>
            </w:pPr>
            <w:permStart w:id="80615" w:edGrp="everyone"/>
            <w:sdt>
              <w:sdtPr>
                <w:alias w:val="Kredi 6"/>
                <w:tag w:val="Kredi 6"/>
                <w:id w:val="80616"/>
                <w:showingPlcHdr/>
                <w:text w:multiLine="1"/>
              </w:sdtPr>
              <w:sdtContent>
                <w:r>
                  <w:rPr>
                    <w:rStyle w:val="PlaceholderText"/>
                    <w:sz w:val="18"/>
                    <w:szCs w:val="18"/>
                  </w:rPr>
                  <w:t xml:space="preserve">      </w:t>
                </w:r>
              </w:sdtContent>
            </w:sdt>
            <w:permEnd w:id="80615"/>
          </w:p>
        </w:tc>
        <w:tc>
          <w:tcPr>
            <w:tcW w:type="dxa" w:w="800"/>
            <w:vAlign w:val="center"/>
          </w:tcPr>
          <w:p>
            <w:pPr>
              <w:spacing w:before="0" w:after="0" w:line="240" w:lineRule="auto"/>
              <w:jc w:val="left"/>
            </w:pPr>
            <w:permStart w:id="80617" w:edGrp="everyone"/>
            <w:sdt>
              <w:sdtPr>
                <w:alias w:val="AKTS 6"/>
                <w:tag w:val="AKTS 6"/>
                <w:id w:val="80618"/>
                <w:showingPlcHdr/>
                <w:text w:multiLine="1"/>
              </w:sdtPr>
              <w:sdtContent>
                <w:r>
                  <w:rPr>
                    <w:rStyle w:val="PlaceholderText"/>
                    <w:sz w:val="18"/>
                    <w:szCs w:val="18"/>
                  </w:rPr>
                  <w:t xml:space="preserve">      </w:t>
                </w:r>
              </w:sdtContent>
            </w:sdt>
            <w:permEnd w:id="80617"/>
          </w:p>
        </w:tc>
        <w:tc>
          <w:tcPr>
            <w:tcW w:type="dxa" w:w="600"/>
            <w:vAlign w:val="center"/>
          </w:tcPr>
          <w:p>
            <w:pPr>
              <w:spacing w:before="0" w:after="0" w:line="240" w:lineRule="auto"/>
              <w:jc w:val="left"/>
            </w:pPr>
            <w:permStart w:id="80619" w:edGrp="everyone"/>
            <w:sdt>
              <w:sdtPr>
                <w:alias w:val="Z/S 6"/>
                <w:tag w:val="Z/S 6"/>
                <w:id w:val="80620"/>
                <w:showingPlcHdr/>
                <w:text w:multiLine="1"/>
              </w:sdtPr>
              <w:sdtContent>
                <w:r>
                  <w:rPr>
                    <w:rStyle w:val="PlaceholderText"/>
                    <w:sz w:val="18"/>
                    <w:szCs w:val="18"/>
                  </w:rPr>
                  <w:t xml:space="preserve">      </w:t>
                </w:r>
              </w:sdtContent>
            </w:sdt>
            <w:permEnd w:id="80619"/>
          </w:p>
        </w:tc>
        <w:tc>
          <w:tcPr>
            <w:tcW w:type="dxa" w:w="900"/>
            <w:vAlign w:val="center"/>
          </w:tcPr>
          <w:p>
            <w:pPr>
              <w:spacing w:before="0" w:after="0" w:line="240" w:lineRule="auto"/>
              <w:jc w:val="left"/>
            </w:pPr>
            <w:permStart w:id="80621" w:edGrp="everyone"/>
            <w:sdt>
              <w:sdtPr>
                <w:alias w:val="Ön Koşul 6"/>
                <w:tag w:val="Ön Koşul 6"/>
                <w:id w:val="80622"/>
                <w:showingPlcHdr/>
                <w:text w:multiLine="1"/>
              </w:sdtPr>
              <w:sdtContent>
                <w:r>
                  <w:rPr>
                    <w:rStyle w:val="PlaceholderText"/>
                    <w:sz w:val="18"/>
                    <w:szCs w:val="18"/>
                  </w:rPr>
                  <w:t xml:space="preserve">      </w:t>
                </w:r>
              </w:sdtContent>
            </w:sdt>
            <w:permEnd w:id="80621"/>
          </w:p>
        </w:tc>
      </w:tr>
      <w:tr>
        <w:trPr>
          <w:trHeight w:val="300" w:hRule="atLeast"/>
          <w:cantSplit/>
        </w:trPr>
        <w:tc>
          <w:tcPr>
            <w:tcW w:type="dxa" w:w="500"/>
            <w:vAlign w:val="center"/>
          </w:tcPr>
          <w:p>
            <w:pPr>
              <w:spacing w:before="0" w:after="0" w:line="240" w:lineRule="auto"/>
              <w:jc w:val="center"/>
            </w:pPr>
            <w:r>
              <w:rPr>
                <w:sz w:val="18"/>
                <w:szCs w:val="18"/>
              </w:rPr>
              <w:t xml:space="preserve">7</w:t>
            </w:r>
          </w:p>
        </w:tc>
        <w:tc>
          <w:tcPr>
            <w:tcW w:type="dxa" w:w="1300"/>
            <w:vAlign w:val="center"/>
          </w:tcPr>
          <w:p>
            <w:pPr>
              <w:spacing w:before="0" w:after="0" w:line="240" w:lineRule="auto"/>
              <w:jc w:val="left"/>
            </w:pPr>
            <w:permStart w:id="80623" w:edGrp="everyone"/>
            <w:sdt>
              <w:sdtPr>
                <w:alias w:val="Ders Kodu 7"/>
                <w:tag w:val="Ders Kodu 7"/>
                <w:id w:val="80624"/>
                <w:showingPlcHdr/>
                <w:text w:multiLine="1"/>
              </w:sdtPr>
              <w:sdtContent>
                <w:r>
                  <w:rPr>
                    <w:rStyle w:val="PlaceholderText"/>
                    <w:sz w:val="18"/>
                    <w:szCs w:val="18"/>
                  </w:rPr>
                  <w:t xml:space="preserve">      </w:t>
                </w:r>
              </w:sdtContent>
            </w:sdt>
            <w:permEnd w:id="80623"/>
          </w:p>
        </w:tc>
        <w:tc>
          <w:tcPr>
            <w:tcW w:type="dxa" w:w="3837"/>
            <w:vAlign w:val="center"/>
          </w:tcPr>
          <w:p>
            <w:pPr>
              <w:spacing w:before="0" w:after="0" w:line="240" w:lineRule="auto"/>
              <w:jc w:val="left"/>
            </w:pPr>
            <w:permStart w:id="80625" w:edGrp="everyone"/>
            <w:sdt>
              <w:sdtPr>
                <w:alias w:val="Ders Adı 7"/>
                <w:tag w:val="Ders Adı 7"/>
                <w:id w:val="80626"/>
                <w:showingPlcHdr/>
                <w:text w:multiLine="1"/>
              </w:sdtPr>
              <w:sdtContent>
                <w:r>
                  <w:rPr>
                    <w:rStyle w:val="PlaceholderText"/>
                    <w:sz w:val="18"/>
                    <w:szCs w:val="18"/>
                  </w:rPr>
                  <w:t xml:space="preserve">                </w:t>
                </w:r>
              </w:sdtContent>
            </w:sdt>
            <w:permEnd w:id="80625"/>
          </w:p>
        </w:tc>
        <w:tc>
          <w:tcPr>
            <w:tcW w:type="dxa" w:w="900"/>
            <w:vAlign w:val="center"/>
          </w:tcPr>
          <w:p>
            <w:pPr>
              <w:spacing w:before="0" w:after="0" w:line="240" w:lineRule="auto"/>
              <w:jc w:val="left"/>
            </w:pPr>
            <w:permStart w:id="80627" w:edGrp="everyone"/>
            <w:sdt>
              <w:sdtPr>
                <w:alias w:val="T-U-L 7"/>
                <w:tag w:val="T-U-L 7"/>
                <w:id w:val="80628"/>
                <w:showingPlcHdr/>
                <w:text w:multiLine="1"/>
              </w:sdtPr>
              <w:sdtContent>
                <w:r>
                  <w:rPr>
                    <w:rStyle w:val="PlaceholderText"/>
                    <w:sz w:val="18"/>
                    <w:szCs w:val="18"/>
                  </w:rPr>
                  <w:t xml:space="preserve">      </w:t>
                </w:r>
              </w:sdtContent>
            </w:sdt>
            <w:permEnd w:id="80627"/>
          </w:p>
        </w:tc>
        <w:tc>
          <w:tcPr>
            <w:tcW w:type="dxa" w:w="800"/>
            <w:vAlign w:val="center"/>
          </w:tcPr>
          <w:p>
            <w:pPr>
              <w:spacing w:before="0" w:after="0" w:line="240" w:lineRule="auto"/>
              <w:jc w:val="left"/>
            </w:pPr>
            <w:permStart w:id="80629" w:edGrp="everyone"/>
            <w:sdt>
              <w:sdtPr>
                <w:alias w:val="Kredi 7"/>
                <w:tag w:val="Kredi 7"/>
                <w:id w:val="80630"/>
                <w:showingPlcHdr/>
                <w:text w:multiLine="1"/>
              </w:sdtPr>
              <w:sdtContent>
                <w:r>
                  <w:rPr>
                    <w:rStyle w:val="PlaceholderText"/>
                    <w:sz w:val="18"/>
                    <w:szCs w:val="18"/>
                  </w:rPr>
                  <w:t xml:space="preserve">      </w:t>
                </w:r>
              </w:sdtContent>
            </w:sdt>
            <w:permEnd w:id="80629"/>
          </w:p>
        </w:tc>
        <w:tc>
          <w:tcPr>
            <w:tcW w:type="dxa" w:w="800"/>
            <w:vAlign w:val="center"/>
          </w:tcPr>
          <w:p>
            <w:pPr>
              <w:spacing w:before="0" w:after="0" w:line="240" w:lineRule="auto"/>
              <w:jc w:val="left"/>
            </w:pPr>
            <w:permStart w:id="80631" w:edGrp="everyone"/>
            <w:sdt>
              <w:sdtPr>
                <w:alias w:val="AKTS 7"/>
                <w:tag w:val="AKTS 7"/>
                <w:id w:val="80632"/>
                <w:showingPlcHdr/>
                <w:text w:multiLine="1"/>
              </w:sdtPr>
              <w:sdtContent>
                <w:r>
                  <w:rPr>
                    <w:rStyle w:val="PlaceholderText"/>
                    <w:sz w:val="18"/>
                    <w:szCs w:val="18"/>
                  </w:rPr>
                  <w:t xml:space="preserve">      </w:t>
                </w:r>
              </w:sdtContent>
            </w:sdt>
            <w:permEnd w:id="80631"/>
          </w:p>
        </w:tc>
        <w:tc>
          <w:tcPr>
            <w:tcW w:type="dxa" w:w="600"/>
            <w:vAlign w:val="center"/>
          </w:tcPr>
          <w:p>
            <w:pPr>
              <w:spacing w:before="0" w:after="0" w:line="240" w:lineRule="auto"/>
              <w:jc w:val="left"/>
            </w:pPr>
            <w:permStart w:id="80633" w:edGrp="everyone"/>
            <w:sdt>
              <w:sdtPr>
                <w:alias w:val="Z/S 7"/>
                <w:tag w:val="Z/S 7"/>
                <w:id w:val="80634"/>
                <w:showingPlcHdr/>
                <w:text w:multiLine="1"/>
              </w:sdtPr>
              <w:sdtContent>
                <w:r>
                  <w:rPr>
                    <w:rStyle w:val="PlaceholderText"/>
                    <w:sz w:val="18"/>
                    <w:szCs w:val="18"/>
                  </w:rPr>
                  <w:t xml:space="preserve">      </w:t>
                </w:r>
              </w:sdtContent>
            </w:sdt>
            <w:permEnd w:id="80633"/>
          </w:p>
        </w:tc>
        <w:tc>
          <w:tcPr>
            <w:tcW w:type="dxa" w:w="900"/>
            <w:vAlign w:val="center"/>
          </w:tcPr>
          <w:p>
            <w:pPr>
              <w:spacing w:before="0" w:after="0" w:line="240" w:lineRule="auto"/>
              <w:jc w:val="left"/>
            </w:pPr>
            <w:permStart w:id="80635" w:edGrp="everyone"/>
            <w:sdt>
              <w:sdtPr>
                <w:alias w:val="Ön Koşul 7"/>
                <w:tag w:val="Ön Koşul 7"/>
                <w:id w:val="80636"/>
                <w:showingPlcHdr/>
                <w:text w:multiLine="1"/>
              </w:sdtPr>
              <w:sdtContent>
                <w:r>
                  <w:rPr>
                    <w:rStyle w:val="PlaceholderText"/>
                    <w:sz w:val="18"/>
                    <w:szCs w:val="18"/>
                  </w:rPr>
                  <w:t xml:space="preserve">      </w:t>
                </w:r>
              </w:sdtContent>
            </w:sdt>
            <w:permEnd w:id="80635"/>
          </w:p>
        </w:tc>
      </w:tr>
      <w:tr>
        <w:trPr>
          <w:trHeight w:val="300" w:hRule="atLeast"/>
          <w:cantSplit/>
        </w:trPr>
        <w:tc>
          <w:tcPr>
            <w:tcW w:type="dxa" w:w="500"/>
            <w:vAlign w:val="center"/>
          </w:tcPr>
          <w:p>
            <w:pPr>
              <w:spacing w:before="0" w:after="0" w:line="240" w:lineRule="auto"/>
              <w:jc w:val="center"/>
            </w:pPr>
            <w:r>
              <w:rPr>
                <w:sz w:val="18"/>
                <w:szCs w:val="18"/>
              </w:rPr>
              <w:t xml:space="preserve">8</w:t>
            </w:r>
          </w:p>
        </w:tc>
        <w:tc>
          <w:tcPr>
            <w:tcW w:type="dxa" w:w="1300"/>
            <w:vAlign w:val="center"/>
          </w:tcPr>
          <w:p>
            <w:pPr>
              <w:spacing w:before="0" w:after="0" w:line="240" w:lineRule="auto"/>
              <w:jc w:val="left"/>
            </w:pPr>
            <w:permStart w:id="80637" w:edGrp="everyone"/>
            <w:sdt>
              <w:sdtPr>
                <w:alias w:val="Ders Kodu 8"/>
                <w:tag w:val="Ders Kodu 8"/>
                <w:id w:val="80638"/>
                <w:showingPlcHdr/>
                <w:text w:multiLine="1"/>
              </w:sdtPr>
              <w:sdtContent>
                <w:r>
                  <w:rPr>
                    <w:rStyle w:val="PlaceholderText"/>
                    <w:sz w:val="18"/>
                    <w:szCs w:val="18"/>
                  </w:rPr>
                  <w:t xml:space="preserve">      </w:t>
                </w:r>
              </w:sdtContent>
            </w:sdt>
            <w:permEnd w:id="80637"/>
          </w:p>
        </w:tc>
        <w:tc>
          <w:tcPr>
            <w:tcW w:type="dxa" w:w="3837"/>
            <w:vAlign w:val="center"/>
          </w:tcPr>
          <w:p>
            <w:pPr>
              <w:spacing w:before="0" w:after="0" w:line="240" w:lineRule="auto"/>
              <w:jc w:val="left"/>
            </w:pPr>
            <w:permStart w:id="80639" w:edGrp="everyone"/>
            <w:sdt>
              <w:sdtPr>
                <w:alias w:val="Ders Adı 8"/>
                <w:tag w:val="Ders Adı 8"/>
                <w:id w:val="80640"/>
                <w:showingPlcHdr/>
                <w:text w:multiLine="1"/>
              </w:sdtPr>
              <w:sdtContent>
                <w:r>
                  <w:rPr>
                    <w:rStyle w:val="PlaceholderText"/>
                    <w:sz w:val="18"/>
                    <w:szCs w:val="18"/>
                  </w:rPr>
                  <w:t xml:space="preserve">                </w:t>
                </w:r>
              </w:sdtContent>
            </w:sdt>
            <w:permEnd w:id="80639"/>
          </w:p>
        </w:tc>
        <w:tc>
          <w:tcPr>
            <w:tcW w:type="dxa" w:w="900"/>
            <w:vAlign w:val="center"/>
          </w:tcPr>
          <w:p>
            <w:pPr>
              <w:spacing w:before="0" w:after="0" w:line="240" w:lineRule="auto"/>
              <w:jc w:val="left"/>
            </w:pPr>
            <w:permStart w:id="80641" w:edGrp="everyone"/>
            <w:sdt>
              <w:sdtPr>
                <w:alias w:val="T-U-L 8"/>
                <w:tag w:val="T-U-L 8"/>
                <w:id w:val="80642"/>
                <w:showingPlcHdr/>
                <w:text w:multiLine="1"/>
              </w:sdtPr>
              <w:sdtContent>
                <w:r>
                  <w:rPr>
                    <w:rStyle w:val="PlaceholderText"/>
                    <w:sz w:val="18"/>
                    <w:szCs w:val="18"/>
                  </w:rPr>
                  <w:t xml:space="preserve">      </w:t>
                </w:r>
              </w:sdtContent>
            </w:sdt>
            <w:permEnd w:id="80641"/>
          </w:p>
        </w:tc>
        <w:tc>
          <w:tcPr>
            <w:tcW w:type="dxa" w:w="800"/>
            <w:vAlign w:val="center"/>
          </w:tcPr>
          <w:p>
            <w:pPr>
              <w:spacing w:before="0" w:after="0" w:line="240" w:lineRule="auto"/>
              <w:jc w:val="left"/>
            </w:pPr>
            <w:permStart w:id="80643" w:edGrp="everyone"/>
            <w:sdt>
              <w:sdtPr>
                <w:alias w:val="Kredi 8"/>
                <w:tag w:val="Kredi 8"/>
                <w:id w:val="80644"/>
                <w:showingPlcHdr/>
                <w:text w:multiLine="1"/>
              </w:sdtPr>
              <w:sdtContent>
                <w:r>
                  <w:rPr>
                    <w:rStyle w:val="PlaceholderText"/>
                    <w:sz w:val="18"/>
                    <w:szCs w:val="18"/>
                  </w:rPr>
                  <w:t xml:space="preserve">      </w:t>
                </w:r>
              </w:sdtContent>
            </w:sdt>
            <w:permEnd w:id="80643"/>
          </w:p>
        </w:tc>
        <w:tc>
          <w:tcPr>
            <w:tcW w:type="dxa" w:w="800"/>
            <w:vAlign w:val="center"/>
          </w:tcPr>
          <w:p>
            <w:pPr>
              <w:spacing w:before="0" w:after="0" w:line="240" w:lineRule="auto"/>
              <w:jc w:val="left"/>
            </w:pPr>
            <w:permStart w:id="80645" w:edGrp="everyone"/>
            <w:sdt>
              <w:sdtPr>
                <w:alias w:val="AKTS 8"/>
                <w:tag w:val="AKTS 8"/>
                <w:id w:val="80646"/>
                <w:showingPlcHdr/>
                <w:text w:multiLine="1"/>
              </w:sdtPr>
              <w:sdtContent>
                <w:r>
                  <w:rPr>
                    <w:rStyle w:val="PlaceholderText"/>
                    <w:sz w:val="18"/>
                    <w:szCs w:val="18"/>
                  </w:rPr>
                  <w:t xml:space="preserve">      </w:t>
                </w:r>
              </w:sdtContent>
            </w:sdt>
            <w:permEnd w:id="80645"/>
          </w:p>
        </w:tc>
        <w:tc>
          <w:tcPr>
            <w:tcW w:type="dxa" w:w="600"/>
            <w:vAlign w:val="center"/>
          </w:tcPr>
          <w:p>
            <w:pPr>
              <w:spacing w:before="0" w:after="0" w:line="240" w:lineRule="auto"/>
              <w:jc w:val="left"/>
            </w:pPr>
            <w:permStart w:id="80647" w:edGrp="everyone"/>
            <w:sdt>
              <w:sdtPr>
                <w:alias w:val="Z/S 8"/>
                <w:tag w:val="Z/S 8"/>
                <w:id w:val="80648"/>
                <w:showingPlcHdr/>
                <w:text w:multiLine="1"/>
              </w:sdtPr>
              <w:sdtContent>
                <w:r>
                  <w:rPr>
                    <w:rStyle w:val="PlaceholderText"/>
                    <w:sz w:val="18"/>
                    <w:szCs w:val="18"/>
                  </w:rPr>
                  <w:t xml:space="preserve">      </w:t>
                </w:r>
              </w:sdtContent>
            </w:sdt>
            <w:permEnd w:id="80647"/>
          </w:p>
        </w:tc>
        <w:tc>
          <w:tcPr>
            <w:tcW w:type="dxa" w:w="900"/>
            <w:vAlign w:val="center"/>
          </w:tcPr>
          <w:p>
            <w:pPr>
              <w:spacing w:before="0" w:after="0" w:line="240" w:lineRule="auto"/>
              <w:jc w:val="left"/>
            </w:pPr>
            <w:permStart w:id="80649" w:edGrp="everyone"/>
            <w:sdt>
              <w:sdtPr>
                <w:alias w:val="Ön Koşul 8"/>
                <w:tag w:val="Ön Koşul 8"/>
                <w:id w:val="80650"/>
                <w:showingPlcHdr/>
                <w:text w:multiLine="1"/>
              </w:sdtPr>
              <w:sdtContent>
                <w:r>
                  <w:rPr>
                    <w:rStyle w:val="PlaceholderText"/>
                    <w:sz w:val="18"/>
                    <w:szCs w:val="18"/>
                  </w:rPr>
                  <w:t xml:space="preserve">      </w:t>
                </w:r>
              </w:sdtContent>
            </w:sdt>
            <w:permEnd w:id="80649"/>
          </w:p>
        </w:tc>
      </w:tr>
      <w:tr>
        <w:trPr>
          <w:trHeight w:val="300" w:hRule="atLeast"/>
          <w:cantSplit/>
        </w:trPr>
        <w:tc>
          <w:tcPr>
            <w:tcW w:type="dxa" w:w="500"/>
            <w:vAlign w:val="center"/>
          </w:tcPr>
          <w:p>
            <w:pPr>
              <w:spacing w:before="0" w:after="0" w:line="240" w:lineRule="auto"/>
              <w:jc w:val="center"/>
            </w:pPr>
            <w:r>
              <w:rPr>
                <w:sz w:val="18"/>
                <w:szCs w:val="18"/>
              </w:rPr>
              <w:t xml:space="preserve">9</w:t>
            </w:r>
          </w:p>
        </w:tc>
        <w:tc>
          <w:tcPr>
            <w:tcW w:type="dxa" w:w="1300"/>
            <w:vAlign w:val="center"/>
          </w:tcPr>
          <w:p>
            <w:pPr>
              <w:spacing w:before="0" w:after="0" w:line="240" w:lineRule="auto"/>
              <w:jc w:val="left"/>
            </w:pPr>
            <w:permStart w:id="80651" w:edGrp="everyone"/>
            <w:sdt>
              <w:sdtPr>
                <w:alias w:val="Ders Kodu 9"/>
                <w:tag w:val="Ders Kodu 9"/>
                <w:id w:val="80652"/>
                <w:showingPlcHdr/>
                <w:text w:multiLine="1"/>
              </w:sdtPr>
              <w:sdtContent>
                <w:r>
                  <w:rPr>
                    <w:rStyle w:val="PlaceholderText"/>
                    <w:sz w:val="18"/>
                    <w:szCs w:val="18"/>
                  </w:rPr>
                  <w:t xml:space="preserve">      </w:t>
                </w:r>
              </w:sdtContent>
            </w:sdt>
            <w:permEnd w:id="80651"/>
          </w:p>
        </w:tc>
        <w:tc>
          <w:tcPr>
            <w:tcW w:type="dxa" w:w="3837"/>
            <w:vAlign w:val="center"/>
          </w:tcPr>
          <w:p>
            <w:pPr>
              <w:spacing w:before="0" w:after="0" w:line="240" w:lineRule="auto"/>
              <w:jc w:val="left"/>
            </w:pPr>
            <w:permStart w:id="80653" w:edGrp="everyone"/>
            <w:sdt>
              <w:sdtPr>
                <w:alias w:val="Ders Adı 9"/>
                <w:tag w:val="Ders Adı 9"/>
                <w:id w:val="80654"/>
                <w:showingPlcHdr/>
                <w:text w:multiLine="1"/>
              </w:sdtPr>
              <w:sdtContent>
                <w:r>
                  <w:rPr>
                    <w:rStyle w:val="PlaceholderText"/>
                    <w:sz w:val="18"/>
                    <w:szCs w:val="18"/>
                  </w:rPr>
                  <w:t xml:space="preserve">                </w:t>
                </w:r>
              </w:sdtContent>
            </w:sdt>
            <w:permEnd w:id="80653"/>
          </w:p>
        </w:tc>
        <w:tc>
          <w:tcPr>
            <w:tcW w:type="dxa" w:w="900"/>
            <w:vAlign w:val="center"/>
          </w:tcPr>
          <w:p>
            <w:pPr>
              <w:spacing w:before="0" w:after="0" w:line="240" w:lineRule="auto"/>
              <w:jc w:val="left"/>
            </w:pPr>
            <w:permStart w:id="80655" w:edGrp="everyone"/>
            <w:sdt>
              <w:sdtPr>
                <w:alias w:val="T-U-L 9"/>
                <w:tag w:val="T-U-L 9"/>
                <w:id w:val="80656"/>
                <w:showingPlcHdr/>
                <w:text w:multiLine="1"/>
              </w:sdtPr>
              <w:sdtContent>
                <w:r>
                  <w:rPr>
                    <w:rStyle w:val="PlaceholderText"/>
                    <w:sz w:val="18"/>
                    <w:szCs w:val="18"/>
                  </w:rPr>
                  <w:t xml:space="preserve">      </w:t>
                </w:r>
              </w:sdtContent>
            </w:sdt>
            <w:permEnd w:id="80655"/>
          </w:p>
        </w:tc>
        <w:tc>
          <w:tcPr>
            <w:tcW w:type="dxa" w:w="800"/>
            <w:vAlign w:val="center"/>
          </w:tcPr>
          <w:p>
            <w:pPr>
              <w:spacing w:before="0" w:after="0" w:line="240" w:lineRule="auto"/>
              <w:jc w:val="left"/>
            </w:pPr>
            <w:permStart w:id="80657" w:edGrp="everyone"/>
            <w:sdt>
              <w:sdtPr>
                <w:alias w:val="Kredi 9"/>
                <w:tag w:val="Kredi 9"/>
                <w:id w:val="80658"/>
                <w:showingPlcHdr/>
                <w:text w:multiLine="1"/>
              </w:sdtPr>
              <w:sdtContent>
                <w:r>
                  <w:rPr>
                    <w:rStyle w:val="PlaceholderText"/>
                    <w:sz w:val="18"/>
                    <w:szCs w:val="18"/>
                  </w:rPr>
                  <w:t xml:space="preserve">      </w:t>
                </w:r>
              </w:sdtContent>
            </w:sdt>
            <w:permEnd w:id="80657"/>
          </w:p>
        </w:tc>
        <w:tc>
          <w:tcPr>
            <w:tcW w:type="dxa" w:w="800"/>
            <w:vAlign w:val="center"/>
          </w:tcPr>
          <w:p>
            <w:pPr>
              <w:spacing w:before="0" w:after="0" w:line="240" w:lineRule="auto"/>
              <w:jc w:val="left"/>
            </w:pPr>
            <w:permStart w:id="80659" w:edGrp="everyone"/>
            <w:sdt>
              <w:sdtPr>
                <w:alias w:val="AKTS 9"/>
                <w:tag w:val="AKTS 9"/>
                <w:id w:val="80660"/>
                <w:showingPlcHdr/>
                <w:text w:multiLine="1"/>
              </w:sdtPr>
              <w:sdtContent>
                <w:r>
                  <w:rPr>
                    <w:rStyle w:val="PlaceholderText"/>
                    <w:sz w:val="18"/>
                    <w:szCs w:val="18"/>
                  </w:rPr>
                  <w:t xml:space="preserve">      </w:t>
                </w:r>
              </w:sdtContent>
            </w:sdt>
            <w:permEnd w:id="80659"/>
          </w:p>
        </w:tc>
        <w:tc>
          <w:tcPr>
            <w:tcW w:type="dxa" w:w="600"/>
            <w:vAlign w:val="center"/>
          </w:tcPr>
          <w:p>
            <w:pPr>
              <w:spacing w:before="0" w:after="0" w:line="240" w:lineRule="auto"/>
              <w:jc w:val="left"/>
            </w:pPr>
            <w:permStart w:id="80661" w:edGrp="everyone"/>
            <w:sdt>
              <w:sdtPr>
                <w:alias w:val="Z/S 9"/>
                <w:tag w:val="Z/S 9"/>
                <w:id w:val="80662"/>
                <w:showingPlcHdr/>
                <w:text w:multiLine="1"/>
              </w:sdtPr>
              <w:sdtContent>
                <w:r>
                  <w:rPr>
                    <w:rStyle w:val="PlaceholderText"/>
                    <w:sz w:val="18"/>
                    <w:szCs w:val="18"/>
                  </w:rPr>
                  <w:t xml:space="preserve">      </w:t>
                </w:r>
              </w:sdtContent>
            </w:sdt>
            <w:permEnd w:id="80661"/>
          </w:p>
        </w:tc>
        <w:tc>
          <w:tcPr>
            <w:tcW w:type="dxa" w:w="900"/>
            <w:vAlign w:val="center"/>
          </w:tcPr>
          <w:p>
            <w:pPr>
              <w:spacing w:before="0" w:after="0" w:line="240" w:lineRule="auto"/>
              <w:jc w:val="left"/>
            </w:pPr>
            <w:permStart w:id="80663" w:edGrp="everyone"/>
            <w:sdt>
              <w:sdtPr>
                <w:alias w:val="Ön Koşul 9"/>
                <w:tag w:val="Ön Koşul 9"/>
                <w:id w:val="80664"/>
                <w:showingPlcHdr/>
                <w:text w:multiLine="1"/>
              </w:sdtPr>
              <w:sdtContent>
                <w:r>
                  <w:rPr>
                    <w:rStyle w:val="PlaceholderText"/>
                    <w:sz w:val="18"/>
                    <w:szCs w:val="18"/>
                  </w:rPr>
                  <w:t xml:space="preserve">      </w:t>
                </w:r>
              </w:sdtContent>
            </w:sdt>
            <w:permEnd w:id="80663"/>
          </w:p>
        </w:tc>
      </w:tr>
    </w:tbl>
    <w:p>
      <w:pPr>
        <w:spacing w:before="0" w:after="0" w:line="120" w:lineRule="exact"/>
      </w:pPr>
    </w:p>
    <w:p>
      <w:pPr>
        <w:keepNext/>
        <w:spacing w:before="0" w:after="40" w:line="240" w:lineRule="auto"/>
        <w:jc w:val="left"/>
      </w:pPr>
      <w:r>
        <w:rPr>
          <w:b/>
          <w:bCs/>
          <w:sz w:val="19"/>
          <w:szCs w:val="19"/>
        </w:rPr>
        <w:t xml:space="preserve">2. YARIYIL</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500"/>
        <w:gridCol w:w="1300"/>
        <w:gridCol w:w="3837"/>
        <w:gridCol w:w="900"/>
        <w:gridCol w:w="800"/>
        <w:gridCol w:w="800"/>
        <w:gridCol w:w="600"/>
        <w:gridCol w:w="900"/>
      </w:tblGrid>
      <w:tr>
        <w:trPr>
          <w:trHeight w:val="351" w:hRule="atLeast"/>
          <w:cantSplit/>
        </w:trPr>
        <w:tc>
          <w:tcPr>
            <w:tcW w:type="dxa" w:w="500"/>
            <w:shd w:val="clear" w:color="auto" w:fill="D9D2EC"/>
            <w:vAlign w:val="center"/>
          </w:tcPr>
          <w:p>
            <w:pPr>
              <w:spacing w:before="0" w:after="0" w:line="240" w:lineRule="auto"/>
              <w:jc w:val="center"/>
            </w:pPr>
            <w:r>
              <w:rPr>
                <w:b/>
                <w:bCs/>
                <w:sz w:val="18"/>
                <w:szCs w:val="18"/>
              </w:rPr>
              <w:t xml:space="preserve">Sıra</w:t>
            </w:r>
          </w:p>
        </w:tc>
        <w:tc>
          <w:tcPr>
            <w:tcW w:type="dxa" w:w="1300"/>
            <w:shd w:val="clear" w:color="auto" w:fill="D9D2EC"/>
            <w:vAlign w:val="center"/>
          </w:tcPr>
          <w:p>
            <w:pPr>
              <w:spacing w:before="0" w:after="0" w:line="240" w:lineRule="auto"/>
              <w:jc w:val="center"/>
            </w:pPr>
            <w:r>
              <w:rPr>
                <w:b/>
                <w:bCs/>
                <w:sz w:val="18"/>
                <w:szCs w:val="18"/>
              </w:rPr>
              <w:t xml:space="preserve">Ders Kodu</w:t>
            </w:r>
          </w:p>
        </w:tc>
        <w:tc>
          <w:tcPr>
            <w:tcW w:type="dxa" w:w="3837"/>
            <w:shd w:val="clear" w:color="auto" w:fill="D9D2EC"/>
            <w:vAlign w:val="center"/>
          </w:tcPr>
          <w:p>
            <w:pPr>
              <w:spacing w:before="0" w:after="0" w:line="240" w:lineRule="auto"/>
              <w:jc w:val="center"/>
            </w:pPr>
            <w:r>
              <w:rPr>
                <w:b/>
                <w:bCs/>
                <w:sz w:val="18"/>
                <w:szCs w:val="18"/>
              </w:rPr>
              <w:t xml:space="preserve">Ders Adı</w:t>
            </w:r>
          </w:p>
        </w:tc>
        <w:tc>
          <w:tcPr>
            <w:tcW w:type="dxa" w:w="900"/>
            <w:shd w:val="clear" w:color="auto" w:fill="D9D2EC"/>
            <w:vAlign w:val="center"/>
          </w:tcPr>
          <w:p>
            <w:pPr>
              <w:spacing w:before="0" w:after="0" w:line="240" w:lineRule="auto"/>
              <w:jc w:val="center"/>
            </w:pPr>
            <w:r>
              <w:rPr>
                <w:b/>
                <w:bCs/>
                <w:sz w:val="18"/>
                <w:szCs w:val="18"/>
              </w:rPr>
              <w:t xml:space="preserve">T-U-L</w:t>
            </w:r>
          </w:p>
        </w:tc>
        <w:tc>
          <w:tcPr>
            <w:tcW w:type="dxa" w:w="800"/>
            <w:shd w:val="clear" w:color="auto" w:fill="D9D2EC"/>
            <w:vAlign w:val="center"/>
          </w:tcPr>
          <w:p>
            <w:pPr>
              <w:spacing w:before="0" w:after="0" w:line="240" w:lineRule="auto"/>
              <w:jc w:val="center"/>
            </w:pPr>
            <w:r>
              <w:rPr>
                <w:b/>
                <w:bCs/>
                <w:sz w:val="18"/>
                <w:szCs w:val="18"/>
              </w:rPr>
              <w:t xml:space="preserve">Kredi</w:t>
            </w:r>
          </w:p>
        </w:tc>
        <w:tc>
          <w:tcPr>
            <w:tcW w:type="dxa" w:w="800"/>
            <w:shd w:val="clear" w:color="auto" w:fill="D9D2EC"/>
            <w:vAlign w:val="center"/>
          </w:tcPr>
          <w:p>
            <w:pPr>
              <w:spacing w:before="0" w:after="0" w:line="240" w:lineRule="auto"/>
              <w:jc w:val="center"/>
            </w:pPr>
            <w:r>
              <w:rPr>
                <w:b/>
                <w:bCs/>
                <w:sz w:val="18"/>
                <w:szCs w:val="18"/>
              </w:rPr>
              <w:t xml:space="preserve">AKTS</w:t>
            </w:r>
          </w:p>
        </w:tc>
        <w:tc>
          <w:tcPr>
            <w:tcW w:type="dxa" w:w="600"/>
            <w:shd w:val="clear" w:color="auto" w:fill="D9D2EC"/>
            <w:vAlign w:val="center"/>
          </w:tcPr>
          <w:p>
            <w:pPr>
              <w:spacing w:before="0" w:after="0" w:line="240" w:lineRule="auto"/>
              <w:jc w:val="center"/>
            </w:pPr>
            <w:r>
              <w:rPr>
                <w:b/>
                <w:bCs/>
                <w:sz w:val="18"/>
                <w:szCs w:val="18"/>
              </w:rPr>
              <w:t xml:space="preserve">Z/S</w:t>
            </w:r>
          </w:p>
        </w:tc>
        <w:tc>
          <w:tcPr>
            <w:tcW w:type="dxa" w:w="900"/>
            <w:shd w:val="clear" w:color="auto" w:fill="D9D2EC"/>
            <w:vAlign w:val="center"/>
          </w:tcPr>
          <w:p>
            <w:pPr>
              <w:spacing w:before="0" w:after="0" w:line="240" w:lineRule="auto"/>
              <w:jc w:val="center"/>
            </w:pPr>
            <w:r>
              <w:rPr>
                <w:b/>
                <w:bCs/>
                <w:sz w:val="18"/>
                <w:szCs w:val="18"/>
              </w:rPr>
              <w:t xml:space="preserve">Ön Koşul</w:t>
            </w:r>
          </w:p>
        </w:tc>
      </w:tr>
      <w:tr>
        <w:trPr>
          <w:trHeight w:val="300" w:hRule="atLeast"/>
          <w:cantSplit/>
        </w:trPr>
        <w:tc>
          <w:tcPr>
            <w:tcW w:type="dxa" w:w="500"/>
            <w:vAlign w:val="center"/>
          </w:tcPr>
          <w:p>
            <w:pPr>
              <w:spacing w:before="0" w:after="0" w:line="240" w:lineRule="auto"/>
              <w:jc w:val="center"/>
            </w:pPr>
            <w:r>
              <w:rPr>
                <w:sz w:val="18"/>
                <w:szCs w:val="18"/>
              </w:rPr>
              <w:t xml:space="preserve">1</w:t>
            </w:r>
          </w:p>
        </w:tc>
        <w:tc>
          <w:tcPr>
            <w:tcW w:type="dxa" w:w="1300"/>
            <w:vAlign w:val="center"/>
          </w:tcPr>
          <w:p>
            <w:pPr>
              <w:spacing w:before="0" w:after="0" w:line="240" w:lineRule="auto"/>
              <w:jc w:val="left"/>
            </w:pPr>
            <w:permStart w:id="80665" w:edGrp="everyone"/>
            <w:sdt>
              <w:sdtPr>
                <w:alias w:val="Ders Kodu 1"/>
                <w:tag w:val="Ders Kodu 1"/>
                <w:id w:val="80666"/>
                <w:showingPlcHdr/>
                <w:text w:multiLine="1"/>
              </w:sdtPr>
              <w:sdtContent>
                <w:r>
                  <w:rPr>
                    <w:rStyle w:val="PlaceholderText"/>
                    <w:sz w:val="18"/>
                    <w:szCs w:val="18"/>
                  </w:rPr>
                  <w:t xml:space="preserve">      </w:t>
                </w:r>
              </w:sdtContent>
            </w:sdt>
            <w:permEnd w:id="80665"/>
          </w:p>
        </w:tc>
        <w:tc>
          <w:tcPr>
            <w:tcW w:type="dxa" w:w="3837"/>
            <w:vAlign w:val="center"/>
          </w:tcPr>
          <w:p>
            <w:pPr>
              <w:spacing w:before="0" w:after="0" w:line="240" w:lineRule="auto"/>
              <w:jc w:val="left"/>
            </w:pPr>
            <w:permStart w:id="80667" w:edGrp="everyone"/>
            <w:sdt>
              <w:sdtPr>
                <w:alias w:val="Ders Adı 1"/>
                <w:tag w:val="Ders Adı 1"/>
                <w:id w:val="80668"/>
                <w:showingPlcHdr/>
                <w:text w:multiLine="1"/>
              </w:sdtPr>
              <w:sdtContent>
                <w:r>
                  <w:rPr>
                    <w:rStyle w:val="PlaceholderText"/>
                    <w:sz w:val="18"/>
                    <w:szCs w:val="18"/>
                  </w:rPr>
                  <w:t xml:space="preserve">                </w:t>
                </w:r>
              </w:sdtContent>
            </w:sdt>
            <w:permEnd w:id="80667"/>
          </w:p>
        </w:tc>
        <w:tc>
          <w:tcPr>
            <w:tcW w:type="dxa" w:w="900"/>
            <w:vAlign w:val="center"/>
          </w:tcPr>
          <w:p>
            <w:pPr>
              <w:spacing w:before="0" w:after="0" w:line="240" w:lineRule="auto"/>
              <w:jc w:val="left"/>
            </w:pPr>
            <w:permStart w:id="80669" w:edGrp="everyone"/>
            <w:sdt>
              <w:sdtPr>
                <w:alias w:val="T-U-L 1"/>
                <w:tag w:val="T-U-L 1"/>
                <w:id w:val="80670"/>
                <w:showingPlcHdr/>
                <w:text w:multiLine="1"/>
              </w:sdtPr>
              <w:sdtContent>
                <w:r>
                  <w:rPr>
                    <w:rStyle w:val="PlaceholderText"/>
                    <w:sz w:val="18"/>
                    <w:szCs w:val="18"/>
                  </w:rPr>
                  <w:t xml:space="preserve">      </w:t>
                </w:r>
              </w:sdtContent>
            </w:sdt>
            <w:permEnd w:id="80669"/>
          </w:p>
        </w:tc>
        <w:tc>
          <w:tcPr>
            <w:tcW w:type="dxa" w:w="800"/>
            <w:vAlign w:val="center"/>
          </w:tcPr>
          <w:p>
            <w:pPr>
              <w:spacing w:before="0" w:after="0" w:line="240" w:lineRule="auto"/>
              <w:jc w:val="left"/>
            </w:pPr>
            <w:permStart w:id="80671" w:edGrp="everyone"/>
            <w:sdt>
              <w:sdtPr>
                <w:alias w:val="Kredi 1"/>
                <w:tag w:val="Kredi 1"/>
                <w:id w:val="80672"/>
                <w:showingPlcHdr/>
                <w:text w:multiLine="1"/>
              </w:sdtPr>
              <w:sdtContent>
                <w:r>
                  <w:rPr>
                    <w:rStyle w:val="PlaceholderText"/>
                    <w:sz w:val="18"/>
                    <w:szCs w:val="18"/>
                  </w:rPr>
                  <w:t xml:space="preserve">      </w:t>
                </w:r>
              </w:sdtContent>
            </w:sdt>
            <w:permEnd w:id="80671"/>
          </w:p>
        </w:tc>
        <w:tc>
          <w:tcPr>
            <w:tcW w:type="dxa" w:w="800"/>
            <w:vAlign w:val="center"/>
          </w:tcPr>
          <w:p>
            <w:pPr>
              <w:spacing w:before="0" w:after="0" w:line="240" w:lineRule="auto"/>
              <w:jc w:val="left"/>
            </w:pPr>
            <w:permStart w:id="80673" w:edGrp="everyone"/>
            <w:sdt>
              <w:sdtPr>
                <w:alias w:val="AKTS 1"/>
                <w:tag w:val="AKTS 1"/>
                <w:id w:val="80674"/>
                <w:showingPlcHdr/>
                <w:text w:multiLine="1"/>
              </w:sdtPr>
              <w:sdtContent>
                <w:r>
                  <w:rPr>
                    <w:rStyle w:val="PlaceholderText"/>
                    <w:sz w:val="18"/>
                    <w:szCs w:val="18"/>
                  </w:rPr>
                  <w:t xml:space="preserve">      </w:t>
                </w:r>
              </w:sdtContent>
            </w:sdt>
            <w:permEnd w:id="80673"/>
          </w:p>
        </w:tc>
        <w:tc>
          <w:tcPr>
            <w:tcW w:type="dxa" w:w="600"/>
            <w:vAlign w:val="center"/>
          </w:tcPr>
          <w:p>
            <w:pPr>
              <w:spacing w:before="0" w:after="0" w:line="240" w:lineRule="auto"/>
              <w:jc w:val="left"/>
            </w:pPr>
            <w:permStart w:id="80675" w:edGrp="everyone"/>
            <w:sdt>
              <w:sdtPr>
                <w:alias w:val="Z/S 1"/>
                <w:tag w:val="Z/S 1"/>
                <w:id w:val="80676"/>
                <w:showingPlcHdr/>
                <w:text w:multiLine="1"/>
              </w:sdtPr>
              <w:sdtContent>
                <w:r>
                  <w:rPr>
                    <w:rStyle w:val="PlaceholderText"/>
                    <w:sz w:val="18"/>
                    <w:szCs w:val="18"/>
                  </w:rPr>
                  <w:t xml:space="preserve">      </w:t>
                </w:r>
              </w:sdtContent>
            </w:sdt>
            <w:permEnd w:id="80675"/>
          </w:p>
        </w:tc>
        <w:tc>
          <w:tcPr>
            <w:tcW w:type="dxa" w:w="900"/>
            <w:vAlign w:val="center"/>
          </w:tcPr>
          <w:p>
            <w:pPr>
              <w:spacing w:before="0" w:after="0" w:line="240" w:lineRule="auto"/>
              <w:jc w:val="left"/>
            </w:pPr>
            <w:permStart w:id="80677" w:edGrp="everyone"/>
            <w:sdt>
              <w:sdtPr>
                <w:alias w:val="Ön Koşul 1"/>
                <w:tag w:val="Ön Koşul 1"/>
                <w:id w:val="80678"/>
                <w:showingPlcHdr/>
                <w:text w:multiLine="1"/>
              </w:sdtPr>
              <w:sdtContent>
                <w:r>
                  <w:rPr>
                    <w:rStyle w:val="PlaceholderText"/>
                    <w:sz w:val="18"/>
                    <w:szCs w:val="18"/>
                  </w:rPr>
                  <w:t xml:space="preserve">      </w:t>
                </w:r>
              </w:sdtContent>
            </w:sdt>
            <w:permEnd w:id="80677"/>
          </w:p>
        </w:tc>
      </w:tr>
      <w:tr>
        <w:trPr>
          <w:trHeight w:val="300" w:hRule="atLeast"/>
          <w:cantSplit/>
        </w:trPr>
        <w:tc>
          <w:tcPr>
            <w:tcW w:type="dxa" w:w="500"/>
            <w:vAlign w:val="center"/>
          </w:tcPr>
          <w:p>
            <w:pPr>
              <w:spacing w:before="0" w:after="0" w:line="240" w:lineRule="auto"/>
              <w:jc w:val="center"/>
            </w:pPr>
            <w:r>
              <w:rPr>
                <w:sz w:val="18"/>
                <w:szCs w:val="18"/>
              </w:rPr>
              <w:t xml:space="preserve">2</w:t>
            </w:r>
          </w:p>
        </w:tc>
        <w:tc>
          <w:tcPr>
            <w:tcW w:type="dxa" w:w="1300"/>
            <w:vAlign w:val="center"/>
          </w:tcPr>
          <w:p>
            <w:pPr>
              <w:spacing w:before="0" w:after="0" w:line="240" w:lineRule="auto"/>
              <w:jc w:val="left"/>
            </w:pPr>
            <w:permStart w:id="80679" w:edGrp="everyone"/>
            <w:sdt>
              <w:sdtPr>
                <w:alias w:val="Ders Kodu 2"/>
                <w:tag w:val="Ders Kodu 2"/>
                <w:id w:val="80680"/>
                <w:showingPlcHdr/>
                <w:text w:multiLine="1"/>
              </w:sdtPr>
              <w:sdtContent>
                <w:r>
                  <w:rPr>
                    <w:rStyle w:val="PlaceholderText"/>
                    <w:sz w:val="18"/>
                    <w:szCs w:val="18"/>
                  </w:rPr>
                  <w:t xml:space="preserve">      </w:t>
                </w:r>
              </w:sdtContent>
            </w:sdt>
            <w:permEnd w:id="80679"/>
          </w:p>
        </w:tc>
        <w:tc>
          <w:tcPr>
            <w:tcW w:type="dxa" w:w="3837"/>
            <w:vAlign w:val="center"/>
          </w:tcPr>
          <w:p>
            <w:pPr>
              <w:spacing w:before="0" w:after="0" w:line="240" w:lineRule="auto"/>
              <w:jc w:val="left"/>
            </w:pPr>
            <w:permStart w:id="80681" w:edGrp="everyone"/>
            <w:sdt>
              <w:sdtPr>
                <w:alias w:val="Ders Adı 2"/>
                <w:tag w:val="Ders Adı 2"/>
                <w:id w:val="80682"/>
                <w:showingPlcHdr/>
                <w:text w:multiLine="1"/>
              </w:sdtPr>
              <w:sdtContent>
                <w:r>
                  <w:rPr>
                    <w:rStyle w:val="PlaceholderText"/>
                    <w:sz w:val="18"/>
                    <w:szCs w:val="18"/>
                  </w:rPr>
                  <w:t xml:space="preserve">                </w:t>
                </w:r>
              </w:sdtContent>
            </w:sdt>
            <w:permEnd w:id="80681"/>
          </w:p>
        </w:tc>
        <w:tc>
          <w:tcPr>
            <w:tcW w:type="dxa" w:w="900"/>
            <w:vAlign w:val="center"/>
          </w:tcPr>
          <w:p>
            <w:pPr>
              <w:spacing w:before="0" w:after="0" w:line="240" w:lineRule="auto"/>
              <w:jc w:val="left"/>
            </w:pPr>
            <w:permStart w:id="80683" w:edGrp="everyone"/>
            <w:sdt>
              <w:sdtPr>
                <w:alias w:val="T-U-L 2"/>
                <w:tag w:val="T-U-L 2"/>
                <w:id w:val="80684"/>
                <w:showingPlcHdr/>
                <w:text w:multiLine="1"/>
              </w:sdtPr>
              <w:sdtContent>
                <w:r>
                  <w:rPr>
                    <w:rStyle w:val="PlaceholderText"/>
                    <w:sz w:val="18"/>
                    <w:szCs w:val="18"/>
                  </w:rPr>
                  <w:t xml:space="preserve">      </w:t>
                </w:r>
              </w:sdtContent>
            </w:sdt>
            <w:permEnd w:id="80683"/>
          </w:p>
        </w:tc>
        <w:tc>
          <w:tcPr>
            <w:tcW w:type="dxa" w:w="800"/>
            <w:vAlign w:val="center"/>
          </w:tcPr>
          <w:p>
            <w:pPr>
              <w:spacing w:before="0" w:after="0" w:line="240" w:lineRule="auto"/>
              <w:jc w:val="left"/>
            </w:pPr>
            <w:permStart w:id="80685" w:edGrp="everyone"/>
            <w:sdt>
              <w:sdtPr>
                <w:alias w:val="Kredi 2"/>
                <w:tag w:val="Kredi 2"/>
                <w:id w:val="80686"/>
                <w:showingPlcHdr/>
                <w:text w:multiLine="1"/>
              </w:sdtPr>
              <w:sdtContent>
                <w:r>
                  <w:rPr>
                    <w:rStyle w:val="PlaceholderText"/>
                    <w:sz w:val="18"/>
                    <w:szCs w:val="18"/>
                  </w:rPr>
                  <w:t xml:space="preserve">      </w:t>
                </w:r>
              </w:sdtContent>
            </w:sdt>
            <w:permEnd w:id="80685"/>
          </w:p>
        </w:tc>
        <w:tc>
          <w:tcPr>
            <w:tcW w:type="dxa" w:w="800"/>
            <w:vAlign w:val="center"/>
          </w:tcPr>
          <w:p>
            <w:pPr>
              <w:spacing w:before="0" w:after="0" w:line="240" w:lineRule="auto"/>
              <w:jc w:val="left"/>
            </w:pPr>
            <w:permStart w:id="80687" w:edGrp="everyone"/>
            <w:sdt>
              <w:sdtPr>
                <w:alias w:val="AKTS 2"/>
                <w:tag w:val="AKTS 2"/>
                <w:id w:val="80688"/>
                <w:showingPlcHdr/>
                <w:text w:multiLine="1"/>
              </w:sdtPr>
              <w:sdtContent>
                <w:r>
                  <w:rPr>
                    <w:rStyle w:val="PlaceholderText"/>
                    <w:sz w:val="18"/>
                    <w:szCs w:val="18"/>
                  </w:rPr>
                  <w:t xml:space="preserve">      </w:t>
                </w:r>
              </w:sdtContent>
            </w:sdt>
            <w:permEnd w:id="80687"/>
          </w:p>
        </w:tc>
        <w:tc>
          <w:tcPr>
            <w:tcW w:type="dxa" w:w="600"/>
            <w:vAlign w:val="center"/>
          </w:tcPr>
          <w:p>
            <w:pPr>
              <w:spacing w:before="0" w:after="0" w:line="240" w:lineRule="auto"/>
              <w:jc w:val="left"/>
            </w:pPr>
            <w:permStart w:id="80689" w:edGrp="everyone"/>
            <w:sdt>
              <w:sdtPr>
                <w:alias w:val="Z/S 2"/>
                <w:tag w:val="Z/S 2"/>
                <w:id w:val="80690"/>
                <w:showingPlcHdr/>
                <w:text w:multiLine="1"/>
              </w:sdtPr>
              <w:sdtContent>
                <w:r>
                  <w:rPr>
                    <w:rStyle w:val="PlaceholderText"/>
                    <w:sz w:val="18"/>
                    <w:szCs w:val="18"/>
                  </w:rPr>
                  <w:t xml:space="preserve">      </w:t>
                </w:r>
              </w:sdtContent>
            </w:sdt>
            <w:permEnd w:id="80689"/>
          </w:p>
        </w:tc>
        <w:tc>
          <w:tcPr>
            <w:tcW w:type="dxa" w:w="900"/>
            <w:vAlign w:val="center"/>
          </w:tcPr>
          <w:p>
            <w:pPr>
              <w:spacing w:before="0" w:after="0" w:line="240" w:lineRule="auto"/>
              <w:jc w:val="left"/>
            </w:pPr>
            <w:permStart w:id="80691" w:edGrp="everyone"/>
            <w:sdt>
              <w:sdtPr>
                <w:alias w:val="Ön Koşul 2"/>
                <w:tag w:val="Ön Koşul 2"/>
                <w:id w:val="80692"/>
                <w:showingPlcHdr/>
                <w:text w:multiLine="1"/>
              </w:sdtPr>
              <w:sdtContent>
                <w:r>
                  <w:rPr>
                    <w:rStyle w:val="PlaceholderText"/>
                    <w:sz w:val="18"/>
                    <w:szCs w:val="18"/>
                  </w:rPr>
                  <w:t xml:space="preserve">      </w:t>
                </w:r>
              </w:sdtContent>
            </w:sdt>
            <w:permEnd w:id="80691"/>
          </w:p>
        </w:tc>
      </w:tr>
      <w:tr>
        <w:trPr>
          <w:trHeight w:val="300" w:hRule="atLeast"/>
          <w:cantSplit/>
        </w:trPr>
        <w:tc>
          <w:tcPr>
            <w:tcW w:type="dxa" w:w="500"/>
            <w:vAlign w:val="center"/>
          </w:tcPr>
          <w:p>
            <w:pPr>
              <w:spacing w:before="0" w:after="0" w:line="240" w:lineRule="auto"/>
              <w:jc w:val="center"/>
            </w:pPr>
            <w:r>
              <w:rPr>
                <w:sz w:val="18"/>
                <w:szCs w:val="18"/>
              </w:rPr>
              <w:t xml:space="preserve">3</w:t>
            </w:r>
          </w:p>
        </w:tc>
        <w:tc>
          <w:tcPr>
            <w:tcW w:type="dxa" w:w="1300"/>
            <w:vAlign w:val="center"/>
          </w:tcPr>
          <w:p>
            <w:pPr>
              <w:spacing w:before="0" w:after="0" w:line="240" w:lineRule="auto"/>
              <w:jc w:val="left"/>
            </w:pPr>
            <w:permStart w:id="80693" w:edGrp="everyone"/>
            <w:sdt>
              <w:sdtPr>
                <w:alias w:val="Ders Kodu 3"/>
                <w:tag w:val="Ders Kodu 3"/>
                <w:id w:val="80694"/>
                <w:showingPlcHdr/>
                <w:text w:multiLine="1"/>
              </w:sdtPr>
              <w:sdtContent>
                <w:r>
                  <w:rPr>
                    <w:rStyle w:val="PlaceholderText"/>
                    <w:sz w:val="18"/>
                    <w:szCs w:val="18"/>
                  </w:rPr>
                  <w:t xml:space="preserve">      </w:t>
                </w:r>
              </w:sdtContent>
            </w:sdt>
            <w:permEnd w:id="80693"/>
          </w:p>
        </w:tc>
        <w:tc>
          <w:tcPr>
            <w:tcW w:type="dxa" w:w="3837"/>
            <w:vAlign w:val="center"/>
          </w:tcPr>
          <w:p>
            <w:pPr>
              <w:spacing w:before="0" w:after="0" w:line="240" w:lineRule="auto"/>
              <w:jc w:val="left"/>
            </w:pPr>
            <w:permStart w:id="80695" w:edGrp="everyone"/>
            <w:sdt>
              <w:sdtPr>
                <w:alias w:val="Ders Adı 3"/>
                <w:tag w:val="Ders Adı 3"/>
                <w:id w:val="80696"/>
                <w:showingPlcHdr/>
                <w:text w:multiLine="1"/>
              </w:sdtPr>
              <w:sdtContent>
                <w:r>
                  <w:rPr>
                    <w:rStyle w:val="PlaceholderText"/>
                    <w:sz w:val="18"/>
                    <w:szCs w:val="18"/>
                  </w:rPr>
                  <w:t xml:space="preserve">                </w:t>
                </w:r>
              </w:sdtContent>
            </w:sdt>
            <w:permEnd w:id="80695"/>
          </w:p>
        </w:tc>
        <w:tc>
          <w:tcPr>
            <w:tcW w:type="dxa" w:w="900"/>
            <w:vAlign w:val="center"/>
          </w:tcPr>
          <w:p>
            <w:pPr>
              <w:spacing w:before="0" w:after="0" w:line="240" w:lineRule="auto"/>
              <w:jc w:val="left"/>
            </w:pPr>
            <w:permStart w:id="80697" w:edGrp="everyone"/>
            <w:sdt>
              <w:sdtPr>
                <w:alias w:val="T-U-L 3"/>
                <w:tag w:val="T-U-L 3"/>
                <w:id w:val="80698"/>
                <w:showingPlcHdr/>
                <w:text w:multiLine="1"/>
              </w:sdtPr>
              <w:sdtContent>
                <w:r>
                  <w:rPr>
                    <w:rStyle w:val="PlaceholderText"/>
                    <w:sz w:val="18"/>
                    <w:szCs w:val="18"/>
                  </w:rPr>
                  <w:t xml:space="preserve">      </w:t>
                </w:r>
              </w:sdtContent>
            </w:sdt>
            <w:permEnd w:id="80697"/>
          </w:p>
        </w:tc>
        <w:tc>
          <w:tcPr>
            <w:tcW w:type="dxa" w:w="800"/>
            <w:vAlign w:val="center"/>
          </w:tcPr>
          <w:p>
            <w:pPr>
              <w:spacing w:before="0" w:after="0" w:line="240" w:lineRule="auto"/>
              <w:jc w:val="left"/>
            </w:pPr>
            <w:permStart w:id="80699" w:edGrp="everyone"/>
            <w:sdt>
              <w:sdtPr>
                <w:alias w:val="Kredi 3"/>
                <w:tag w:val="Kredi 3"/>
                <w:id w:val="80700"/>
                <w:showingPlcHdr/>
                <w:text w:multiLine="1"/>
              </w:sdtPr>
              <w:sdtContent>
                <w:r>
                  <w:rPr>
                    <w:rStyle w:val="PlaceholderText"/>
                    <w:sz w:val="18"/>
                    <w:szCs w:val="18"/>
                  </w:rPr>
                  <w:t xml:space="preserve">      </w:t>
                </w:r>
              </w:sdtContent>
            </w:sdt>
            <w:permEnd w:id="80699"/>
          </w:p>
        </w:tc>
        <w:tc>
          <w:tcPr>
            <w:tcW w:type="dxa" w:w="800"/>
            <w:vAlign w:val="center"/>
          </w:tcPr>
          <w:p>
            <w:pPr>
              <w:spacing w:before="0" w:after="0" w:line="240" w:lineRule="auto"/>
              <w:jc w:val="left"/>
            </w:pPr>
            <w:permStart w:id="80701" w:edGrp="everyone"/>
            <w:sdt>
              <w:sdtPr>
                <w:alias w:val="AKTS 3"/>
                <w:tag w:val="AKTS 3"/>
                <w:id w:val="80702"/>
                <w:showingPlcHdr/>
                <w:text w:multiLine="1"/>
              </w:sdtPr>
              <w:sdtContent>
                <w:r>
                  <w:rPr>
                    <w:rStyle w:val="PlaceholderText"/>
                    <w:sz w:val="18"/>
                    <w:szCs w:val="18"/>
                  </w:rPr>
                  <w:t xml:space="preserve">      </w:t>
                </w:r>
              </w:sdtContent>
            </w:sdt>
            <w:permEnd w:id="80701"/>
          </w:p>
        </w:tc>
        <w:tc>
          <w:tcPr>
            <w:tcW w:type="dxa" w:w="600"/>
            <w:vAlign w:val="center"/>
          </w:tcPr>
          <w:p>
            <w:pPr>
              <w:spacing w:before="0" w:after="0" w:line="240" w:lineRule="auto"/>
              <w:jc w:val="left"/>
            </w:pPr>
            <w:permStart w:id="80703" w:edGrp="everyone"/>
            <w:sdt>
              <w:sdtPr>
                <w:alias w:val="Z/S 3"/>
                <w:tag w:val="Z/S 3"/>
                <w:id w:val="80704"/>
                <w:showingPlcHdr/>
                <w:text w:multiLine="1"/>
              </w:sdtPr>
              <w:sdtContent>
                <w:r>
                  <w:rPr>
                    <w:rStyle w:val="PlaceholderText"/>
                    <w:sz w:val="18"/>
                    <w:szCs w:val="18"/>
                  </w:rPr>
                  <w:t xml:space="preserve">      </w:t>
                </w:r>
              </w:sdtContent>
            </w:sdt>
            <w:permEnd w:id="80703"/>
          </w:p>
        </w:tc>
        <w:tc>
          <w:tcPr>
            <w:tcW w:type="dxa" w:w="900"/>
            <w:vAlign w:val="center"/>
          </w:tcPr>
          <w:p>
            <w:pPr>
              <w:spacing w:before="0" w:after="0" w:line="240" w:lineRule="auto"/>
              <w:jc w:val="left"/>
            </w:pPr>
            <w:permStart w:id="80705" w:edGrp="everyone"/>
            <w:sdt>
              <w:sdtPr>
                <w:alias w:val="Ön Koşul 3"/>
                <w:tag w:val="Ön Koşul 3"/>
                <w:id w:val="80706"/>
                <w:showingPlcHdr/>
                <w:text w:multiLine="1"/>
              </w:sdtPr>
              <w:sdtContent>
                <w:r>
                  <w:rPr>
                    <w:rStyle w:val="PlaceholderText"/>
                    <w:sz w:val="18"/>
                    <w:szCs w:val="18"/>
                  </w:rPr>
                  <w:t xml:space="preserve">      </w:t>
                </w:r>
              </w:sdtContent>
            </w:sdt>
            <w:permEnd w:id="80705"/>
          </w:p>
        </w:tc>
      </w:tr>
      <w:tr>
        <w:trPr>
          <w:trHeight w:val="300" w:hRule="atLeast"/>
          <w:cantSplit/>
        </w:trPr>
        <w:tc>
          <w:tcPr>
            <w:tcW w:type="dxa" w:w="500"/>
            <w:vAlign w:val="center"/>
          </w:tcPr>
          <w:p>
            <w:pPr>
              <w:spacing w:before="0" w:after="0" w:line="240" w:lineRule="auto"/>
              <w:jc w:val="center"/>
            </w:pPr>
            <w:r>
              <w:rPr>
                <w:sz w:val="18"/>
                <w:szCs w:val="18"/>
              </w:rPr>
              <w:t xml:space="preserve">4</w:t>
            </w:r>
          </w:p>
        </w:tc>
        <w:tc>
          <w:tcPr>
            <w:tcW w:type="dxa" w:w="1300"/>
            <w:vAlign w:val="center"/>
          </w:tcPr>
          <w:p>
            <w:pPr>
              <w:spacing w:before="0" w:after="0" w:line="240" w:lineRule="auto"/>
              <w:jc w:val="left"/>
            </w:pPr>
            <w:permStart w:id="80707" w:edGrp="everyone"/>
            <w:sdt>
              <w:sdtPr>
                <w:alias w:val="Ders Kodu 4"/>
                <w:tag w:val="Ders Kodu 4"/>
                <w:id w:val="80708"/>
                <w:showingPlcHdr/>
                <w:text w:multiLine="1"/>
              </w:sdtPr>
              <w:sdtContent>
                <w:r>
                  <w:rPr>
                    <w:rStyle w:val="PlaceholderText"/>
                    <w:sz w:val="18"/>
                    <w:szCs w:val="18"/>
                  </w:rPr>
                  <w:t xml:space="preserve">      </w:t>
                </w:r>
              </w:sdtContent>
            </w:sdt>
            <w:permEnd w:id="80707"/>
          </w:p>
        </w:tc>
        <w:tc>
          <w:tcPr>
            <w:tcW w:type="dxa" w:w="3837"/>
            <w:vAlign w:val="center"/>
          </w:tcPr>
          <w:p>
            <w:pPr>
              <w:spacing w:before="0" w:after="0" w:line="240" w:lineRule="auto"/>
              <w:jc w:val="left"/>
            </w:pPr>
            <w:permStart w:id="80709" w:edGrp="everyone"/>
            <w:sdt>
              <w:sdtPr>
                <w:alias w:val="Ders Adı 4"/>
                <w:tag w:val="Ders Adı 4"/>
                <w:id w:val="80710"/>
                <w:showingPlcHdr/>
                <w:text w:multiLine="1"/>
              </w:sdtPr>
              <w:sdtContent>
                <w:r>
                  <w:rPr>
                    <w:rStyle w:val="PlaceholderText"/>
                    <w:sz w:val="18"/>
                    <w:szCs w:val="18"/>
                  </w:rPr>
                  <w:t xml:space="preserve">                </w:t>
                </w:r>
              </w:sdtContent>
            </w:sdt>
            <w:permEnd w:id="80709"/>
          </w:p>
        </w:tc>
        <w:tc>
          <w:tcPr>
            <w:tcW w:type="dxa" w:w="900"/>
            <w:vAlign w:val="center"/>
          </w:tcPr>
          <w:p>
            <w:pPr>
              <w:spacing w:before="0" w:after="0" w:line="240" w:lineRule="auto"/>
              <w:jc w:val="left"/>
            </w:pPr>
            <w:permStart w:id="80711" w:edGrp="everyone"/>
            <w:sdt>
              <w:sdtPr>
                <w:alias w:val="T-U-L 4"/>
                <w:tag w:val="T-U-L 4"/>
                <w:id w:val="80712"/>
                <w:showingPlcHdr/>
                <w:text w:multiLine="1"/>
              </w:sdtPr>
              <w:sdtContent>
                <w:r>
                  <w:rPr>
                    <w:rStyle w:val="PlaceholderText"/>
                    <w:sz w:val="18"/>
                    <w:szCs w:val="18"/>
                  </w:rPr>
                  <w:t xml:space="preserve">      </w:t>
                </w:r>
              </w:sdtContent>
            </w:sdt>
            <w:permEnd w:id="80711"/>
          </w:p>
        </w:tc>
        <w:tc>
          <w:tcPr>
            <w:tcW w:type="dxa" w:w="800"/>
            <w:vAlign w:val="center"/>
          </w:tcPr>
          <w:p>
            <w:pPr>
              <w:spacing w:before="0" w:after="0" w:line="240" w:lineRule="auto"/>
              <w:jc w:val="left"/>
            </w:pPr>
            <w:permStart w:id="80713" w:edGrp="everyone"/>
            <w:sdt>
              <w:sdtPr>
                <w:alias w:val="Kredi 4"/>
                <w:tag w:val="Kredi 4"/>
                <w:id w:val="80714"/>
                <w:showingPlcHdr/>
                <w:text w:multiLine="1"/>
              </w:sdtPr>
              <w:sdtContent>
                <w:r>
                  <w:rPr>
                    <w:rStyle w:val="PlaceholderText"/>
                    <w:sz w:val="18"/>
                    <w:szCs w:val="18"/>
                  </w:rPr>
                  <w:t xml:space="preserve">      </w:t>
                </w:r>
              </w:sdtContent>
            </w:sdt>
            <w:permEnd w:id="80713"/>
          </w:p>
        </w:tc>
        <w:tc>
          <w:tcPr>
            <w:tcW w:type="dxa" w:w="800"/>
            <w:vAlign w:val="center"/>
          </w:tcPr>
          <w:p>
            <w:pPr>
              <w:spacing w:before="0" w:after="0" w:line="240" w:lineRule="auto"/>
              <w:jc w:val="left"/>
            </w:pPr>
            <w:permStart w:id="80715" w:edGrp="everyone"/>
            <w:sdt>
              <w:sdtPr>
                <w:alias w:val="AKTS 4"/>
                <w:tag w:val="AKTS 4"/>
                <w:id w:val="80716"/>
                <w:showingPlcHdr/>
                <w:text w:multiLine="1"/>
              </w:sdtPr>
              <w:sdtContent>
                <w:r>
                  <w:rPr>
                    <w:rStyle w:val="PlaceholderText"/>
                    <w:sz w:val="18"/>
                    <w:szCs w:val="18"/>
                  </w:rPr>
                  <w:t xml:space="preserve">      </w:t>
                </w:r>
              </w:sdtContent>
            </w:sdt>
            <w:permEnd w:id="80715"/>
          </w:p>
        </w:tc>
        <w:tc>
          <w:tcPr>
            <w:tcW w:type="dxa" w:w="600"/>
            <w:vAlign w:val="center"/>
          </w:tcPr>
          <w:p>
            <w:pPr>
              <w:spacing w:before="0" w:after="0" w:line="240" w:lineRule="auto"/>
              <w:jc w:val="left"/>
            </w:pPr>
            <w:permStart w:id="80717" w:edGrp="everyone"/>
            <w:sdt>
              <w:sdtPr>
                <w:alias w:val="Z/S 4"/>
                <w:tag w:val="Z/S 4"/>
                <w:id w:val="80718"/>
                <w:showingPlcHdr/>
                <w:text w:multiLine="1"/>
              </w:sdtPr>
              <w:sdtContent>
                <w:r>
                  <w:rPr>
                    <w:rStyle w:val="PlaceholderText"/>
                    <w:sz w:val="18"/>
                    <w:szCs w:val="18"/>
                  </w:rPr>
                  <w:t xml:space="preserve">      </w:t>
                </w:r>
              </w:sdtContent>
            </w:sdt>
            <w:permEnd w:id="80717"/>
          </w:p>
        </w:tc>
        <w:tc>
          <w:tcPr>
            <w:tcW w:type="dxa" w:w="900"/>
            <w:vAlign w:val="center"/>
          </w:tcPr>
          <w:p>
            <w:pPr>
              <w:spacing w:before="0" w:after="0" w:line="240" w:lineRule="auto"/>
              <w:jc w:val="left"/>
            </w:pPr>
            <w:permStart w:id="80719" w:edGrp="everyone"/>
            <w:sdt>
              <w:sdtPr>
                <w:alias w:val="Ön Koşul 4"/>
                <w:tag w:val="Ön Koşul 4"/>
                <w:id w:val="80720"/>
                <w:showingPlcHdr/>
                <w:text w:multiLine="1"/>
              </w:sdtPr>
              <w:sdtContent>
                <w:r>
                  <w:rPr>
                    <w:rStyle w:val="PlaceholderText"/>
                    <w:sz w:val="18"/>
                    <w:szCs w:val="18"/>
                  </w:rPr>
                  <w:t xml:space="preserve">      </w:t>
                </w:r>
              </w:sdtContent>
            </w:sdt>
            <w:permEnd w:id="80719"/>
          </w:p>
        </w:tc>
      </w:tr>
      <w:tr>
        <w:trPr>
          <w:trHeight w:val="300" w:hRule="atLeast"/>
          <w:cantSplit/>
        </w:trPr>
        <w:tc>
          <w:tcPr>
            <w:tcW w:type="dxa" w:w="500"/>
            <w:vAlign w:val="center"/>
          </w:tcPr>
          <w:p>
            <w:pPr>
              <w:spacing w:before="0" w:after="0" w:line="240" w:lineRule="auto"/>
              <w:jc w:val="center"/>
            </w:pPr>
            <w:r>
              <w:rPr>
                <w:sz w:val="18"/>
                <w:szCs w:val="18"/>
              </w:rPr>
              <w:t xml:space="preserve">5</w:t>
            </w:r>
          </w:p>
        </w:tc>
        <w:tc>
          <w:tcPr>
            <w:tcW w:type="dxa" w:w="1300"/>
            <w:vAlign w:val="center"/>
          </w:tcPr>
          <w:p>
            <w:pPr>
              <w:spacing w:before="0" w:after="0" w:line="240" w:lineRule="auto"/>
              <w:jc w:val="left"/>
            </w:pPr>
            <w:permStart w:id="80721" w:edGrp="everyone"/>
            <w:sdt>
              <w:sdtPr>
                <w:alias w:val="Ders Kodu 5"/>
                <w:tag w:val="Ders Kodu 5"/>
                <w:id w:val="80722"/>
                <w:showingPlcHdr/>
                <w:text w:multiLine="1"/>
              </w:sdtPr>
              <w:sdtContent>
                <w:r>
                  <w:rPr>
                    <w:rStyle w:val="PlaceholderText"/>
                    <w:sz w:val="18"/>
                    <w:szCs w:val="18"/>
                  </w:rPr>
                  <w:t xml:space="preserve">      </w:t>
                </w:r>
              </w:sdtContent>
            </w:sdt>
            <w:permEnd w:id="80721"/>
          </w:p>
        </w:tc>
        <w:tc>
          <w:tcPr>
            <w:tcW w:type="dxa" w:w="3837"/>
            <w:vAlign w:val="center"/>
          </w:tcPr>
          <w:p>
            <w:pPr>
              <w:spacing w:before="0" w:after="0" w:line="240" w:lineRule="auto"/>
              <w:jc w:val="left"/>
            </w:pPr>
            <w:permStart w:id="80723" w:edGrp="everyone"/>
            <w:sdt>
              <w:sdtPr>
                <w:alias w:val="Ders Adı 5"/>
                <w:tag w:val="Ders Adı 5"/>
                <w:id w:val="80724"/>
                <w:showingPlcHdr/>
                <w:text w:multiLine="1"/>
              </w:sdtPr>
              <w:sdtContent>
                <w:r>
                  <w:rPr>
                    <w:rStyle w:val="PlaceholderText"/>
                    <w:sz w:val="18"/>
                    <w:szCs w:val="18"/>
                  </w:rPr>
                  <w:t xml:space="preserve">                </w:t>
                </w:r>
              </w:sdtContent>
            </w:sdt>
            <w:permEnd w:id="80723"/>
          </w:p>
        </w:tc>
        <w:tc>
          <w:tcPr>
            <w:tcW w:type="dxa" w:w="900"/>
            <w:vAlign w:val="center"/>
          </w:tcPr>
          <w:p>
            <w:pPr>
              <w:spacing w:before="0" w:after="0" w:line="240" w:lineRule="auto"/>
              <w:jc w:val="left"/>
            </w:pPr>
            <w:permStart w:id="80725" w:edGrp="everyone"/>
            <w:sdt>
              <w:sdtPr>
                <w:alias w:val="T-U-L 5"/>
                <w:tag w:val="T-U-L 5"/>
                <w:id w:val="80726"/>
                <w:showingPlcHdr/>
                <w:text w:multiLine="1"/>
              </w:sdtPr>
              <w:sdtContent>
                <w:r>
                  <w:rPr>
                    <w:rStyle w:val="PlaceholderText"/>
                    <w:sz w:val="18"/>
                    <w:szCs w:val="18"/>
                  </w:rPr>
                  <w:t xml:space="preserve">      </w:t>
                </w:r>
              </w:sdtContent>
            </w:sdt>
            <w:permEnd w:id="80725"/>
          </w:p>
        </w:tc>
        <w:tc>
          <w:tcPr>
            <w:tcW w:type="dxa" w:w="800"/>
            <w:vAlign w:val="center"/>
          </w:tcPr>
          <w:p>
            <w:pPr>
              <w:spacing w:before="0" w:after="0" w:line="240" w:lineRule="auto"/>
              <w:jc w:val="left"/>
            </w:pPr>
            <w:permStart w:id="80727" w:edGrp="everyone"/>
            <w:sdt>
              <w:sdtPr>
                <w:alias w:val="Kredi 5"/>
                <w:tag w:val="Kredi 5"/>
                <w:id w:val="80728"/>
                <w:showingPlcHdr/>
                <w:text w:multiLine="1"/>
              </w:sdtPr>
              <w:sdtContent>
                <w:r>
                  <w:rPr>
                    <w:rStyle w:val="PlaceholderText"/>
                    <w:sz w:val="18"/>
                    <w:szCs w:val="18"/>
                  </w:rPr>
                  <w:t xml:space="preserve">      </w:t>
                </w:r>
              </w:sdtContent>
            </w:sdt>
            <w:permEnd w:id="80727"/>
          </w:p>
        </w:tc>
        <w:tc>
          <w:tcPr>
            <w:tcW w:type="dxa" w:w="800"/>
            <w:vAlign w:val="center"/>
          </w:tcPr>
          <w:p>
            <w:pPr>
              <w:spacing w:before="0" w:after="0" w:line="240" w:lineRule="auto"/>
              <w:jc w:val="left"/>
            </w:pPr>
            <w:permStart w:id="80729" w:edGrp="everyone"/>
            <w:sdt>
              <w:sdtPr>
                <w:alias w:val="AKTS 5"/>
                <w:tag w:val="AKTS 5"/>
                <w:id w:val="80730"/>
                <w:showingPlcHdr/>
                <w:text w:multiLine="1"/>
              </w:sdtPr>
              <w:sdtContent>
                <w:r>
                  <w:rPr>
                    <w:rStyle w:val="PlaceholderText"/>
                    <w:sz w:val="18"/>
                    <w:szCs w:val="18"/>
                  </w:rPr>
                  <w:t xml:space="preserve">      </w:t>
                </w:r>
              </w:sdtContent>
            </w:sdt>
            <w:permEnd w:id="80729"/>
          </w:p>
        </w:tc>
        <w:tc>
          <w:tcPr>
            <w:tcW w:type="dxa" w:w="600"/>
            <w:vAlign w:val="center"/>
          </w:tcPr>
          <w:p>
            <w:pPr>
              <w:spacing w:before="0" w:after="0" w:line="240" w:lineRule="auto"/>
              <w:jc w:val="left"/>
            </w:pPr>
            <w:permStart w:id="80731" w:edGrp="everyone"/>
            <w:sdt>
              <w:sdtPr>
                <w:alias w:val="Z/S 5"/>
                <w:tag w:val="Z/S 5"/>
                <w:id w:val="80732"/>
                <w:showingPlcHdr/>
                <w:text w:multiLine="1"/>
              </w:sdtPr>
              <w:sdtContent>
                <w:r>
                  <w:rPr>
                    <w:rStyle w:val="PlaceholderText"/>
                    <w:sz w:val="18"/>
                    <w:szCs w:val="18"/>
                  </w:rPr>
                  <w:t xml:space="preserve">      </w:t>
                </w:r>
              </w:sdtContent>
            </w:sdt>
            <w:permEnd w:id="80731"/>
          </w:p>
        </w:tc>
        <w:tc>
          <w:tcPr>
            <w:tcW w:type="dxa" w:w="900"/>
            <w:vAlign w:val="center"/>
          </w:tcPr>
          <w:p>
            <w:pPr>
              <w:spacing w:before="0" w:after="0" w:line="240" w:lineRule="auto"/>
              <w:jc w:val="left"/>
            </w:pPr>
            <w:permStart w:id="80733" w:edGrp="everyone"/>
            <w:sdt>
              <w:sdtPr>
                <w:alias w:val="Ön Koşul 5"/>
                <w:tag w:val="Ön Koşul 5"/>
                <w:id w:val="80734"/>
                <w:showingPlcHdr/>
                <w:text w:multiLine="1"/>
              </w:sdtPr>
              <w:sdtContent>
                <w:r>
                  <w:rPr>
                    <w:rStyle w:val="PlaceholderText"/>
                    <w:sz w:val="18"/>
                    <w:szCs w:val="18"/>
                  </w:rPr>
                  <w:t xml:space="preserve">      </w:t>
                </w:r>
              </w:sdtContent>
            </w:sdt>
            <w:permEnd w:id="80733"/>
          </w:p>
        </w:tc>
      </w:tr>
      <w:tr>
        <w:trPr>
          <w:trHeight w:val="300" w:hRule="atLeast"/>
          <w:cantSplit/>
        </w:trPr>
        <w:tc>
          <w:tcPr>
            <w:tcW w:type="dxa" w:w="500"/>
            <w:vAlign w:val="center"/>
          </w:tcPr>
          <w:p>
            <w:pPr>
              <w:spacing w:before="0" w:after="0" w:line="240" w:lineRule="auto"/>
              <w:jc w:val="center"/>
            </w:pPr>
            <w:r>
              <w:rPr>
                <w:sz w:val="18"/>
                <w:szCs w:val="18"/>
              </w:rPr>
              <w:t xml:space="preserve">6</w:t>
            </w:r>
          </w:p>
        </w:tc>
        <w:tc>
          <w:tcPr>
            <w:tcW w:type="dxa" w:w="1300"/>
            <w:vAlign w:val="center"/>
          </w:tcPr>
          <w:p>
            <w:pPr>
              <w:spacing w:before="0" w:after="0" w:line="240" w:lineRule="auto"/>
              <w:jc w:val="left"/>
            </w:pPr>
            <w:permStart w:id="80735" w:edGrp="everyone"/>
            <w:sdt>
              <w:sdtPr>
                <w:alias w:val="Ders Kodu 6"/>
                <w:tag w:val="Ders Kodu 6"/>
                <w:id w:val="80736"/>
                <w:showingPlcHdr/>
                <w:text w:multiLine="1"/>
              </w:sdtPr>
              <w:sdtContent>
                <w:r>
                  <w:rPr>
                    <w:rStyle w:val="PlaceholderText"/>
                    <w:sz w:val="18"/>
                    <w:szCs w:val="18"/>
                  </w:rPr>
                  <w:t xml:space="preserve">      </w:t>
                </w:r>
              </w:sdtContent>
            </w:sdt>
            <w:permEnd w:id="80735"/>
          </w:p>
        </w:tc>
        <w:tc>
          <w:tcPr>
            <w:tcW w:type="dxa" w:w="3837"/>
            <w:vAlign w:val="center"/>
          </w:tcPr>
          <w:p>
            <w:pPr>
              <w:spacing w:before="0" w:after="0" w:line="240" w:lineRule="auto"/>
              <w:jc w:val="left"/>
            </w:pPr>
            <w:permStart w:id="80737" w:edGrp="everyone"/>
            <w:sdt>
              <w:sdtPr>
                <w:alias w:val="Ders Adı 6"/>
                <w:tag w:val="Ders Adı 6"/>
                <w:id w:val="80738"/>
                <w:showingPlcHdr/>
                <w:text w:multiLine="1"/>
              </w:sdtPr>
              <w:sdtContent>
                <w:r>
                  <w:rPr>
                    <w:rStyle w:val="PlaceholderText"/>
                    <w:sz w:val="18"/>
                    <w:szCs w:val="18"/>
                  </w:rPr>
                  <w:t xml:space="preserve">                </w:t>
                </w:r>
              </w:sdtContent>
            </w:sdt>
            <w:permEnd w:id="80737"/>
          </w:p>
        </w:tc>
        <w:tc>
          <w:tcPr>
            <w:tcW w:type="dxa" w:w="900"/>
            <w:vAlign w:val="center"/>
          </w:tcPr>
          <w:p>
            <w:pPr>
              <w:spacing w:before="0" w:after="0" w:line="240" w:lineRule="auto"/>
              <w:jc w:val="left"/>
            </w:pPr>
            <w:permStart w:id="80739" w:edGrp="everyone"/>
            <w:sdt>
              <w:sdtPr>
                <w:alias w:val="T-U-L 6"/>
                <w:tag w:val="T-U-L 6"/>
                <w:id w:val="80740"/>
                <w:showingPlcHdr/>
                <w:text w:multiLine="1"/>
              </w:sdtPr>
              <w:sdtContent>
                <w:r>
                  <w:rPr>
                    <w:rStyle w:val="PlaceholderText"/>
                    <w:sz w:val="18"/>
                    <w:szCs w:val="18"/>
                  </w:rPr>
                  <w:t xml:space="preserve">      </w:t>
                </w:r>
              </w:sdtContent>
            </w:sdt>
            <w:permEnd w:id="80739"/>
          </w:p>
        </w:tc>
        <w:tc>
          <w:tcPr>
            <w:tcW w:type="dxa" w:w="800"/>
            <w:vAlign w:val="center"/>
          </w:tcPr>
          <w:p>
            <w:pPr>
              <w:spacing w:before="0" w:after="0" w:line="240" w:lineRule="auto"/>
              <w:jc w:val="left"/>
            </w:pPr>
            <w:permStart w:id="80741" w:edGrp="everyone"/>
            <w:sdt>
              <w:sdtPr>
                <w:alias w:val="Kredi 6"/>
                <w:tag w:val="Kredi 6"/>
                <w:id w:val="80742"/>
                <w:showingPlcHdr/>
                <w:text w:multiLine="1"/>
              </w:sdtPr>
              <w:sdtContent>
                <w:r>
                  <w:rPr>
                    <w:rStyle w:val="PlaceholderText"/>
                    <w:sz w:val="18"/>
                    <w:szCs w:val="18"/>
                  </w:rPr>
                  <w:t xml:space="preserve">      </w:t>
                </w:r>
              </w:sdtContent>
            </w:sdt>
            <w:permEnd w:id="80741"/>
          </w:p>
        </w:tc>
        <w:tc>
          <w:tcPr>
            <w:tcW w:type="dxa" w:w="800"/>
            <w:vAlign w:val="center"/>
          </w:tcPr>
          <w:p>
            <w:pPr>
              <w:spacing w:before="0" w:after="0" w:line="240" w:lineRule="auto"/>
              <w:jc w:val="left"/>
            </w:pPr>
            <w:permStart w:id="80743" w:edGrp="everyone"/>
            <w:sdt>
              <w:sdtPr>
                <w:alias w:val="AKTS 6"/>
                <w:tag w:val="AKTS 6"/>
                <w:id w:val="80744"/>
                <w:showingPlcHdr/>
                <w:text w:multiLine="1"/>
              </w:sdtPr>
              <w:sdtContent>
                <w:r>
                  <w:rPr>
                    <w:rStyle w:val="PlaceholderText"/>
                    <w:sz w:val="18"/>
                    <w:szCs w:val="18"/>
                  </w:rPr>
                  <w:t xml:space="preserve">      </w:t>
                </w:r>
              </w:sdtContent>
            </w:sdt>
            <w:permEnd w:id="80743"/>
          </w:p>
        </w:tc>
        <w:tc>
          <w:tcPr>
            <w:tcW w:type="dxa" w:w="600"/>
            <w:vAlign w:val="center"/>
          </w:tcPr>
          <w:p>
            <w:pPr>
              <w:spacing w:before="0" w:after="0" w:line="240" w:lineRule="auto"/>
              <w:jc w:val="left"/>
            </w:pPr>
            <w:permStart w:id="80745" w:edGrp="everyone"/>
            <w:sdt>
              <w:sdtPr>
                <w:alias w:val="Z/S 6"/>
                <w:tag w:val="Z/S 6"/>
                <w:id w:val="80746"/>
                <w:showingPlcHdr/>
                <w:text w:multiLine="1"/>
              </w:sdtPr>
              <w:sdtContent>
                <w:r>
                  <w:rPr>
                    <w:rStyle w:val="PlaceholderText"/>
                    <w:sz w:val="18"/>
                    <w:szCs w:val="18"/>
                  </w:rPr>
                  <w:t xml:space="preserve">      </w:t>
                </w:r>
              </w:sdtContent>
            </w:sdt>
            <w:permEnd w:id="80745"/>
          </w:p>
        </w:tc>
        <w:tc>
          <w:tcPr>
            <w:tcW w:type="dxa" w:w="900"/>
            <w:vAlign w:val="center"/>
          </w:tcPr>
          <w:p>
            <w:pPr>
              <w:spacing w:before="0" w:after="0" w:line="240" w:lineRule="auto"/>
              <w:jc w:val="left"/>
            </w:pPr>
            <w:permStart w:id="80747" w:edGrp="everyone"/>
            <w:sdt>
              <w:sdtPr>
                <w:alias w:val="Ön Koşul 6"/>
                <w:tag w:val="Ön Koşul 6"/>
                <w:id w:val="80748"/>
                <w:showingPlcHdr/>
                <w:text w:multiLine="1"/>
              </w:sdtPr>
              <w:sdtContent>
                <w:r>
                  <w:rPr>
                    <w:rStyle w:val="PlaceholderText"/>
                    <w:sz w:val="18"/>
                    <w:szCs w:val="18"/>
                  </w:rPr>
                  <w:t xml:space="preserve">      </w:t>
                </w:r>
              </w:sdtContent>
            </w:sdt>
            <w:permEnd w:id="80747"/>
          </w:p>
        </w:tc>
      </w:tr>
      <w:tr>
        <w:trPr>
          <w:trHeight w:val="300" w:hRule="atLeast"/>
          <w:cantSplit/>
        </w:trPr>
        <w:tc>
          <w:tcPr>
            <w:tcW w:type="dxa" w:w="500"/>
            <w:vAlign w:val="center"/>
          </w:tcPr>
          <w:p>
            <w:pPr>
              <w:spacing w:before="0" w:after="0" w:line="240" w:lineRule="auto"/>
              <w:jc w:val="center"/>
            </w:pPr>
            <w:r>
              <w:rPr>
                <w:sz w:val="18"/>
                <w:szCs w:val="18"/>
              </w:rPr>
              <w:t xml:space="preserve">7</w:t>
            </w:r>
          </w:p>
        </w:tc>
        <w:tc>
          <w:tcPr>
            <w:tcW w:type="dxa" w:w="1300"/>
            <w:vAlign w:val="center"/>
          </w:tcPr>
          <w:p>
            <w:pPr>
              <w:spacing w:before="0" w:after="0" w:line="240" w:lineRule="auto"/>
              <w:jc w:val="left"/>
            </w:pPr>
            <w:permStart w:id="80749" w:edGrp="everyone"/>
            <w:sdt>
              <w:sdtPr>
                <w:alias w:val="Ders Kodu 7"/>
                <w:tag w:val="Ders Kodu 7"/>
                <w:id w:val="80750"/>
                <w:showingPlcHdr/>
                <w:text w:multiLine="1"/>
              </w:sdtPr>
              <w:sdtContent>
                <w:r>
                  <w:rPr>
                    <w:rStyle w:val="PlaceholderText"/>
                    <w:sz w:val="18"/>
                    <w:szCs w:val="18"/>
                  </w:rPr>
                  <w:t xml:space="preserve">      </w:t>
                </w:r>
              </w:sdtContent>
            </w:sdt>
            <w:permEnd w:id="80749"/>
          </w:p>
        </w:tc>
        <w:tc>
          <w:tcPr>
            <w:tcW w:type="dxa" w:w="3837"/>
            <w:vAlign w:val="center"/>
          </w:tcPr>
          <w:p>
            <w:pPr>
              <w:spacing w:before="0" w:after="0" w:line="240" w:lineRule="auto"/>
              <w:jc w:val="left"/>
            </w:pPr>
            <w:permStart w:id="80751" w:edGrp="everyone"/>
            <w:sdt>
              <w:sdtPr>
                <w:alias w:val="Ders Adı 7"/>
                <w:tag w:val="Ders Adı 7"/>
                <w:id w:val="80752"/>
                <w:showingPlcHdr/>
                <w:text w:multiLine="1"/>
              </w:sdtPr>
              <w:sdtContent>
                <w:r>
                  <w:rPr>
                    <w:rStyle w:val="PlaceholderText"/>
                    <w:sz w:val="18"/>
                    <w:szCs w:val="18"/>
                  </w:rPr>
                  <w:t xml:space="preserve">                </w:t>
                </w:r>
              </w:sdtContent>
            </w:sdt>
            <w:permEnd w:id="80751"/>
          </w:p>
        </w:tc>
        <w:tc>
          <w:tcPr>
            <w:tcW w:type="dxa" w:w="900"/>
            <w:vAlign w:val="center"/>
          </w:tcPr>
          <w:p>
            <w:pPr>
              <w:spacing w:before="0" w:after="0" w:line="240" w:lineRule="auto"/>
              <w:jc w:val="left"/>
            </w:pPr>
            <w:permStart w:id="80753" w:edGrp="everyone"/>
            <w:sdt>
              <w:sdtPr>
                <w:alias w:val="T-U-L 7"/>
                <w:tag w:val="T-U-L 7"/>
                <w:id w:val="80754"/>
                <w:showingPlcHdr/>
                <w:text w:multiLine="1"/>
              </w:sdtPr>
              <w:sdtContent>
                <w:r>
                  <w:rPr>
                    <w:rStyle w:val="PlaceholderText"/>
                    <w:sz w:val="18"/>
                    <w:szCs w:val="18"/>
                  </w:rPr>
                  <w:t xml:space="preserve">      </w:t>
                </w:r>
              </w:sdtContent>
            </w:sdt>
            <w:permEnd w:id="80753"/>
          </w:p>
        </w:tc>
        <w:tc>
          <w:tcPr>
            <w:tcW w:type="dxa" w:w="800"/>
            <w:vAlign w:val="center"/>
          </w:tcPr>
          <w:p>
            <w:pPr>
              <w:spacing w:before="0" w:after="0" w:line="240" w:lineRule="auto"/>
              <w:jc w:val="left"/>
            </w:pPr>
            <w:permStart w:id="80755" w:edGrp="everyone"/>
            <w:sdt>
              <w:sdtPr>
                <w:alias w:val="Kredi 7"/>
                <w:tag w:val="Kredi 7"/>
                <w:id w:val="80756"/>
                <w:showingPlcHdr/>
                <w:text w:multiLine="1"/>
              </w:sdtPr>
              <w:sdtContent>
                <w:r>
                  <w:rPr>
                    <w:rStyle w:val="PlaceholderText"/>
                    <w:sz w:val="18"/>
                    <w:szCs w:val="18"/>
                  </w:rPr>
                  <w:t xml:space="preserve">      </w:t>
                </w:r>
              </w:sdtContent>
            </w:sdt>
            <w:permEnd w:id="80755"/>
          </w:p>
        </w:tc>
        <w:tc>
          <w:tcPr>
            <w:tcW w:type="dxa" w:w="800"/>
            <w:vAlign w:val="center"/>
          </w:tcPr>
          <w:p>
            <w:pPr>
              <w:spacing w:before="0" w:after="0" w:line="240" w:lineRule="auto"/>
              <w:jc w:val="left"/>
            </w:pPr>
            <w:permStart w:id="80757" w:edGrp="everyone"/>
            <w:sdt>
              <w:sdtPr>
                <w:alias w:val="AKTS 7"/>
                <w:tag w:val="AKTS 7"/>
                <w:id w:val="80758"/>
                <w:showingPlcHdr/>
                <w:text w:multiLine="1"/>
              </w:sdtPr>
              <w:sdtContent>
                <w:r>
                  <w:rPr>
                    <w:rStyle w:val="PlaceholderText"/>
                    <w:sz w:val="18"/>
                    <w:szCs w:val="18"/>
                  </w:rPr>
                  <w:t xml:space="preserve">      </w:t>
                </w:r>
              </w:sdtContent>
            </w:sdt>
            <w:permEnd w:id="80757"/>
          </w:p>
        </w:tc>
        <w:tc>
          <w:tcPr>
            <w:tcW w:type="dxa" w:w="600"/>
            <w:vAlign w:val="center"/>
          </w:tcPr>
          <w:p>
            <w:pPr>
              <w:spacing w:before="0" w:after="0" w:line="240" w:lineRule="auto"/>
              <w:jc w:val="left"/>
            </w:pPr>
            <w:permStart w:id="80759" w:edGrp="everyone"/>
            <w:sdt>
              <w:sdtPr>
                <w:alias w:val="Z/S 7"/>
                <w:tag w:val="Z/S 7"/>
                <w:id w:val="80760"/>
                <w:showingPlcHdr/>
                <w:text w:multiLine="1"/>
              </w:sdtPr>
              <w:sdtContent>
                <w:r>
                  <w:rPr>
                    <w:rStyle w:val="PlaceholderText"/>
                    <w:sz w:val="18"/>
                    <w:szCs w:val="18"/>
                  </w:rPr>
                  <w:t xml:space="preserve">      </w:t>
                </w:r>
              </w:sdtContent>
            </w:sdt>
            <w:permEnd w:id="80759"/>
          </w:p>
        </w:tc>
        <w:tc>
          <w:tcPr>
            <w:tcW w:type="dxa" w:w="900"/>
            <w:vAlign w:val="center"/>
          </w:tcPr>
          <w:p>
            <w:pPr>
              <w:spacing w:before="0" w:after="0" w:line="240" w:lineRule="auto"/>
              <w:jc w:val="left"/>
            </w:pPr>
            <w:permStart w:id="80761" w:edGrp="everyone"/>
            <w:sdt>
              <w:sdtPr>
                <w:alias w:val="Ön Koşul 7"/>
                <w:tag w:val="Ön Koşul 7"/>
                <w:id w:val="80762"/>
                <w:showingPlcHdr/>
                <w:text w:multiLine="1"/>
              </w:sdtPr>
              <w:sdtContent>
                <w:r>
                  <w:rPr>
                    <w:rStyle w:val="PlaceholderText"/>
                    <w:sz w:val="18"/>
                    <w:szCs w:val="18"/>
                  </w:rPr>
                  <w:t xml:space="preserve">      </w:t>
                </w:r>
              </w:sdtContent>
            </w:sdt>
            <w:permEnd w:id="80761"/>
          </w:p>
        </w:tc>
      </w:tr>
      <w:tr>
        <w:trPr>
          <w:trHeight w:val="300" w:hRule="atLeast"/>
          <w:cantSplit/>
        </w:trPr>
        <w:tc>
          <w:tcPr>
            <w:tcW w:type="dxa" w:w="500"/>
            <w:vAlign w:val="center"/>
          </w:tcPr>
          <w:p>
            <w:pPr>
              <w:spacing w:before="0" w:after="0" w:line="240" w:lineRule="auto"/>
              <w:jc w:val="center"/>
            </w:pPr>
            <w:r>
              <w:rPr>
                <w:sz w:val="18"/>
                <w:szCs w:val="18"/>
              </w:rPr>
              <w:t xml:space="preserve">8</w:t>
            </w:r>
          </w:p>
        </w:tc>
        <w:tc>
          <w:tcPr>
            <w:tcW w:type="dxa" w:w="1300"/>
            <w:vAlign w:val="center"/>
          </w:tcPr>
          <w:p>
            <w:pPr>
              <w:spacing w:before="0" w:after="0" w:line="240" w:lineRule="auto"/>
              <w:jc w:val="left"/>
            </w:pPr>
            <w:permStart w:id="80763" w:edGrp="everyone"/>
            <w:sdt>
              <w:sdtPr>
                <w:alias w:val="Ders Kodu 8"/>
                <w:tag w:val="Ders Kodu 8"/>
                <w:id w:val="80764"/>
                <w:showingPlcHdr/>
                <w:text w:multiLine="1"/>
              </w:sdtPr>
              <w:sdtContent>
                <w:r>
                  <w:rPr>
                    <w:rStyle w:val="PlaceholderText"/>
                    <w:sz w:val="18"/>
                    <w:szCs w:val="18"/>
                  </w:rPr>
                  <w:t xml:space="preserve">      </w:t>
                </w:r>
              </w:sdtContent>
            </w:sdt>
            <w:permEnd w:id="80763"/>
          </w:p>
        </w:tc>
        <w:tc>
          <w:tcPr>
            <w:tcW w:type="dxa" w:w="3837"/>
            <w:vAlign w:val="center"/>
          </w:tcPr>
          <w:p>
            <w:pPr>
              <w:spacing w:before="0" w:after="0" w:line="240" w:lineRule="auto"/>
              <w:jc w:val="left"/>
            </w:pPr>
            <w:permStart w:id="80765" w:edGrp="everyone"/>
            <w:sdt>
              <w:sdtPr>
                <w:alias w:val="Ders Adı 8"/>
                <w:tag w:val="Ders Adı 8"/>
                <w:id w:val="80766"/>
                <w:showingPlcHdr/>
                <w:text w:multiLine="1"/>
              </w:sdtPr>
              <w:sdtContent>
                <w:r>
                  <w:rPr>
                    <w:rStyle w:val="PlaceholderText"/>
                    <w:sz w:val="18"/>
                    <w:szCs w:val="18"/>
                  </w:rPr>
                  <w:t xml:space="preserve">                </w:t>
                </w:r>
              </w:sdtContent>
            </w:sdt>
            <w:permEnd w:id="80765"/>
          </w:p>
        </w:tc>
        <w:tc>
          <w:tcPr>
            <w:tcW w:type="dxa" w:w="900"/>
            <w:vAlign w:val="center"/>
          </w:tcPr>
          <w:p>
            <w:pPr>
              <w:spacing w:before="0" w:after="0" w:line="240" w:lineRule="auto"/>
              <w:jc w:val="left"/>
            </w:pPr>
            <w:permStart w:id="80767" w:edGrp="everyone"/>
            <w:sdt>
              <w:sdtPr>
                <w:alias w:val="T-U-L 8"/>
                <w:tag w:val="T-U-L 8"/>
                <w:id w:val="80768"/>
                <w:showingPlcHdr/>
                <w:text w:multiLine="1"/>
              </w:sdtPr>
              <w:sdtContent>
                <w:r>
                  <w:rPr>
                    <w:rStyle w:val="PlaceholderText"/>
                    <w:sz w:val="18"/>
                    <w:szCs w:val="18"/>
                  </w:rPr>
                  <w:t xml:space="preserve">      </w:t>
                </w:r>
              </w:sdtContent>
            </w:sdt>
            <w:permEnd w:id="80767"/>
          </w:p>
        </w:tc>
        <w:tc>
          <w:tcPr>
            <w:tcW w:type="dxa" w:w="800"/>
            <w:vAlign w:val="center"/>
          </w:tcPr>
          <w:p>
            <w:pPr>
              <w:spacing w:before="0" w:after="0" w:line="240" w:lineRule="auto"/>
              <w:jc w:val="left"/>
            </w:pPr>
            <w:permStart w:id="80769" w:edGrp="everyone"/>
            <w:sdt>
              <w:sdtPr>
                <w:alias w:val="Kredi 8"/>
                <w:tag w:val="Kredi 8"/>
                <w:id w:val="80770"/>
                <w:showingPlcHdr/>
                <w:text w:multiLine="1"/>
              </w:sdtPr>
              <w:sdtContent>
                <w:r>
                  <w:rPr>
                    <w:rStyle w:val="PlaceholderText"/>
                    <w:sz w:val="18"/>
                    <w:szCs w:val="18"/>
                  </w:rPr>
                  <w:t xml:space="preserve">      </w:t>
                </w:r>
              </w:sdtContent>
            </w:sdt>
            <w:permEnd w:id="80769"/>
          </w:p>
        </w:tc>
        <w:tc>
          <w:tcPr>
            <w:tcW w:type="dxa" w:w="800"/>
            <w:vAlign w:val="center"/>
          </w:tcPr>
          <w:p>
            <w:pPr>
              <w:spacing w:before="0" w:after="0" w:line="240" w:lineRule="auto"/>
              <w:jc w:val="left"/>
            </w:pPr>
            <w:permStart w:id="80771" w:edGrp="everyone"/>
            <w:sdt>
              <w:sdtPr>
                <w:alias w:val="AKTS 8"/>
                <w:tag w:val="AKTS 8"/>
                <w:id w:val="80772"/>
                <w:showingPlcHdr/>
                <w:text w:multiLine="1"/>
              </w:sdtPr>
              <w:sdtContent>
                <w:r>
                  <w:rPr>
                    <w:rStyle w:val="PlaceholderText"/>
                    <w:sz w:val="18"/>
                    <w:szCs w:val="18"/>
                  </w:rPr>
                  <w:t xml:space="preserve">      </w:t>
                </w:r>
              </w:sdtContent>
            </w:sdt>
            <w:permEnd w:id="80771"/>
          </w:p>
        </w:tc>
        <w:tc>
          <w:tcPr>
            <w:tcW w:type="dxa" w:w="600"/>
            <w:vAlign w:val="center"/>
          </w:tcPr>
          <w:p>
            <w:pPr>
              <w:spacing w:before="0" w:after="0" w:line="240" w:lineRule="auto"/>
              <w:jc w:val="left"/>
            </w:pPr>
            <w:permStart w:id="80773" w:edGrp="everyone"/>
            <w:sdt>
              <w:sdtPr>
                <w:alias w:val="Z/S 8"/>
                <w:tag w:val="Z/S 8"/>
                <w:id w:val="80774"/>
                <w:showingPlcHdr/>
                <w:text w:multiLine="1"/>
              </w:sdtPr>
              <w:sdtContent>
                <w:r>
                  <w:rPr>
                    <w:rStyle w:val="PlaceholderText"/>
                    <w:sz w:val="18"/>
                    <w:szCs w:val="18"/>
                  </w:rPr>
                  <w:t xml:space="preserve">      </w:t>
                </w:r>
              </w:sdtContent>
            </w:sdt>
            <w:permEnd w:id="80773"/>
          </w:p>
        </w:tc>
        <w:tc>
          <w:tcPr>
            <w:tcW w:type="dxa" w:w="900"/>
            <w:vAlign w:val="center"/>
          </w:tcPr>
          <w:p>
            <w:pPr>
              <w:spacing w:before="0" w:after="0" w:line="240" w:lineRule="auto"/>
              <w:jc w:val="left"/>
            </w:pPr>
            <w:permStart w:id="80775" w:edGrp="everyone"/>
            <w:sdt>
              <w:sdtPr>
                <w:alias w:val="Ön Koşul 8"/>
                <w:tag w:val="Ön Koşul 8"/>
                <w:id w:val="80776"/>
                <w:showingPlcHdr/>
                <w:text w:multiLine="1"/>
              </w:sdtPr>
              <w:sdtContent>
                <w:r>
                  <w:rPr>
                    <w:rStyle w:val="PlaceholderText"/>
                    <w:sz w:val="18"/>
                    <w:szCs w:val="18"/>
                  </w:rPr>
                  <w:t xml:space="preserve">      </w:t>
                </w:r>
              </w:sdtContent>
            </w:sdt>
            <w:permEnd w:id="80775"/>
          </w:p>
        </w:tc>
      </w:tr>
      <w:tr>
        <w:trPr>
          <w:trHeight w:val="300" w:hRule="atLeast"/>
          <w:cantSplit/>
        </w:trPr>
        <w:tc>
          <w:tcPr>
            <w:tcW w:type="dxa" w:w="500"/>
            <w:vAlign w:val="center"/>
          </w:tcPr>
          <w:p>
            <w:pPr>
              <w:spacing w:before="0" w:after="0" w:line="240" w:lineRule="auto"/>
              <w:jc w:val="center"/>
            </w:pPr>
            <w:r>
              <w:rPr>
                <w:sz w:val="18"/>
                <w:szCs w:val="18"/>
              </w:rPr>
              <w:t xml:space="preserve">9</w:t>
            </w:r>
          </w:p>
        </w:tc>
        <w:tc>
          <w:tcPr>
            <w:tcW w:type="dxa" w:w="1300"/>
            <w:vAlign w:val="center"/>
          </w:tcPr>
          <w:p>
            <w:pPr>
              <w:spacing w:before="0" w:after="0" w:line="240" w:lineRule="auto"/>
              <w:jc w:val="left"/>
            </w:pPr>
            <w:permStart w:id="80777" w:edGrp="everyone"/>
            <w:sdt>
              <w:sdtPr>
                <w:alias w:val="Ders Kodu 9"/>
                <w:tag w:val="Ders Kodu 9"/>
                <w:id w:val="80778"/>
                <w:showingPlcHdr/>
                <w:text w:multiLine="1"/>
              </w:sdtPr>
              <w:sdtContent>
                <w:r>
                  <w:rPr>
                    <w:rStyle w:val="PlaceholderText"/>
                    <w:sz w:val="18"/>
                    <w:szCs w:val="18"/>
                  </w:rPr>
                  <w:t xml:space="preserve">      </w:t>
                </w:r>
              </w:sdtContent>
            </w:sdt>
            <w:permEnd w:id="80777"/>
          </w:p>
        </w:tc>
        <w:tc>
          <w:tcPr>
            <w:tcW w:type="dxa" w:w="3837"/>
            <w:vAlign w:val="center"/>
          </w:tcPr>
          <w:p>
            <w:pPr>
              <w:spacing w:before="0" w:after="0" w:line="240" w:lineRule="auto"/>
              <w:jc w:val="left"/>
            </w:pPr>
            <w:permStart w:id="80779" w:edGrp="everyone"/>
            <w:sdt>
              <w:sdtPr>
                <w:alias w:val="Ders Adı 9"/>
                <w:tag w:val="Ders Adı 9"/>
                <w:id w:val="80780"/>
                <w:showingPlcHdr/>
                <w:text w:multiLine="1"/>
              </w:sdtPr>
              <w:sdtContent>
                <w:r>
                  <w:rPr>
                    <w:rStyle w:val="PlaceholderText"/>
                    <w:sz w:val="18"/>
                    <w:szCs w:val="18"/>
                  </w:rPr>
                  <w:t xml:space="preserve">                </w:t>
                </w:r>
              </w:sdtContent>
            </w:sdt>
            <w:permEnd w:id="80779"/>
          </w:p>
        </w:tc>
        <w:tc>
          <w:tcPr>
            <w:tcW w:type="dxa" w:w="900"/>
            <w:vAlign w:val="center"/>
          </w:tcPr>
          <w:p>
            <w:pPr>
              <w:spacing w:before="0" w:after="0" w:line="240" w:lineRule="auto"/>
              <w:jc w:val="left"/>
            </w:pPr>
            <w:permStart w:id="80781" w:edGrp="everyone"/>
            <w:sdt>
              <w:sdtPr>
                <w:alias w:val="T-U-L 9"/>
                <w:tag w:val="T-U-L 9"/>
                <w:id w:val="80782"/>
                <w:showingPlcHdr/>
                <w:text w:multiLine="1"/>
              </w:sdtPr>
              <w:sdtContent>
                <w:r>
                  <w:rPr>
                    <w:rStyle w:val="PlaceholderText"/>
                    <w:sz w:val="18"/>
                    <w:szCs w:val="18"/>
                  </w:rPr>
                  <w:t xml:space="preserve">      </w:t>
                </w:r>
              </w:sdtContent>
            </w:sdt>
            <w:permEnd w:id="80781"/>
          </w:p>
        </w:tc>
        <w:tc>
          <w:tcPr>
            <w:tcW w:type="dxa" w:w="800"/>
            <w:vAlign w:val="center"/>
          </w:tcPr>
          <w:p>
            <w:pPr>
              <w:spacing w:before="0" w:after="0" w:line="240" w:lineRule="auto"/>
              <w:jc w:val="left"/>
            </w:pPr>
            <w:permStart w:id="80783" w:edGrp="everyone"/>
            <w:sdt>
              <w:sdtPr>
                <w:alias w:val="Kredi 9"/>
                <w:tag w:val="Kredi 9"/>
                <w:id w:val="80784"/>
                <w:showingPlcHdr/>
                <w:text w:multiLine="1"/>
              </w:sdtPr>
              <w:sdtContent>
                <w:r>
                  <w:rPr>
                    <w:rStyle w:val="PlaceholderText"/>
                    <w:sz w:val="18"/>
                    <w:szCs w:val="18"/>
                  </w:rPr>
                  <w:t xml:space="preserve">      </w:t>
                </w:r>
              </w:sdtContent>
            </w:sdt>
            <w:permEnd w:id="80783"/>
          </w:p>
        </w:tc>
        <w:tc>
          <w:tcPr>
            <w:tcW w:type="dxa" w:w="800"/>
            <w:vAlign w:val="center"/>
          </w:tcPr>
          <w:p>
            <w:pPr>
              <w:spacing w:before="0" w:after="0" w:line="240" w:lineRule="auto"/>
              <w:jc w:val="left"/>
            </w:pPr>
            <w:permStart w:id="80785" w:edGrp="everyone"/>
            <w:sdt>
              <w:sdtPr>
                <w:alias w:val="AKTS 9"/>
                <w:tag w:val="AKTS 9"/>
                <w:id w:val="80786"/>
                <w:showingPlcHdr/>
                <w:text w:multiLine="1"/>
              </w:sdtPr>
              <w:sdtContent>
                <w:r>
                  <w:rPr>
                    <w:rStyle w:val="PlaceholderText"/>
                    <w:sz w:val="18"/>
                    <w:szCs w:val="18"/>
                  </w:rPr>
                  <w:t xml:space="preserve">      </w:t>
                </w:r>
              </w:sdtContent>
            </w:sdt>
            <w:permEnd w:id="80785"/>
          </w:p>
        </w:tc>
        <w:tc>
          <w:tcPr>
            <w:tcW w:type="dxa" w:w="600"/>
            <w:vAlign w:val="center"/>
          </w:tcPr>
          <w:p>
            <w:pPr>
              <w:spacing w:before="0" w:after="0" w:line="240" w:lineRule="auto"/>
              <w:jc w:val="left"/>
            </w:pPr>
            <w:permStart w:id="80787" w:edGrp="everyone"/>
            <w:sdt>
              <w:sdtPr>
                <w:alias w:val="Z/S 9"/>
                <w:tag w:val="Z/S 9"/>
                <w:id w:val="80788"/>
                <w:showingPlcHdr/>
                <w:text w:multiLine="1"/>
              </w:sdtPr>
              <w:sdtContent>
                <w:r>
                  <w:rPr>
                    <w:rStyle w:val="PlaceholderText"/>
                    <w:sz w:val="18"/>
                    <w:szCs w:val="18"/>
                  </w:rPr>
                  <w:t xml:space="preserve">      </w:t>
                </w:r>
              </w:sdtContent>
            </w:sdt>
            <w:permEnd w:id="80787"/>
          </w:p>
        </w:tc>
        <w:tc>
          <w:tcPr>
            <w:tcW w:type="dxa" w:w="900"/>
            <w:vAlign w:val="center"/>
          </w:tcPr>
          <w:p>
            <w:pPr>
              <w:spacing w:before="0" w:after="0" w:line="240" w:lineRule="auto"/>
              <w:jc w:val="left"/>
            </w:pPr>
            <w:permStart w:id="80789" w:edGrp="everyone"/>
            <w:sdt>
              <w:sdtPr>
                <w:alias w:val="Ön Koşul 9"/>
                <w:tag w:val="Ön Koşul 9"/>
                <w:id w:val="80790"/>
                <w:showingPlcHdr/>
                <w:text w:multiLine="1"/>
              </w:sdtPr>
              <w:sdtContent>
                <w:r>
                  <w:rPr>
                    <w:rStyle w:val="PlaceholderText"/>
                    <w:sz w:val="18"/>
                    <w:szCs w:val="18"/>
                  </w:rPr>
                  <w:t xml:space="preserve">      </w:t>
                </w:r>
              </w:sdtContent>
            </w:sdt>
            <w:permEnd w:id="80789"/>
          </w:p>
        </w:tc>
      </w:tr>
    </w:tbl>
    <w:p>
      <w:pPr>
        <w:spacing w:before="0" w:after="0" w:line="120" w:lineRule="exact"/>
      </w:pPr>
    </w:p>
    <w:p>
      <w:pPr>
        <w:keepNext/>
        <w:spacing w:before="0" w:after="40" w:line="240" w:lineRule="auto"/>
        <w:jc w:val="left"/>
      </w:pPr>
      <w:r>
        <w:rPr>
          <w:b/>
          <w:bCs/>
          <w:sz w:val="19"/>
          <w:szCs w:val="19"/>
        </w:rPr>
        <w:t xml:space="preserve">3. YARIYIL</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500"/>
        <w:gridCol w:w="1300"/>
        <w:gridCol w:w="3837"/>
        <w:gridCol w:w="900"/>
        <w:gridCol w:w="800"/>
        <w:gridCol w:w="800"/>
        <w:gridCol w:w="600"/>
        <w:gridCol w:w="900"/>
      </w:tblGrid>
      <w:tr>
        <w:trPr>
          <w:trHeight w:val="351" w:hRule="atLeast"/>
          <w:cantSplit/>
        </w:trPr>
        <w:tc>
          <w:tcPr>
            <w:tcW w:type="dxa" w:w="500"/>
            <w:shd w:val="clear" w:color="auto" w:fill="D9D2EC"/>
            <w:vAlign w:val="center"/>
          </w:tcPr>
          <w:p>
            <w:pPr>
              <w:spacing w:before="0" w:after="0" w:line="240" w:lineRule="auto"/>
              <w:jc w:val="center"/>
            </w:pPr>
            <w:r>
              <w:rPr>
                <w:b/>
                <w:bCs/>
                <w:sz w:val="18"/>
                <w:szCs w:val="18"/>
              </w:rPr>
              <w:t xml:space="preserve">Sıra</w:t>
            </w:r>
          </w:p>
        </w:tc>
        <w:tc>
          <w:tcPr>
            <w:tcW w:type="dxa" w:w="1300"/>
            <w:shd w:val="clear" w:color="auto" w:fill="D9D2EC"/>
            <w:vAlign w:val="center"/>
          </w:tcPr>
          <w:p>
            <w:pPr>
              <w:spacing w:before="0" w:after="0" w:line="240" w:lineRule="auto"/>
              <w:jc w:val="center"/>
            </w:pPr>
            <w:r>
              <w:rPr>
                <w:b/>
                <w:bCs/>
                <w:sz w:val="18"/>
                <w:szCs w:val="18"/>
              </w:rPr>
              <w:t xml:space="preserve">Ders Kodu</w:t>
            </w:r>
          </w:p>
        </w:tc>
        <w:tc>
          <w:tcPr>
            <w:tcW w:type="dxa" w:w="3837"/>
            <w:shd w:val="clear" w:color="auto" w:fill="D9D2EC"/>
            <w:vAlign w:val="center"/>
          </w:tcPr>
          <w:p>
            <w:pPr>
              <w:spacing w:before="0" w:after="0" w:line="240" w:lineRule="auto"/>
              <w:jc w:val="center"/>
            </w:pPr>
            <w:r>
              <w:rPr>
                <w:b/>
                <w:bCs/>
                <w:sz w:val="18"/>
                <w:szCs w:val="18"/>
              </w:rPr>
              <w:t xml:space="preserve">Ders Adı</w:t>
            </w:r>
          </w:p>
        </w:tc>
        <w:tc>
          <w:tcPr>
            <w:tcW w:type="dxa" w:w="900"/>
            <w:shd w:val="clear" w:color="auto" w:fill="D9D2EC"/>
            <w:vAlign w:val="center"/>
          </w:tcPr>
          <w:p>
            <w:pPr>
              <w:spacing w:before="0" w:after="0" w:line="240" w:lineRule="auto"/>
              <w:jc w:val="center"/>
            </w:pPr>
            <w:r>
              <w:rPr>
                <w:b/>
                <w:bCs/>
                <w:sz w:val="18"/>
                <w:szCs w:val="18"/>
              </w:rPr>
              <w:t xml:space="preserve">T-U-L</w:t>
            </w:r>
          </w:p>
        </w:tc>
        <w:tc>
          <w:tcPr>
            <w:tcW w:type="dxa" w:w="800"/>
            <w:shd w:val="clear" w:color="auto" w:fill="D9D2EC"/>
            <w:vAlign w:val="center"/>
          </w:tcPr>
          <w:p>
            <w:pPr>
              <w:spacing w:before="0" w:after="0" w:line="240" w:lineRule="auto"/>
              <w:jc w:val="center"/>
            </w:pPr>
            <w:r>
              <w:rPr>
                <w:b/>
                <w:bCs/>
                <w:sz w:val="18"/>
                <w:szCs w:val="18"/>
              </w:rPr>
              <w:t xml:space="preserve">Kredi</w:t>
            </w:r>
          </w:p>
        </w:tc>
        <w:tc>
          <w:tcPr>
            <w:tcW w:type="dxa" w:w="800"/>
            <w:shd w:val="clear" w:color="auto" w:fill="D9D2EC"/>
            <w:vAlign w:val="center"/>
          </w:tcPr>
          <w:p>
            <w:pPr>
              <w:spacing w:before="0" w:after="0" w:line="240" w:lineRule="auto"/>
              <w:jc w:val="center"/>
            </w:pPr>
            <w:r>
              <w:rPr>
                <w:b/>
                <w:bCs/>
                <w:sz w:val="18"/>
                <w:szCs w:val="18"/>
              </w:rPr>
              <w:t xml:space="preserve">AKTS</w:t>
            </w:r>
          </w:p>
        </w:tc>
        <w:tc>
          <w:tcPr>
            <w:tcW w:type="dxa" w:w="600"/>
            <w:shd w:val="clear" w:color="auto" w:fill="D9D2EC"/>
            <w:vAlign w:val="center"/>
          </w:tcPr>
          <w:p>
            <w:pPr>
              <w:spacing w:before="0" w:after="0" w:line="240" w:lineRule="auto"/>
              <w:jc w:val="center"/>
            </w:pPr>
            <w:r>
              <w:rPr>
                <w:b/>
                <w:bCs/>
                <w:sz w:val="18"/>
                <w:szCs w:val="18"/>
              </w:rPr>
              <w:t xml:space="preserve">Z/S</w:t>
            </w:r>
          </w:p>
        </w:tc>
        <w:tc>
          <w:tcPr>
            <w:tcW w:type="dxa" w:w="900"/>
            <w:shd w:val="clear" w:color="auto" w:fill="D9D2EC"/>
            <w:vAlign w:val="center"/>
          </w:tcPr>
          <w:p>
            <w:pPr>
              <w:spacing w:before="0" w:after="0" w:line="240" w:lineRule="auto"/>
              <w:jc w:val="center"/>
            </w:pPr>
            <w:r>
              <w:rPr>
                <w:b/>
                <w:bCs/>
                <w:sz w:val="18"/>
                <w:szCs w:val="18"/>
              </w:rPr>
              <w:t xml:space="preserve">Ön Koşul</w:t>
            </w:r>
          </w:p>
        </w:tc>
      </w:tr>
      <w:tr>
        <w:trPr>
          <w:trHeight w:val="300" w:hRule="atLeast"/>
          <w:cantSplit/>
        </w:trPr>
        <w:tc>
          <w:tcPr>
            <w:tcW w:type="dxa" w:w="500"/>
            <w:vAlign w:val="center"/>
          </w:tcPr>
          <w:p>
            <w:pPr>
              <w:spacing w:before="0" w:after="0" w:line="240" w:lineRule="auto"/>
              <w:jc w:val="center"/>
            </w:pPr>
            <w:r>
              <w:rPr>
                <w:sz w:val="18"/>
                <w:szCs w:val="18"/>
              </w:rPr>
              <w:t xml:space="preserve">1</w:t>
            </w:r>
          </w:p>
        </w:tc>
        <w:tc>
          <w:tcPr>
            <w:tcW w:type="dxa" w:w="1300"/>
            <w:vAlign w:val="center"/>
          </w:tcPr>
          <w:p>
            <w:pPr>
              <w:spacing w:before="0" w:after="0" w:line="240" w:lineRule="auto"/>
              <w:jc w:val="left"/>
            </w:pPr>
            <w:permStart w:id="80791" w:edGrp="everyone"/>
            <w:sdt>
              <w:sdtPr>
                <w:alias w:val="Ders Kodu 1"/>
                <w:tag w:val="Ders Kodu 1"/>
                <w:id w:val="80792"/>
                <w:showingPlcHdr/>
                <w:text w:multiLine="1"/>
              </w:sdtPr>
              <w:sdtContent>
                <w:r>
                  <w:rPr>
                    <w:rStyle w:val="PlaceholderText"/>
                    <w:sz w:val="18"/>
                    <w:szCs w:val="18"/>
                  </w:rPr>
                  <w:t xml:space="preserve">      </w:t>
                </w:r>
              </w:sdtContent>
            </w:sdt>
            <w:permEnd w:id="80791"/>
          </w:p>
        </w:tc>
        <w:tc>
          <w:tcPr>
            <w:tcW w:type="dxa" w:w="3837"/>
            <w:vAlign w:val="center"/>
          </w:tcPr>
          <w:p>
            <w:pPr>
              <w:spacing w:before="0" w:after="0" w:line="240" w:lineRule="auto"/>
              <w:jc w:val="left"/>
            </w:pPr>
            <w:permStart w:id="80793" w:edGrp="everyone"/>
            <w:sdt>
              <w:sdtPr>
                <w:alias w:val="Ders Adı 1"/>
                <w:tag w:val="Ders Adı 1"/>
                <w:id w:val="80794"/>
                <w:showingPlcHdr/>
                <w:text w:multiLine="1"/>
              </w:sdtPr>
              <w:sdtContent>
                <w:r>
                  <w:rPr>
                    <w:rStyle w:val="PlaceholderText"/>
                    <w:sz w:val="18"/>
                    <w:szCs w:val="18"/>
                  </w:rPr>
                  <w:t xml:space="preserve">                </w:t>
                </w:r>
              </w:sdtContent>
            </w:sdt>
            <w:permEnd w:id="80793"/>
          </w:p>
        </w:tc>
        <w:tc>
          <w:tcPr>
            <w:tcW w:type="dxa" w:w="900"/>
            <w:vAlign w:val="center"/>
          </w:tcPr>
          <w:p>
            <w:pPr>
              <w:spacing w:before="0" w:after="0" w:line="240" w:lineRule="auto"/>
              <w:jc w:val="left"/>
            </w:pPr>
            <w:permStart w:id="80795" w:edGrp="everyone"/>
            <w:sdt>
              <w:sdtPr>
                <w:alias w:val="T-U-L 1"/>
                <w:tag w:val="T-U-L 1"/>
                <w:id w:val="80796"/>
                <w:showingPlcHdr/>
                <w:text w:multiLine="1"/>
              </w:sdtPr>
              <w:sdtContent>
                <w:r>
                  <w:rPr>
                    <w:rStyle w:val="PlaceholderText"/>
                    <w:sz w:val="18"/>
                    <w:szCs w:val="18"/>
                  </w:rPr>
                  <w:t xml:space="preserve">      </w:t>
                </w:r>
              </w:sdtContent>
            </w:sdt>
            <w:permEnd w:id="80795"/>
          </w:p>
        </w:tc>
        <w:tc>
          <w:tcPr>
            <w:tcW w:type="dxa" w:w="800"/>
            <w:vAlign w:val="center"/>
          </w:tcPr>
          <w:p>
            <w:pPr>
              <w:spacing w:before="0" w:after="0" w:line="240" w:lineRule="auto"/>
              <w:jc w:val="left"/>
            </w:pPr>
            <w:permStart w:id="80797" w:edGrp="everyone"/>
            <w:sdt>
              <w:sdtPr>
                <w:alias w:val="Kredi 1"/>
                <w:tag w:val="Kredi 1"/>
                <w:id w:val="80798"/>
                <w:showingPlcHdr/>
                <w:text w:multiLine="1"/>
              </w:sdtPr>
              <w:sdtContent>
                <w:r>
                  <w:rPr>
                    <w:rStyle w:val="PlaceholderText"/>
                    <w:sz w:val="18"/>
                    <w:szCs w:val="18"/>
                  </w:rPr>
                  <w:t xml:space="preserve">      </w:t>
                </w:r>
              </w:sdtContent>
            </w:sdt>
            <w:permEnd w:id="80797"/>
          </w:p>
        </w:tc>
        <w:tc>
          <w:tcPr>
            <w:tcW w:type="dxa" w:w="800"/>
            <w:vAlign w:val="center"/>
          </w:tcPr>
          <w:p>
            <w:pPr>
              <w:spacing w:before="0" w:after="0" w:line="240" w:lineRule="auto"/>
              <w:jc w:val="left"/>
            </w:pPr>
            <w:permStart w:id="80799" w:edGrp="everyone"/>
            <w:sdt>
              <w:sdtPr>
                <w:alias w:val="AKTS 1"/>
                <w:tag w:val="AKTS 1"/>
                <w:id w:val="80800"/>
                <w:showingPlcHdr/>
                <w:text w:multiLine="1"/>
              </w:sdtPr>
              <w:sdtContent>
                <w:r>
                  <w:rPr>
                    <w:rStyle w:val="PlaceholderText"/>
                    <w:sz w:val="18"/>
                    <w:szCs w:val="18"/>
                  </w:rPr>
                  <w:t xml:space="preserve">      </w:t>
                </w:r>
              </w:sdtContent>
            </w:sdt>
            <w:permEnd w:id="80799"/>
          </w:p>
        </w:tc>
        <w:tc>
          <w:tcPr>
            <w:tcW w:type="dxa" w:w="600"/>
            <w:vAlign w:val="center"/>
          </w:tcPr>
          <w:p>
            <w:pPr>
              <w:spacing w:before="0" w:after="0" w:line="240" w:lineRule="auto"/>
              <w:jc w:val="left"/>
            </w:pPr>
            <w:permStart w:id="80801" w:edGrp="everyone"/>
            <w:sdt>
              <w:sdtPr>
                <w:alias w:val="Z/S 1"/>
                <w:tag w:val="Z/S 1"/>
                <w:id w:val="80802"/>
                <w:showingPlcHdr/>
                <w:text w:multiLine="1"/>
              </w:sdtPr>
              <w:sdtContent>
                <w:r>
                  <w:rPr>
                    <w:rStyle w:val="PlaceholderText"/>
                    <w:sz w:val="18"/>
                    <w:szCs w:val="18"/>
                  </w:rPr>
                  <w:t xml:space="preserve">      </w:t>
                </w:r>
              </w:sdtContent>
            </w:sdt>
            <w:permEnd w:id="80801"/>
          </w:p>
        </w:tc>
        <w:tc>
          <w:tcPr>
            <w:tcW w:type="dxa" w:w="900"/>
            <w:vAlign w:val="center"/>
          </w:tcPr>
          <w:p>
            <w:pPr>
              <w:spacing w:before="0" w:after="0" w:line="240" w:lineRule="auto"/>
              <w:jc w:val="left"/>
            </w:pPr>
            <w:permStart w:id="80803" w:edGrp="everyone"/>
            <w:sdt>
              <w:sdtPr>
                <w:alias w:val="Ön Koşul 1"/>
                <w:tag w:val="Ön Koşul 1"/>
                <w:id w:val="80804"/>
                <w:showingPlcHdr/>
                <w:text w:multiLine="1"/>
              </w:sdtPr>
              <w:sdtContent>
                <w:r>
                  <w:rPr>
                    <w:rStyle w:val="PlaceholderText"/>
                    <w:sz w:val="18"/>
                    <w:szCs w:val="18"/>
                  </w:rPr>
                  <w:t xml:space="preserve">      </w:t>
                </w:r>
              </w:sdtContent>
            </w:sdt>
            <w:permEnd w:id="80803"/>
          </w:p>
        </w:tc>
      </w:tr>
      <w:tr>
        <w:trPr>
          <w:trHeight w:val="300" w:hRule="atLeast"/>
          <w:cantSplit/>
        </w:trPr>
        <w:tc>
          <w:tcPr>
            <w:tcW w:type="dxa" w:w="500"/>
            <w:vAlign w:val="center"/>
          </w:tcPr>
          <w:p>
            <w:pPr>
              <w:spacing w:before="0" w:after="0" w:line="240" w:lineRule="auto"/>
              <w:jc w:val="center"/>
            </w:pPr>
            <w:r>
              <w:rPr>
                <w:sz w:val="18"/>
                <w:szCs w:val="18"/>
              </w:rPr>
              <w:t xml:space="preserve">2</w:t>
            </w:r>
          </w:p>
        </w:tc>
        <w:tc>
          <w:tcPr>
            <w:tcW w:type="dxa" w:w="1300"/>
            <w:vAlign w:val="center"/>
          </w:tcPr>
          <w:p>
            <w:pPr>
              <w:spacing w:before="0" w:after="0" w:line="240" w:lineRule="auto"/>
              <w:jc w:val="left"/>
            </w:pPr>
            <w:permStart w:id="80805" w:edGrp="everyone"/>
            <w:sdt>
              <w:sdtPr>
                <w:alias w:val="Ders Kodu 2"/>
                <w:tag w:val="Ders Kodu 2"/>
                <w:id w:val="80806"/>
                <w:showingPlcHdr/>
                <w:text w:multiLine="1"/>
              </w:sdtPr>
              <w:sdtContent>
                <w:r>
                  <w:rPr>
                    <w:rStyle w:val="PlaceholderText"/>
                    <w:sz w:val="18"/>
                    <w:szCs w:val="18"/>
                  </w:rPr>
                  <w:t xml:space="preserve">      </w:t>
                </w:r>
              </w:sdtContent>
            </w:sdt>
            <w:permEnd w:id="80805"/>
          </w:p>
        </w:tc>
        <w:tc>
          <w:tcPr>
            <w:tcW w:type="dxa" w:w="3837"/>
            <w:vAlign w:val="center"/>
          </w:tcPr>
          <w:p>
            <w:pPr>
              <w:spacing w:before="0" w:after="0" w:line="240" w:lineRule="auto"/>
              <w:jc w:val="left"/>
            </w:pPr>
            <w:permStart w:id="80807" w:edGrp="everyone"/>
            <w:sdt>
              <w:sdtPr>
                <w:alias w:val="Ders Adı 2"/>
                <w:tag w:val="Ders Adı 2"/>
                <w:id w:val="80808"/>
                <w:showingPlcHdr/>
                <w:text w:multiLine="1"/>
              </w:sdtPr>
              <w:sdtContent>
                <w:r>
                  <w:rPr>
                    <w:rStyle w:val="PlaceholderText"/>
                    <w:sz w:val="18"/>
                    <w:szCs w:val="18"/>
                  </w:rPr>
                  <w:t xml:space="preserve">                </w:t>
                </w:r>
              </w:sdtContent>
            </w:sdt>
            <w:permEnd w:id="80807"/>
          </w:p>
        </w:tc>
        <w:tc>
          <w:tcPr>
            <w:tcW w:type="dxa" w:w="900"/>
            <w:vAlign w:val="center"/>
          </w:tcPr>
          <w:p>
            <w:pPr>
              <w:spacing w:before="0" w:after="0" w:line="240" w:lineRule="auto"/>
              <w:jc w:val="left"/>
            </w:pPr>
            <w:permStart w:id="80809" w:edGrp="everyone"/>
            <w:sdt>
              <w:sdtPr>
                <w:alias w:val="T-U-L 2"/>
                <w:tag w:val="T-U-L 2"/>
                <w:id w:val="80810"/>
                <w:showingPlcHdr/>
                <w:text w:multiLine="1"/>
              </w:sdtPr>
              <w:sdtContent>
                <w:r>
                  <w:rPr>
                    <w:rStyle w:val="PlaceholderText"/>
                    <w:sz w:val="18"/>
                    <w:szCs w:val="18"/>
                  </w:rPr>
                  <w:t xml:space="preserve">      </w:t>
                </w:r>
              </w:sdtContent>
            </w:sdt>
            <w:permEnd w:id="80809"/>
          </w:p>
        </w:tc>
        <w:tc>
          <w:tcPr>
            <w:tcW w:type="dxa" w:w="800"/>
            <w:vAlign w:val="center"/>
          </w:tcPr>
          <w:p>
            <w:pPr>
              <w:spacing w:before="0" w:after="0" w:line="240" w:lineRule="auto"/>
              <w:jc w:val="left"/>
            </w:pPr>
            <w:permStart w:id="80811" w:edGrp="everyone"/>
            <w:sdt>
              <w:sdtPr>
                <w:alias w:val="Kredi 2"/>
                <w:tag w:val="Kredi 2"/>
                <w:id w:val="80812"/>
                <w:showingPlcHdr/>
                <w:text w:multiLine="1"/>
              </w:sdtPr>
              <w:sdtContent>
                <w:r>
                  <w:rPr>
                    <w:rStyle w:val="PlaceholderText"/>
                    <w:sz w:val="18"/>
                    <w:szCs w:val="18"/>
                  </w:rPr>
                  <w:t xml:space="preserve">      </w:t>
                </w:r>
              </w:sdtContent>
            </w:sdt>
            <w:permEnd w:id="80811"/>
          </w:p>
        </w:tc>
        <w:tc>
          <w:tcPr>
            <w:tcW w:type="dxa" w:w="800"/>
            <w:vAlign w:val="center"/>
          </w:tcPr>
          <w:p>
            <w:pPr>
              <w:spacing w:before="0" w:after="0" w:line="240" w:lineRule="auto"/>
              <w:jc w:val="left"/>
            </w:pPr>
            <w:permStart w:id="80813" w:edGrp="everyone"/>
            <w:sdt>
              <w:sdtPr>
                <w:alias w:val="AKTS 2"/>
                <w:tag w:val="AKTS 2"/>
                <w:id w:val="80814"/>
                <w:showingPlcHdr/>
                <w:text w:multiLine="1"/>
              </w:sdtPr>
              <w:sdtContent>
                <w:r>
                  <w:rPr>
                    <w:rStyle w:val="PlaceholderText"/>
                    <w:sz w:val="18"/>
                    <w:szCs w:val="18"/>
                  </w:rPr>
                  <w:t xml:space="preserve">      </w:t>
                </w:r>
              </w:sdtContent>
            </w:sdt>
            <w:permEnd w:id="80813"/>
          </w:p>
        </w:tc>
        <w:tc>
          <w:tcPr>
            <w:tcW w:type="dxa" w:w="600"/>
            <w:vAlign w:val="center"/>
          </w:tcPr>
          <w:p>
            <w:pPr>
              <w:spacing w:before="0" w:after="0" w:line="240" w:lineRule="auto"/>
              <w:jc w:val="left"/>
            </w:pPr>
            <w:permStart w:id="80815" w:edGrp="everyone"/>
            <w:sdt>
              <w:sdtPr>
                <w:alias w:val="Z/S 2"/>
                <w:tag w:val="Z/S 2"/>
                <w:id w:val="80816"/>
                <w:showingPlcHdr/>
                <w:text w:multiLine="1"/>
              </w:sdtPr>
              <w:sdtContent>
                <w:r>
                  <w:rPr>
                    <w:rStyle w:val="PlaceholderText"/>
                    <w:sz w:val="18"/>
                    <w:szCs w:val="18"/>
                  </w:rPr>
                  <w:t xml:space="preserve">      </w:t>
                </w:r>
              </w:sdtContent>
            </w:sdt>
            <w:permEnd w:id="80815"/>
          </w:p>
        </w:tc>
        <w:tc>
          <w:tcPr>
            <w:tcW w:type="dxa" w:w="900"/>
            <w:vAlign w:val="center"/>
          </w:tcPr>
          <w:p>
            <w:pPr>
              <w:spacing w:before="0" w:after="0" w:line="240" w:lineRule="auto"/>
              <w:jc w:val="left"/>
            </w:pPr>
            <w:permStart w:id="80817" w:edGrp="everyone"/>
            <w:sdt>
              <w:sdtPr>
                <w:alias w:val="Ön Koşul 2"/>
                <w:tag w:val="Ön Koşul 2"/>
                <w:id w:val="80818"/>
                <w:showingPlcHdr/>
                <w:text w:multiLine="1"/>
              </w:sdtPr>
              <w:sdtContent>
                <w:r>
                  <w:rPr>
                    <w:rStyle w:val="PlaceholderText"/>
                    <w:sz w:val="18"/>
                    <w:szCs w:val="18"/>
                  </w:rPr>
                  <w:t xml:space="preserve">      </w:t>
                </w:r>
              </w:sdtContent>
            </w:sdt>
            <w:permEnd w:id="80817"/>
          </w:p>
        </w:tc>
      </w:tr>
      <w:tr>
        <w:trPr>
          <w:trHeight w:val="300" w:hRule="atLeast"/>
          <w:cantSplit/>
        </w:trPr>
        <w:tc>
          <w:tcPr>
            <w:tcW w:type="dxa" w:w="500"/>
            <w:vAlign w:val="center"/>
          </w:tcPr>
          <w:p>
            <w:pPr>
              <w:spacing w:before="0" w:after="0" w:line="240" w:lineRule="auto"/>
              <w:jc w:val="center"/>
            </w:pPr>
            <w:r>
              <w:rPr>
                <w:sz w:val="18"/>
                <w:szCs w:val="18"/>
              </w:rPr>
              <w:t xml:space="preserve">3</w:t>
            </w:r>
          </w:p>
        </w:tc>
        <w:tc>
          <w:tcPr>
            <w:tcW w:type="dxa" w:w="1300"/>
            <w:vAlign w:val="center"/>
          </w:tcPr>
          <w:p>
            <w:pPr>
              <w:spacing w:before="0" w:after="0" w:line="240" w:lineRule="auto"/>
              <w:jc w:val="left"/>
            </w:pPr>
            <w:permStart w:id="80819" w:edGrp="everyone"/>
            <w:sdt>
              <w:sdtPr>
                <w:alias w:val="Ders Kodu 3"/>
                <w:tag w:val="Ders Kodu 3"/>
                <w:id w:val="80820"/>
                <w:showingPlcHdr/>
                <w:text w:multiLine="1"/>
              </w:sdtPr>
              <w:sdtContent>
                <w:r>
                  <w:rPr>
                    <w:rStyle w:val="PlaceholderText"/>
                    <w:sz w:val="18"/>
                    <w:szCs w:val="18"/>
                  </w:rPr>
                  <w:t xml:space="preserve">      </w:t>
                </w:r>
              </w:sdtContent>
            </w:sdt>
            <w:permEnd w:id="80819"/>
          </w:p>
        </w:tc>
        <w:tc>
          <w:tcPr>
            <w:tcW w:type="dxa" w:w="3837"/>
            <w:vAlign w:val="center"/>
          </w:tcPr>
          <w:p>
            <w:pPr>
              <w:spacing w:before="0" w:after="0" w:line="240" w:lineRule="auto"/>
              <w:jc w:val="left"/>
            </w:pPr>
            <w:permStart w:id="80821" w:edGrp="everyone"/>
            <w:sdt>
              <w:sdtPr>
                <w:alias w:val="Ders Adı 3"/>
                <w:tag w:val="Ders Adı 3"/>
                <w:id w:val="80822"/>
                <w:showingPlcHdr/>
                <w:text w:multiLine="1"/>
              </w:sdtPr>
              <w:sdtContent>
                <w:r>
                  <w:rPr>
                    <w:rStyle w:val="PlaceholderText"/>
                    <w:sz w:val="18"/>
                    <w:szCs w:val="18"/>
                  </w:rPr>
                  <w:t xml:space="preserve">                </w:t>
                </w:r>
              </w:sdtContent>
            </w:sdt>
            <w:permEnd w:id="80821"/>
          </w:p>
        </w:tc>
        <w:tc>
          <w:tcPr>
            <w:tcW w:type="dxa" w:w="900"/>
            <w:vAlign w:val="center"/>
          </w:tcPr>
          <w:p>
            <w:pPr>
              <w:spacing w:before="0" w:after="0" w:line="240" w:lineRule="auto"/>
              <w:jc w:val="left"/>
            </w:pPr>
            <w:permStart w:id="80823" w:edGrp="everyone"/>
            <w:sdt>
              <w:sdtPr>
                <w:alias w:val="T-U-L 3"/>
                <w:tag w:val="T-U-L 3"/>
                <w:id w:val="80824"/>
                <w:showingPlcHdr/>
                <w:text w:multiLine="1"/>
              </w:sdtPr>
              <w:sdtContent>
                <w:r>
                  <w:rPr>
                    <w:rStyle w:val="PlaceholderText"/>
                    <w:sz w:val="18"/>
                    <w:szCs w:val="18"/>
                  </w:rPr>
                  <w:t xml:space="preserve">      </w:t>
                </w:r>
              </w:sdtContent>
            </w:sdt>
            <w:permEnd w:id="80823"/>
          </w:p>
        </w:tc>
        <w:tc>
          <w:tcPr>
            <w:tcW w:type="dxa" w:w="800"/>
            <w:vAlign w:val="center"/>
          </w:tcPr>
          <w:p>
            <w:pPr>
              <w:spacing w:before="0" w:after="0" w:line="240" w:lineRule="auto"/>
              <w:jc w:val="left"/>
            </w:pPr>
            <w:permStart w:id="80825" w:edGrp="everyone"/>
            <w:sdt>
              <w:sdtPr>
                <w:alias w:val="Kredi 3"/>
                <w:tag w:val="Kredi 3"/>
                <w:id w:val="80826"/>
                <w:showingPlcHdr/>
                <w:text w:multiLine="1"/>
              </w:sdtPr>
              <w:sdtContent>
                <w:r>
                  <w:rPr>
                    <w:rStyle w:val="PlaceholderText"/>
                    <w:sz w:val="18"/>
                    <w:szCs w:val="18"/>
                  </w:rPr>
                  <w:t xml:space="preserve">      </w:t>
                </w:r>
              </w:sdtContent>
            </w:sdt>
            <w:permEnd w:id="80825"/>
          </w:p>
        </w:tc>
        <w:tc>
          <w:tcPr>
            <w:tcW w:type="dxa" w:w="800"/>
            <w:vAlign w:val="center"/>
          </w:tcPr>
          <w:p>
            <w:pPr>
              <w:spacing w:before="0" w:after="0" w:line="240" w:lineRule="auto"/>
              <w:jc w:val="left"/>
            </w:pPr>
            <w:permStart w:id="80827" w:edGrp="everyone"/>
            <w:sdt>
              <w:sdtPr>
                <w:alias w:val="AKTS 3"/>
                <w:tag w:val="AKTS 3"/>
                <w:id w:val="80828"/>
                <w:showingPlcHdr/>
                <w:text w:multiLine="1"/>
              </w:sdtPr>
              <w:sdtContent>
                <w:r>
                  <w:rPr>
                    <w:rStyle w:val="PlaceholderText"/>
                    <w:sz w:val="18"/>
                    <w:szCs w:val="18"/>
                  </w:rPr>
                  <w:t xml:space="preserve">      </w:t>
                </w:r>
              </w:sdtContent>
            </w:sdt>
            <w:permEnd w:id="80827"/>
          </w:p>
        </w:tc>
        <w:tc>
          <w:tcPr>
            <w:tcW w:type="dxa" w:w="600"/>
            <w:vAlign w:val="center"/>
          </w:tcPr>
          <w:p>
            <w:pPr>
              <w:spacing w:before="0" w:after="0" w:line="240" w:lineRule="auto"/>
              <w:jc w:val="left"/>
            </w:pPr>
            <w:permStart w:id="80829" w:edGrp="everyone"/>
            <w:sdt>
              <w:sdtPr>
                <w:alias w:val="Z/S 3"/>
                <w:tag w:val="Z/S 3"/>
                <w:id w:val="80830"/>
                <w:showingPlcHdr/>
                <w:text w:multiLine="1"/>
              </w:sdtPr>
              <w:sdtContent>
                <w:r>
                  <w:rPr>
                    <w:rStyle w:val="PlaceholderText"/>
                    <w:sz w:val="18"/>
                    <w:szCs w:val="18"/>
                  </w:rPr>
                  <w:t xml:space="preserve">      </w:t>
                </w:r>
              </w:sdtContent>
            </w:sdt>
            <w:permEnd w:id="80829"/>
          </w:p>
        </w:tc>
        <w:tc>
          <w:tcPr>
            <w:tcW w:type="dxa" w:w="900"/>
            <w:vAlign w:val="center"/>
          </w:tcPr>
          <w:p>
            <w:pPr>
              <w:spacing w:before="0" w:after="0" w:line="240" w:lineRule="auto"/>
              <w:jc w:val="left"/>
            </w:pPr>
            <w:permStart w:id="80831" w:edGrp="everyone"/>
            <w:sdt>
              <w:sdtPr>
                <w:alias w:val="Ön Koşul 3"/>
                <w:tag w:val="Ön Koşul 3"/>
                <w:id w:val="80832"/>
                <w:showingPlcHdr/>
                <w:text w:multiLine="1"/>
              </w:sdtPr>
              <w:sdtContent>
                <w:r>
                  <w:rPr>
                    <w:rStyle w:val="PlaceholderText"/>
                    <w:sz w:val="18"/>
                    <w:szCs w:val="18"/>
                  </w:rPr>
                  <w:t xml:space="preserve">      </w:t>
                </w:r>
              </w:sdtContent>
            </w:sdt>
            <w:permEnd w:id="80831"/>
          </w:p>
        </w:tc>
      </w:tr>
      <w:tr>
        <w:trPr>
          <w:trHeight w:val="300" w:hRule="atLeast"/>
          <w:cantSplit/>
        </w:trPr>
        <w:tc>
          <w:tcPr>
            <w:tcW w:type="dxa" w:w="500"/>
            <w:vAlign w:val="center"/>
          </w:tcPr>
          <w:p>
            <w:pPr>
              <w:spacing w:before="0" w:after="0" w:line="240" w:lineRule="auto"/>
              <w:jc w:val="center"/>
            </w:pPr>
            <w:r>
              <w:rPr>
                <w:sz w:val="18"/>
                <w:szCs w:val="18"/>
              </w:rPr>
              <w:t xml:space="preserve">4</w:t>
            </w:r>
          </w:p>
        </w:tc>
        <w:tc>
          <w:tcPr>
            <w:tcW w:type="dxa" w:w="1300"/>
            <w:vAlign w:val="center"/>
          </w:tcPr>
          <w:p>
            <w:pPr>
              <w:spacing w:before="0" w:after="0" w:line="240" w:lineRule="auto"/>
              <w:jc w:val="left"/>
            </w:pPr>
            <w:permStart w:id="80833" w:edGrp="everyone"/>
            <w:sdt>
              <w:sdtPr>
                <w:alias w:val="Ders Kodu 4"/>
                <w:tag w:val="Ders Kodu 4"/>
                <w:id w:val="80834"/>
                <w:showingPlcHdr/>
                <w:text w:multiLine="1"/>
              </w:sdtPr>
              <w:sdtContent>
                <w:r>
                  <w:rPr>
                    <w:rStyle w:val="PlaceholderText"/>
                    <w:sz w:val="18"/>
                    <w:szCs w:val="18"/>
                  </w:rPr>
                  <w:t xml:space="preserve">      </w:t>
                </w:r>
              </w:sdtContent>
            </w:sdt>
            <w:permEnd w:id="80833"/>
          </w:p>
        </w:tc>
        <w:tc>
          <w:tcPr>
            <w:tcW w:type="dxa" w:w="3837"/>
            <w:vAlign w:val="center"/>
          </w:tcPr>
          <w:p>
            <w:pPr>
              <w:spacing w:before="0" w:after="0" w:line="240" w:lineRule="auto"/>
              <w:jc w:val="left"/>
            </w:pPr>
            <w:permStart w:id="80835" w:edGrp="everyone"/>
            <w:sdt>
              <w:sdtPr>
                <w:alias w:val="Ders Adı 4"/>
                <w:tag w:val="Ders Adı 4"/>
                <w:id w:val="80836"/>
                <w:showingPlcHdr/>
                <w:text w:multiLine="1"/>
              </w:sdtPr>
              <w:sdtContent>
                <w:r>
                  <w:rPr>
                    <w:rStyle w:val="PlaceholderText"/>
                    <w:sz w:val="18"/>
                    <w:szCs w:val="18"/>
                  </w:rPr>
                  <w:t xml:space="preserve">                </w:t>
                </w:r>
              </w:sdtContent>
            </w:sdt>
            <w:permEnd w:id="80835"/>
          </w:p>
        </w:tc>
        <w:tc>
          <w:tcPr>
            <w:tcW w:type="dxa" w:w="900"/>
            <w:vAlign w:val="center"/>
          </w:tcPr>
          <w:p>
            <w:pPr>
              <w:spacing w:before="0" w:after="0" w:line="240" w:lineRule="auto"/>
              <w:jc w:val="left"/>
            </w:pPr>
            <w:permStart w:id="80837" w:edGrp="everyone"/>
            <w:sdt>
              <w:sdtPr>
                <w:alias w:val="T-U-L 4"/>
                <w:tag w:val="T-U-L 4"/>
                <w:id w:val="80838"/>
                <w:showingPlcHdr/>
                <w:text w:multiLine="1"/>
              </w:sdtPr>
              <w:sdtContent>
                <w:r>
                  <w:rPr>
                    <w:rStyle w:val="PlaceholderText"/>
                    <w:sz w:val="18"/>
                    <w:szCs w:val="18"/>
                  </w:rPr>
                  <w:t xml:space="preserve">      </w:t>
                </w:r>
              </w:sdtContent>
            </w:sdt>
            <w:permEnd w:id="80837"/>
          </w:p>
        </w:tc>
        <w:tc>
          <w:tcPr>
            <w:tcW w:type="dxa" w:w="800"/>
            <w:vAlign w:val="center"/>
          </w:tcPr>
          <w:p>
            <w:pPr>
              <w:spacing w:before="0" w:after="0" w:line="240" w:lineRule="auto"/>
              <w:jc w:val="left"/>
            </w:pPr>
            <w:permStart w:id="80839" w:edGrp="everyone"/>
            <w:sdt>
              <w:sdtPr>
                <w:alias w:val="Kredi 4"/>
                <w:tag w:val="Kredi 4"/>
                <w:id w:val="80840"/>
                <w:showingPlcHdr/>
                <w:text w:multiLine="1"/>
              </w:sdtPr>
              <w:sdtContent>
                <w:r>
                  <w:rPr>
                    <w:rStyle w:val="PlaceholderText"/>
                    <w:sz w:val="18"/>
                    <w:szCs w:val="18"/>
                  </w:rPr>
                  <w:t xml:space="preserve">      </w:t>
                </w:r>
              </w:sdtContent>
            </w:sdt>
            <w:permEnd w:id="80839"/>
          </w:p>
        </w:tc>
        <w:tc>
          <w:tcPr>
            <w:tcW w:type="dxa" w:w="800"/>
            <w:vAlign w:val="center"/>
          </w:tcPr>
          <w:p>
            <w:pPr>
              <w:spacing w:before="0" w:after="0" w:line="240" w:lineRule="auto"/>
              <w:jc w:val="left"/>
            </w:pPr>
            <w:permStart w:id="80841" w:edGrp="everyone"/>
            <w:sdt>
              <w:sdtPr>
                <w:alias w:val="AKTS 4"/>
                <w:tag w:val="AKTS 4"/>
                <w:id w:val="80842"/>
                <w:showingPlcHdr/>
                <w:text w:multiLine="1"/>
              </w:sdtPr>
              <w:sdtContent>
                <w:r>
                  <w:rPr>
                    <w:rStyle w:val="PlaceholderText"/>
                    <w:sz w:val="18"/>
                    <w:szCs w:val="18"/>
                  </w:rPr>
                  <w:t xml:space="preserve">      </w:t>
                </w:r>
              </w:sdtContent>
            </w:sdt>
            <w:permEnd w:id="80841"/>
          </w:p>
        </w:tc>
        <w:tc>
          <w:tcPr>
            <w:tcW w:type="dxa" w:w="600"/>
            <w:vAlign w:val="center"/>
          </w:tcPr>
          <w:p>
            <w:pPr>
              <w:spacing w:before="0" w:after="0" w:line="240" w:lineRule="auto"/>
              <w:jc w:val="left"/>
            </w:pPr>
            <w:permStart w:id="80843" w:edGrp="everyone"/>
            <w:sdt>
              <w:sdtPr>
                <w:alias w:val="Z/S 4"/>
                <w:tag w:val="Z/S 4"/>
                <w:id w:val="80844"/>
                <w:showingPlcHdr/>
                <w:text w:multiLine="1"/>
              </w:sdtPr>
              <w:sdtContent>
                <w:r>
                  <w:rPr>
                    <w:rStyle w:val="PlaceholderText"/>
                    <w:sz w:val="18"/>
                    <w:szCs w:val="18"/>
                  </w:rPr>
                  <w:t xml:space="preserve">      </w:t>
                </w:r>
              </w:sdtContent>
            </w:sdt>
            <w:permEnd w:id="80843"/>
          </w:p>
        </w:tc>
        <w:tc>
          <w:tcPr>
            <w:tcW w:type="dxa" w:w="900"/>
            <w:vAlign w:val="center"/>
          </w:tcPr>
          <w:p>
            <w:pPr>
              <w:spacing w:before="0" w:after="0" w:line="240" w:lineRule="auto"/>
              <w:jc w:val="left"/>
            </w:pPr>
            <w:permStart w:id="80845" w:edGrp="everyone"/>
            <w:sdt>
              <w:sdtPr>
                <w:alias w:val="Ön Koşul 4"/>
                <w:tag w:val="Ön Koşul 4"/>
                <w:id w:val="80846"/>
                <w:showingPlcHdr/>
                <w:text w:multiLine="1"/>
              </w:sdtPr>
              <w:sdtContent>
                <w:r>
                  <w:rPr>
                    <w:rStyle w:val="PlaceholderText"/>
                    <w:sz w:val="18"/>
                    <w:szCs w:val="18"/>
                  </w:rPr>
                  <w:t xml:space="preserve">      </w:t>
                </w:r>
              </w:sdtContent>
            </w:sdt>
            <w:permEnd w:id="80845"/>
          </w:p>
        </w:tc>
      </w:tr>
      <w:tr>
        <w:trPr>
          <w:trHeight w:val="300" w:hRule="atLeast"/>
          <w:cantSplit/>
        </w:trPr>
        <w:tc>
          <w:tcPr>
            <w:tcW w:type="dxa" w:w="500"/>
            <w:vAlign w:val="center"/>
          </w:tcPr>
          <w:p>
            <w:pPr>
              <w:spacing w:before="0" w:after="0" w:line="240" w:lineRule="auto"/>
              <w:jc w:val="center"/>
            </w:pPr>
            <w:r>
              <w:rPr>
                <w:sz w:val="18"/>
                <w:szCs w:val="18"/>
              </w:rPr>
              <w:t xml:space="preserve">5</w:t>
            </w:r>
          </w:p>
        </w:tc>
        <w:tc>
          <w:tcPr>
            <w:tcW w:type="dxa" w:w="1300"/>
            <w:vAlign w:val="center"/>
          </w:tcPr>
          <w:p>
            <w:pPr>
              <w:spacing w:before="0" w:after="0" w:line="240" w:lineRule="auto"/>
              <w:jc w:val="left"/>
            </w:pPr>
            <w:permStart w:id="80847" w:edGrp="everyone"/>
            <w:sdt>
              <w:sdtPr>
                <w:alias w:val="Ders Kodu 5"/>
                <w:tag w:val="Ders Kodu 5"/>
                <w:id w:val="80848"/>
                <w:showingPlcHdr/>
                <w:text w:multiLine="1"/>
              </w:sdtPr>
              <w:sdtContent>
                <w:r>
                  <w:rPr>
                    <w:rStyle w:val="PlaceholderText"/>
                    <w:sz w:val="18"/>
                    <w:szCs w:val="18"/>
                  </w:rPr>
                  <w:t xml:space="preserve">      </w:t>
                </w:r>
              </w:sdtContent>
            </w:sdt>
            <w:permEnd w:id="80847"/>
          </w:p>
        </w:tc>
        <w:tc>
          <w:tcPr>
            <w:tcW w:type="dxa" w:w="3837"/>
            <w:vAlign w:val="center"/>
          </w:tcPr>
          <w:p>
            <w:pPr>
              <w:spacing w:before="0" w:after="0" w:line="240" w:lineRule="auto"/>
              <w:jc w:val="left"/>
            </w:pPr>
            <w:permStart w:id="80849" w:edGrp="everyone"/>
            <w:sdt>
              <w:sdtPr>
                <w:alias w:val="Ders Adı 5"/>
                <w:tag w:val="Ders Adı 5"/>
                <w:id w:val="80850"/>
                <w:showingPlcHdr/>
                <w:text w:multiLine="1"/>
              </w:sdtPr>
              <w:sdtContent>
                <w:r>
                  <w:rPr>
                    <w:rStyle w:val="PlaceholderText"/>
                    <w:sz w:val="18"/>
                    <w:szCs w:val="18"/>
                  </w:rPr>
                  <w:t xml:space="preserve">                </w:t>
                </w:r>
              </w:sdtContent>
            </w:sdt>
            <w:permEnd w:id="80849"/>
          </w:p>
        </w:tc>
        <w:tc>
          <w:tcPr>
            <w:tcW w:type="dxa" w:w="900"/>
            <w:vAlign w:val="center"/>
          </w:tcPr>
          <w:p>
            <w:pPr>
              <w:spacing w:before="0" w:after="0" w:line="240" w:lineRule="auto"/>
              <w:jc w:val="left"/>
            </w:pPr>
            <w:permStart w:id="80851" w:edGrp="everyone"/>
            <w:sdt>
              <w:sdtPr>
                <w:alias w:val="T-U-L 5"/>
                <w:tag w:val="T-U-L 5"/>
                <w:id w:val="80852"/>
                <w:showingPlcHdr/>
                <w:text w:multiLine="1"/>
              </w:sdtPr>
              <w:sdtContent>
                <w:r>
                  <w:rPr>
                    <w:rStyle w:val="PlaceholderText"/>
                    <w:sz w:val="18"/>
                    <w:szCs w:val="18"/>
                  </w:rPr>
                  <w:t xml:space="preserve">      </w:t>
                </w:r>
              </w:sdtContent>
            </w:sdt>
            <w:permEnd w:id="80851"/>
          </w:p>
        </w:tc>
        <w:tc>
          <w:tcPr>
            <w:tcW w:type="dxa" w:w="800"/>
            <w:vAlign w:val="center"/>
          </w:tcPr>
          <w:p>
            <w:pPr>
              <w:spacing w:before="0" w:after="0" w:line="240" w:lineRule="auto"/>
              <w:jc w:val="left"/>
            </w:pPr>
            <w:permStart w:id="80853" w:edGrp="everyone"/>
            <w:sdt>
              <w:sdtPr>
                <w:alias w:val="Kredi 5"/>
                <w:tag w:val="Kredi 5"/>
                <w:id w:val="80854"/>
                <w:showingPlcHdr/>
                <w:text w:multiLine="1"/>
              </w:sdtPr>
              <w:sdtContent>
                <w:r>
                  <w:rPr>
                    <w:rStyle w:val="PlaceholderText"/>
                    <w:sz w:val="18"/>
                    <w:szCs w:val="18"/>
                  </w:rPr>
                  <w:t xml:space="preserve">      </w:t>
                </w:r>
              </w:sdtContent>
            </w:sdt>
            <w:permEnd w:id="80853"/>
          </w:p>
        </w:tc>
        <w:tc>
          <w:tcPr>
            <w:tcW w:type="dxa" w:w="800"/>
            <w:vAlign w:val="center"/>
          </w:tcPr>
          <w:p>
            <w:pPr>
              <w:spacing w:before="0" w:after="0" w:line="240" w:lineRule="auto"/>
              <w:jc w:val="left"/>
            </w:pPr>
            <w:permStart w:id="80855" w:edGrp="everyone"/>
            <w:sdt>
              <w:sdtPr>
                <w:alias w:val="AKTS 5"/>
                <w:tag w:val="AKTS 5"/>
                <w:id w:val="80856"/>
                <w:showingPlcHdr/>
                <w:text w:multiLine="1"/>
              </w:sdtPr>
              <w:sdtContent>
                <w:r>
                  <w:rPr>
                    <w:rStyle w:val="PlaceholderText"/>
                    <w:sz w:val="18"/>
                    <w:szCs w:val="18"/>
                  </w:rPr>
                  <w:t xml:space="preserve">      </w:t>
                </w:r>
              </w:sdtContent>
            </w:sdt>
            <w:permEnd w:id="80855"/>
          </w:p>
        </w:tc>
        <w:tc>
          <w:tcPr>
            <w:tcW w:type="dxa" w:w="600"/>
            <w:vAlign w:val="center"/>
          </w:tcPr>
          <w:p>
            <w:pPr>
              <w:spacing w:before="0" w:after="0" w:line="240" w:lineRule="auto"/>
              <w:jc w:val="left"/>
            </w:pPr>
            <w:permStart w:id="80857" w:edGrp="everyone"/>
            <w:sdt>
              <w:sdtPr>
                <w:alias w:val="Z/S 5"/>
                <w:tag w:val="Z/S 5"/>
                <w:id w:val="80858"/>
                <w:showingPlcHdr/>
                <w:text w:multiLine="1"/>
              </w:sdtPr>
              <w:sdtContent>
                <w:r>
                  <w:rPr>
                    <w:rStyle w:val="PlaceholderText"/>
                    <w:sz w:val="18"/>
                    <w:szCs w:val="18"/>
                  </w:rPr>
                  <w:t xml:space="preserve">      </w:t>
                </w:r>
              </w:sdtContent>
            </w:sdt>
            <w:permEnd w:id="80857"/>
          </w:p>
        </w:tc>
        <w:tc>
          <w:tcPr>
            <w:tcW w:type="dxa" w:w="900"/>
            <w:vAlign w:val="center"/>
          </w:tcPr>
          <w:p>
            <w:pPr>
              <w:spacing w:before="0" w:after="0" w:line="240" w:lineRule="auto"/>
              <w:jc w:val="left"/>
            </w:pPr>
            <w:permStart w:id="80859" w:edGrp="everyone"/>
            <w:sdt>
              <w:sdtPr>
                <w:alias w:val="Ön Koşul 5"/>
                <w:tag w:val="Ön Koşul 5"/>
                <w:id w:val="80860"/>
                <w:showingPlcHdr/>
                <w:text w:multiLine="1"/>
              </w:sdtPr>
              <w:sdtContent>
                <w:r>
                  <w:rPr>
                    <w:rStyle w:val="PlaceholderText"/>
                    <w:sz w:val="18"/>
                    <w:szCs w:val="18"/>
                  </w:rPr>
                  <w:t xml:space="preserve">      </w:t>
                </w:r>
              </w:sdtContent>
            </w:sdt>
            <w:permEnd w:id="80859"/>
          </w:p>
        </w:tc>
      </w:tr>
      <w:tr>
        <w:trPr>
          <w:trHeight w:val="300" w:hRule="atLeast"/>
          <w:cantSplit/>
        </w:trPr>
        <w:tc>
          <w:tcPr>
            <w:tcW w:type="dxa" w:w="500"/>
            <w:vAlign w:val="center"/>
          </w:tcPr>
          <w:p>
            <w:pPr>
              <w:spacing w:before="0" w:after="0" w:line="240" w:lineRule="auto"/>
              <w:jc w:val="center"/>
            </w:pPr>
            <w:r>
              <w:rPr>
                <w:sz w:val="18"/>
                <w:szCs w:val="18"/>
              </w:rPr>
              <w:t xml:space="preserve">6</w:t>
            </w:r>
          </w:p>
        </w:tc>
        <w:tc>
          <w:tcPr>
            <w:tcW w:type="dxa" w:w="1300"/>
            <w:vAlign w:val="center"/>
          </w:tcPr>
          <w:p>
            <w:pPr>
              <w:spacing w:before="0" w:after="0" w:line="240" w:lineRule="auto"/>
              <w:jc w:val="left"/>
            </w:pPr>
            <w:permStart w:id="80861" w:edGrp="everyone"/>
            <w:sdt>
              <w:sdtPr>
                <w:alias w:val="Ders Kodu 6"/>
                <w:tag w:val="Ders Kodu 6"/>
                <w:id w:val="80862"/>
                <w:showingPlcHdr/>
                <w:text w:multiLine="1"/>
              </w:sdtPr>
              <w:sdtContent>
                <w:r>
                  <w:rPr>
                    <w:rStyle w:val="PlaceholderText"/>
                    <w:sz w:val="18"/>
                    <w:szCs w:val="18"/>
                  </w:rPr>
                  <w:t xml:space="preserve">      </w:t>
                </w:r>
              </w:sdtContent>
            </w:sdt>
            <w:permEnd w:id="80861"/>
          </w:p>
        </w:tc>
        <w:tc>
          <w:tcPr>
            <w:tcW w:type="dxa" w:w="3837"/>
            <w:vAlign w:val="center"/>
          </w:tcPr>
          <w:p>
            <w:pPr>
              <w:spacing w:before="0" w:after="0" w:line="240" w:lineRule="auto"/>
              <w:jc w:val="left"/>
            </w:pPr>
            <w:permStart w:id="80863" w:edGrp="everyone"/>
            <w:sdt>
              <w:sdtPr>
                <w:alias w:val="Ders Adı 6"/>
                <w:tag w:val="Ders Adı 6"/>
                <w:id w:val="80864"/>
                <w:showingPlcHdr/>
                <w:text w:multiLine="1"/>
              </w:sdtPr>
              <w:sdtContent>
                <w:r>
                  <w:rPr>
                    <w:rStyle w:val="PlaceholderText"/>
                    <w:sz w:val="18"/>
                    <w:szCs w:val="18"/>
                  </w:rPr>
                  <w:t xml:space="preserve">                </w:t>
                </w:r>
              </w:sdtContent>
            </w:sdt>
            <w:permEnd w:id="80863"/>
          </w:p>
        </w:tc>
        <w:tc>
          <w:tcPr>
            <w:tcW w:type="dxa" w:w="900"/>
            <w:vAlign w:val="center"/>
          </w:tcPr>
          <w:p>
            <w:pPr>
              <w:spacing w:before="0" w:after="0" w:line="240" w:lineRule="auto"/>
              <w:jc w:val="left"/>
            </w:pPr>
            <w:permStart w:id="80865" w:edGrp="everyone"/>
            <w:sdt>
              <w:sdtPr>
                <w:alias w:val="T-U-L 6"/>
                <w:tag w:val="T-U-L 6"/>
                <w:id w:val="80866"/>
                <w:showingPlcHdr/>
                <w:text w:multiLine="1"/>
              </w:sdtPr>
              <w:sdtContent>
                <w:r>
                  <w:rPr>
                    <w:rStyle w:val="PlaceholderText"/>
                    <w:sz w:val="18"/>
                    <w:szCs w:val="18"/>
                  </w:rPr>
                  <w:t xml:space="preserve">      </w:t>
                </w:r>
              </w:sdtContent>
            </w:sdt>
            <w:permEnd w:id="80865"/>
          </w:p>
        </w:tc>
        <w:tc>
          <w:tcPr>
            <w:tcW w:type="dxa" w:w="800"/>
            <w:vAlign w:val="center"/>
          </w:tcPr>
          <w:p>
            <w:pPr>
              <w:spacing w:before="0" w:after="0" w:line="240" w:lineRule="auto"/>
              <w:jc w:val="left"/>
            </w:pPr>
            <w:permStart w:id="80867" w:edGrp="everyone"/>
            <w:sdt>
              <w:sdtPr>
                <w:alias w:val="Kredi 6"/>
                <w:tag w:val="Kredi 6"/>
                <w:id w:val="80868"/>
                <w:showingPlcHdr/>
                <w:text w:multiLine="1"/>
              </w:sdtPr>
              <w:sdtContent>
                <w:r>
                  <w:rPr>
                    <w:rStyle w:val="PlaceholderText"/>
                    <w:sz w:val="18"/>
                    <w:szCs w:val="18"/>
                  </w:rPr>
                  <w:t xml:space="preserve">      </w:t>
                </w:r>
              </w:sdtContent>
            </w:sdt>
            <w:permEnd w:id="80867"/>
          </w:p>
        </w:tc>
        <w:tc>
          <w:tcPr>
            <w:tcW w:type="dxa" w:w="800"/>
            <w:vAlign w:val="center"/>
          </w:tcPr>
          <w:p>
            <w:pPr>
              <w:spacing w:before="0" w:after="0" w:line="240" w:lineRule="auto"/>
              <w:jc w:val="left"/>
            </w:pPr>
            <w:permStart w:id="80869" w:edGrp="everyone"/>
            <w:sdt>
              <w:sdtPr>
                <w:alias w:val="AKTS 6"/>
                <w:tag w:val="AKTS 6"/>
                <w:id w:val="80870"/>
                <w:showingPlcHdr/>
                <w:text w:multiLine="1"/>
              </w:sdtPr>
              <w:sdtContent>
                <w:r>
                  <w:rPr>
                    <w:rStyle w:val="PlaceholderText"/>
                    <w:sz w:val="18"/>
                    <w:szCs w:val="18"/>
                  </w:rPr>
                  <w:t xml:space="preserve">      </w:t>
                </w:r>
              </w:sdtContent>
            </w:sdt>
            <w:permEnd w:id="80869"/>
          </w:p>
        </w:tc>
        <w:tc>
          <w:tcPr>
            <w:tcW w:type="dxa" w:w="600"/>
            <w:vAlign w:val="center"/>
          </w:tcPr>
          <w:p>
            <w:pPr>
              <w:spacing w:before="0" w:after="0" w:line="240" w:lineRule="auto"/>
              <w:jc w:val="left"/>
            </w:pPr>
            <w:permStart w:id="80871" w:edGrp="everyone"/>
            <w:sdt>
              <w:sdtPr>
                <w:alias w:val="Z/S 6"/>
                <w:tag w:val="Z/S 6"/>
                <w:id w:val="80872"/>
                <w:showingPlcHdr/>
                <w:text w:multiLine="1"/>
              </w:sdtPr>
              <w:sdtContent>
                <w:r>
                  <w:rPr>
                    <w:rStyle w:val="PlaceholderText"/>
                    <w:sz w:val="18"/>
                    <w:szCs w:val="18"/>
                  </w:rPr>
                  <w:t xml:space="preserve">      </w:t>
                </w:r>
              </w:sdtContent>
            </w:sdt>
            <w:permEnd w:id="80871"/>
          </w:p>
        </w:tc>
        <w:tc>
          <w:tcPr>
            <w:tcW w:type="dxa" w:w="900"/>
            <w:vAlign w:val="center"/>
          </w:tcPr>
          <w:p>
            <w:pPr>
              <w:spacing w:before="0" w:after="0" w:line="240" w:lineRule="auto"/>
              <w:jc w:val="left"/>
            </w:pPr>
            <w:permStart w:id="80873" w:edGrp="everyone"/>
            <w:sdt>
              <w:sdtPr>
                <w:alias w:val="Ön Koşul 6"/>
                <w:tag w:val="Ön Koşul 6"/>
                <w:id w:val="80874"/>
                <w:showingPlcHdr/>
                <w:text w:multiLine="1"/>
              </w:sdtPr>
              <w:sdtContent>
                <w:r>
                  <w:rPr>
                    <w:rStyle w:val="PlaceholderText"/>
                    <w:sz w:val="18"/>
                    <w:szCs w:val="18"/>
                  </w:rPr>
                  <w:t xml:space="preserve">      </w:t>
                </w:r>
              </w:sdtContent>
            </w:sdt>
            <w:permEnd w:id="80873"/>
          </w:p>
        </w:tc>
      </w:tr>
      <w:tr>
        <w:trPr>
          <w:trHeight w:val="300" w:hRule="atLeast"/>
          <w:cantSplit/>
        </w:trPr>
        <w:tc>
          <w:tcPr>
            <w:tcW w:type="dxa" w:w="500"/>
            <w:vAlign w:val="center"/>
          </w:tcPr>
          <w:p>
            <w:pPr>
              <w:spacing w:before="0" w:after="0" w:line="240" w:lineRule="auto"/>
              <w:jc w:val="center"/>
            </w:pPr>
            <w:r>
              <w:rPr>
                <w:sz w:val="18"/>
                <w:szCs w:val="18"/>
              </w:rPr>
              <w:t xml:space="preserve">7</w:t>
            </w:r>
          </w:p>
        </w:tc>
        <w:tc>
          <w:tcPr>
            <w:tcW w:type="dxa" w:w="1300"/>
            <w:vAlign w:val="center"/>
          </w:tcPr>
          <w:p>
            <w:pPr>
              <w:spacing w:before="0" w:after="0" w:line="240" w:lineRule="auto"/>
              <w:jc w:val="left"/>
            </w:pPr>
            <w:permStart w:id="80875" w:edGrp="everyone"/>
            <w:sdt>
              <w:sdtPr>
                <w:alias w:val="Ders Kodu 7"/>
                <w:tag w:val="Ders Kodu 7"/>
                <w:id w:val="80876"/>
                <w:showingPlcHdr/>
                <w:text w:multiLine="1"/>
              </w:sdtPr>
              <w:sdtContent>
                <w:r>
                  <w:rPr>
                    <w:rStyle w:val="PlaceholderText"/>
                    <w:sz w:val="18"/>
                    <w:szCs w:val="18"/>
                  </w:rPr>
                  <w:t xml:space="preserve">      </w:t>
                </w:r>
              </w:sdtContent>
            </w:sdt>
            <w:permEnd w:id="80875"/>
          </w:p>
        </w:tc>
        <w:tc>
          <w:tcPr>
            <w:tcW w:type="dxa" w:w="3837"/>
            <w:vAlign w:val="center"/>
          </w:tcPr>
          <w:p>
            <w:pPr>
              <w:spacing w:before="0" w:after="0" w:line="240" w:lineRule="auto"/>
              <w:jc w:val="left"/>
            </w:pPr>
            <w:permStart w:id="80877" w:edGrp="everyone"/>
            <w:sdt>
              <w:sdtPr>
                <w:alias w:val="Ders Adı 7"/>
                <w:tag w:val="Ders Adı 7"/>
                <w:id w:val="80878"/>
                <w:showingPlcHdr/>
                <w:text w:multiLine="1"/>
              </w:sdtPr>
              <w:sdtContent>
                <w:r>
                  <w:rPr>
                    <w:rStyle w:val="PlaceholderText"/>
                    <w:sz w:val="18"/>
                    <w:szCs w:val="18"/>
                  </w:rPr>
                  <w:t xml:space="preserve">                </w:t>
                </w:r>
              </w:sdtContent>
            </w:sdt>
            <w:permEnd w:id="80877"/>
          </w:p>
        </w:tc>
        <w:tc>
          <w:tcPr>
            <w:tcW w:type="dxa" w:w="900"/>
            <w:vAlign w:val="center"/>
          </w:tcPr>
          <w:p>
            <w:pPr>
              <w:spacing w:before="0" w:after="0" w:line="240" w:lineRule="auto"/>
              <w:jc w:val="left"/>
            </w:pPr>
            <w:permStart w:id="80879" w:edGrp="everyone"/>
            <w:sdt>
              <w:sdtPr>
                <w:alias w:val="T-U-L 7"/>
                <w:tag w:val="T-U-L 7"/>
                <w:id w:val="80880"/>
                <w:showingPlcHdr/>
                <w:text w:multiLine="1"/>
              </w:sdtPr>
              <w:sdtContent>
                <w:r>
                  <w:rPr>
                    <w:rStyle w:val="PlaceholderText"/>
                    <w:sz w:val="18"/>
                    <w:szCs w:val="18"/>
                  </w:rPr>
                  <w:t xml:space="preserve">      </w:t>
                </w:r>
              </w:sdtContent>
            </w:sdt>
            <w:permEnd w:id="80879"/>
          </w:p>
        </w:tc>
        <w:tc>
          <w:tcPr>
            <w:tcW w:type="dxa" w:w="800"/>
            <w:vAlign w:val="center"/>
          </w:tcPr>
          <w:p>
            <w:pPr>
              <w:spacing w:before="0" w:after="0" w:line="240" w:lineRule="auto"/>
              <w:jc w:val="left"/>
            </w:pPr>
            <w:permStart w:id="80881" w:edGrp="everyone"/>
            <w:sdt>
              <w:sdtPr>
                <w:alias w:val="Kredi 7"/>
                <w:tag w:val="Kredi 7"/>
                <w:id w:val="80882"/>
                <w:showingPlcHdr/>
                <w:text w:multiLine="1"/>
              </w:sdtPr>
              <w:sdtContent>
                <w:r>
                  <w:rPr>
                    <w:rStyle w:val="PlaceholderText"/>
                    <w:sz w:val="18"/>
                    <w:szCs w:val="18"/>
                  </w:rPr>
                  <w:t xml:space="preserve">      </w:t>
                </w:r>
              </w:sdtContent>
            </w:sdt>
            <w:permEnd w:id="80881"/>
          </w:p>
        </w:tc>
        <w:tc>
          <w:tcPr>
            <w:tcW w:type="dxa" w:w="800"/>
            <w:vAlign w:val="center"/>
          </w:tcPr>
          <w:p>
            <w:pPr>
              <w:spacing w:before="0" w:after="0" w:line="240" w:lineRule="auto"/>
              <w:jc w:val="left"/>
            </w:pPr>
            <w:permStart w:id="80883" w:edGrp="everyone"/>
            <w:sdt>
              <w:sdtPr>
                <w:alias w:val="AKTS 7"/>
                <w:tag w:val="AKTS 7"/>
                <w:id w:val="80884"/>
                <w:showingPlcHdr/>
                <w:text w:multiLine="1"/>
              </w:sdtPr>
              <w:sdtContent>
                <w:r>
                  <w:rPr>
                    <w:rStyle w:val="PlaceholderText"/>
                    <w:sz w:val="18"/>
                    <w:szCs w:val="18"/>
                  </w:rPr>
                  <w:t xml:space="preserve">      </w:t>
                </w:r>
              </w:sdtContent>
            </w:sdt>
            <w:permEnd w:id="80883"/>
          </w:p>
        </w:tc>
        <w:tc>
          <w:tcPr>
            <w:tcW w:type="dxa" w:w="600"/>
            <w:vAlign w:val="center"/>
          </w:tcPr>
          <w:p>
            <w:pPr>
              <w:spacing w:before="0" w:after="0" w:line="240" w:lineRule="auto"/>
              <w:jc w:val="left"/>
            </w:pPr>
            <w:permStart w:id="80885" w:edGrp="everyone"/>
            <w:sdt>
              <w:sdtPr>
                <w:alias w:val="Z/S 7"/>
                <w:tag w:val="Z/S 7"/>
                <w:id w:val="80886"/>
                <w:showingPlcHdr/>
                <w:text w:multiLine="1"/>
              </w:sdtPr>
              <w:sdtContent>
                <w:r>
                  <w:rPr>
                    <w:rStyle w:val="PlaceholderText"/>
                    <w:sz w:val="18"/>
                    <w:szCs w:val="18"/>
                  </w:rPr>
                  <w:t xml:space="preserve">      </w:t>
                </w:r>
              </w:sdtContent>
            </w:sdt>
            <w:permEnd w:id="80885"/>
          </w:p>
        </w:tc>
        <w:tc>
          <w:tcPr>
            <w:tcW w:type="dxa" w:w="900"/>
            <w:vAlign w:val="center"/>
          </w:tcPr>
          <w:p>
            <w:pPr>
              <w:spacing w:before="0" w:after="0" w:line="240" w:lineRule="auto"/>
              <w:jc w:val="left"/>
            </w:pPr>
            <w:permStart w:id="80887" w:edGrp="everyone"/>
            <w:sdt>
              <w:sdtPr>
                <w:alias w:val="Ön Koşul 7"/>
                <w:tag w:val="Ön Koşul 7"/>
                <w:id w:val="80888"/>
                <w:showingPlcHdr/>
                <w:text w:multiLine="1"/>
              </w:sdtPr>
              <w:sdtContent>
                <w:r>
                  <w:rPr>
                    <w:rStyle w:val="PlaceholderText"/>
                    <w:sz w:val="18"/>
                    <w:szCs w:val="18"/>
                  </w:rPr>
                  <w:t xml:space="preserve">      </w:t>
                </w:r>
              </w:sdtContent>
            </w:sdt>
            <w:permEnd w:id="80887"/>
          </w:p>
        </w:tc>
      </w:tr>
      <w:tr>
        <w:trPr>
          <w:trHeight w:val="300" w:hRule="atLeast"/>
          <w:cantSplit/>
        </w:trPr>
        <w:tc>
          <w:tcPr>
            <w:tcW w:type="dxa" w:w="500"/>
            <w:vAlign w:val="center"/>
          </w:tcPr>
          <w:p>
            <w:pPr>
              <w:spacing w:before="0" w:after="0" w:line="240" w:lineRule="auto"/>
              <w:jc w:val="center"/>
            </w:pPr>
            <w:r>
              <w:rPr>
                <w:sz w:val="18"/>
                <w:szCs w:val="18"/>
              </w:rPr>
              <w:t xml:space="preserve">8</w:t>
            </w:r>
          </w:p>
        </w:tc>
        <w:tc>
          <w:tcPr>
            <w:tcW w:type="dxa" w:w="1300"/>
            <w:vAlign w:val="center"/>
          </w:tcPr>
          <w:p>
            <w:pPr>
              <w:spacing w:before="0" w:after="0" w:line="240" w:lineRule="auto"/>
              <w:jc w:val="left"/>
            </w:pPr>
            <w:permStart w:id="80889" w:edGrp="everyone"/>
            <w:sdt>
              <w:sdtPr>
                <w:alias w:val="Ders Kodu 8"/>
                <w:tag w:val="Ders Kodu 8"/>
                <w:id w:val="80890"/>
                <w:showingPlcHdr/>
                <w:text w:multiLine="1"/>
              </w:sdtPr>
              <w:sdtContent>
                <w:r>
                  <w:rPr>
                    <w:rStyle w:val="PlaceholderText"/>
                    <w:sz w:val="18"/>
                    <w:szCs w:val="18"/>
                  </w:rPr>
                  <w:t xml:space="preserve">      </w:t>
                </w:r>
              </w:sdtContent>
            </w:sdt>
            <w:permEnd w:id="80889"/>
          </w:p>
        </w:tc>
        <w:tc>
          <w:tcPr>
            <w:tcW w:type="dxa" w:w="3837"/>
            <w:vAlign w:val="center"/>
          </w:tcPr>
          <w:p>
            <w:pPr>
              <w:spacing w:before="0" w:after="0" w:line="240" w:lineRule="auto"/>
              <w:jc w:val="left"/>
            </w:pPr>
            <w:permStart w:id="80891" w:edGrp="everyone"/>
            <w:sdt>
              <w:sdtPr>
                <w:alias w:val="Ders Adı 8"/>
                <w:tag w:val="Ders Adı 8"/>
                <w:id w:val="80892"/>
                <w:showingPlcHdr/>
                <w:text w:multiLine="1"/>
              </w:sdtPr>
              <w:sdtContent>
                <w:r>
                  <w:rPr>
                    <w:rStyle w:val="PlaceholderText"/>
                    <w:sz w:val="18"/>
                    <w:szCs w:val="18"/>
                  </w:rPr>
                  <w:t xml:space="preserve">                </w:t>
                </w:r>
              </w:sdtContent>
            </w:sdt>
            <w:permEnd w:id="80891"/>
          </w:p>
        </w:tc>
        <w:tc>
          <w:tcPr>
            <w:tcW w:type="dxa" w:w="900"/>
            <w:vAlign w:val="center"/>
          </w:tcPr>
          <w:p>
            <w:pPr>
              <w:spacing w:before="0" w:after="0" w:line="240" w:lineRule="auto"/>
              <w:jc w:val="left"/>
            </w:pPr>
            <w:permStart w:id="80893" w:edGrp="everyone"/>
            <w:sdt>
              <w:sdtPr>
                <w:alias w:val="T-U-L 8"/>
                <w:tag w:val="T-U-L 8"/>
                <w:id w:val="80894"/>
                <w:showingPlcHdr/>
                <w:text w:multiLine="1"/>
              </w:sdtPr>
              <w:sdtContent>
                <w:r>
                  <w:rPr>
                    <w:rStyle w:val="PlaceholderText"/>
                    <w:sz w:val="18"/>
                    <w:szCs w:val="18"/>
                  </w:rPr>
                  <w:t xml:space="preserve">      </w:t>
                </w:r>
              </w:sdtContent>
            </w:sdt>
            <w:permEnd w:id="80893"/>
          </w:p>
        </w:tc>
        <w:tc>
          <w:tcPr>
            <w:tcW w:type="dxa" w:w="800"/>
            <w:vAlign w:val="center"/>
          </w:tcPr>
          <w:p>
            <w:pPr>
              <w:spacing w:before="0" w:after="0" w:line="240" w:lineRule="auto"/>
              <w:jc w:val="left"/>
            </w:pPr>
            <w:permStart w:id="80895" w:edGrp="everyone"/>
            <w:sdt>
              <w:sdtPr>
                <w:alias w:val="Kredi 8"/>
                <w:tag w:val="Kredi 8"/>
                <w:id w:val="80896"/>
                <w:showingPlcHdr/>
                <w:text w:multiLine="1"/>
              </w:sdtPr>
              <w:sdtContent>
                <w:r>
                  <w:rPr>
                    <w:rStyle w:val="PlaceholderText"/>
                    <w:sz w:val="18"/>
                    <w:szCs w:val="18"/>
                  </w:rPr>
                  <w:t xml:space="preserve">      </w:t>
                </w:r>
              </w:sdtContent>
            </w:sdt>
            <w:permEnd w:id="80895"/>
          </w:p>
        </w:tc>
        <w:tc>
          <w:tcPr>
            <w:tcW w:type="dxa" w:w="800"/>
            <w:vAlign w:val="center"/>
          </w:tcPr>
          <w:p>
            <w:pPr>
              <w:spacing w:before="0" w:after="0" w:line="240" w:lineRule="auto"/>
              <w:jc w:val="left"/>
            </w:pPr>
            <w:permStart w:id="80897" w:edGrp="everyone"/>
            <w:sdt>
              <w:sdtPr>
                <w:alias w:val="AKTS 8"/>
                <w:tag w:val="AKTS 8"/>
                <w:id w:val="80898"/>
                <w:showingPlcHdr/>
                <w:text w:multiLine="1"/>
              </w:sdtPr>
              <w:sdtContent>
                <w:r>
                  <w:rPr>
                    <w:rStyle w:val="PlaceholderText"/>
                    <w:sz w:val="18"/>
                    <w:szCs w:val="18"/>
                  </w:rPr>
                  <w:t xml:space="preserve">      </w:t>
                </w:r>
              </w:sdtContent>
            </w:sdt>
            <w:permEnd w:id="80897"/>
          </w:p>
        </w:tc>
        <w:tc>
          <w:tcPr>
            <w:tcW w:type="dxa" w:w="600"/>
            <w:vAlign w:val="center"/>
          </w:tcPr>
          <w:p>
            <w:pPr>
              <w:spacing w:before="0" w:after="0" w:line="240" w:lineRule="auto"/>
              <w:jc w:val="left"/>
            </w:pPr>
            <w:permStart w:id="80899" w:edGrp="everyone"/>
            <w:sdt>
              <w:sdtPr>
                <w:alias w:val="Z/S 8"/>
                <w:tag w:val="Z/S 8"/>
                <w:id w:val="80900"/>
                <w:showingPlcHdr/>
                <w:text w:multiLine="1"/>
              </w:sdtPr>
              <w:sdtContent>
                <w:r>
                  <w:rPr>
                    <w:rStyle w:val="PlaceholderText"/>
                    <w:sz w:val="18"/>
                    <w:szCs w:val="18"/>
                  </w:rPr>
                  <w:t xml:space="preserve">      </w:t>
                </w:r>
              </w:sdtContent>
            </w:sdt>
            <w:permEnd w:id="80899"/>
          </w:p>
        </w:tc>
        <w:tc>
          <w:tcPr>
            <w:tcW w:type="dxa" w:w="900"/>
            <w:vAlign w:val="center"/>
          </w:tcPr>
          <w:p>
            <w:pPr>
              <w:spacing w:before="0" w:after="0" w:line="240" w:lineRule="auto"/>
              <w:jc w:val="left"/>
            </w:pPr>
            <w:permStart w:id="80901" w:edGrp="everyone"/>
            <w:sdt>
              <w:sdtPr>
                <w:alias w:val="Ön Koşul 8"/>
                <w:tag w:val="Ön Koşul 8"/>
                <w:id w:val="80902"/>
                <w:showingPlcHdr/>
                <w:text w:multiLine="1"/>
              </w:sdtPr>
              <w:sdtContent>
                <w:r>
                  <w:rPr>
                    <w:rStyle w:val="PlaceholderText"/>
                    <w:sz w:val="18"/>
                    <w:szCs w:val="18"/>
                  </w:rPr>
                  <w:t xml:space="preserve">      </w:t>
                </w:r>
              </w:sdtContent>
            </w:sdt>
            <w:permEnd w:id="80901"/>
          </w:p>
        </w:tc>
      </w:tr>
      <w:tr>
        <w:trPr>
          <w:trHeight w:val="300" w:hRule="atLeast"/>
          <w:cantSplit/>
        </w:trPr>
        <w:tc>
          <w:tcPr>
            <w:tcW w:type="dxa" w:w="500"/>
            <w:vAlign w:val="center"/>
          </w:tcPr>
          <w:p>
            <w:pPr>
              <w:spacing w:before="0" w:after="0" w:line="240" w:lineRule="auto"/>
              <w:jc w:val="center"/>
            </w:pPr>
            <w:r>
              <w:rPr>
                <w:sz w:val="18"/>
                <w:szCs w:val="18"/>
              </w:rPr>
              <w:t xml:space="preserve">9</w:t>
            </w:r>
          </w:p>
        </w:tc>
        <w:tc>
          <w:tcPr>
            <w:tcW w:type="dxa" w:w="1300"/>
            <w:vAlign w:val="center"/>
          </w:tcPr>
          <w:p>
            <w:pPr>
              <w:spacing w:before="0" w:after="0" w:line="240" w:lineRule="auto"/>
              <w:jc w:val="left"/>
            </w:pPr>
            <w:permStart w:id="80903" w:edGrp="everyone"/>
            <w:sdt>
              <w:sdtPr>
                <w:alias w:val="Ders Kodu 9"/>
                <w:tag w:val="Ders Kodu 9"/>
                <w:id w:val="80904"/>
                <w:showingPlcHdr/>
                <w:text w:multiLine="1"/>
              </w:sdtPr>
              <w:sdtContent>
                <w:r>
                  <w:rPr>
                    <w:rStyle w:val="PlaceholderText"/>
                    <w:sz w:val="18"/>
                    <w:szCs w:val="18"/>
                  </w:rPr>
                  <w:t xml:space="preserve">      </w:t>
                </w:r>
              </w:sdtContent>
            </w:sdt>
            <w:permEnd w:id="80903"/>
          </w:p>
        </w:tc>
        <w:tc>
          <w:tcPr>
            <w:tcW w:type="dxa" w:w="3837"/>
            <w:vAlign w:val="center"/>
          </w:tcPr>
          <w:p>
            <w:pPr>
              <w:spacing w:before="0" w:after="0" w:line="240" w:lineRule="auto"/>
              <w:jc w:val="left"/>
            </w:pPr>
            <w:permStart w:id="80905" w:edGrp="everyone"/>
            <w:sdt>
              <w:sdtPr>
                <w:alias w:val="Ders Adı 9"/>
                <w:tag w:val="Ders Adı 9"/>
                <w:id w:val="80906"/>
                <w:showingPlcHdr/>
                <w:text w:multiLine="1"/>
              </w:sdtPr>
              <w:sdtContent>
                <w:r>
                  <w:rPr>
                    <w:rStyle w:val="PlaceholderText"/>
                    <w:sz w:val="18"/>
                    <w:szCs w:val="18"/>
                  </w:rPr>
                  <w:t xml:space="preserve">                </w:t>
                </w:r>
              </w:sdtContent>
            </w:sdt>
            <w:permEnd w:id="80905"/>
          </w:p>
        </w:tc>
        <w:tc>
          <w:tcPr>
            <w:tcW w:type="dxa" w:w="900"/>
            <w:vAlign w:val="center"/>
          </w:tcPr>
          <w:p>
            <w:pPr>
              <w:spacing w:before="0" w:after="0" w:line="240" w:lineRule="auto"/>
              <w:jc w:val="left"/>
            </w:pPr>
            <w:permStart w:id="80907" w:edGrp="everyone"/>
            <w:sdt>
              <w:sdtPr>
                <w:alias w:val="T-U-L 9"/>
                <w:tag w:val="T-U-L 9"/>
                <w:id w:val="80908"/>
                <w:showingPlcHdr/>
                <w:text w:multiLine="1"/>
              </w:sdtPr>
              <w:sdtContent>
                <w:r>
                  <w:rPr>
                    <w:rStyle w:val="PlaceholderText"/>
                    <w:sz w:val="18"/>
                    <w:szCs w:val="18"/>
                  </w:rPr>
                  <w:t xml:space="preserve">      </w:t>
                </w:r>
              </w:sdtContent>
            </w:sdt>
            <w:permEnd w:id="80907"/>
          </w:p>
        </w:tc>
        <w:tc>
          <w:tcPr>
            <w:tcW w:type="dxa" w:w="800"/>
            <w:vAlign w:val="center"/>
          </w:tcPr>
          <w:p>
            <w:pPr>
              <w:spacing w:before="0" w:after="0" w:line="240" w:lineRule="auto"/>
              <w:jc w:val="left"/>
            </w:pPr>
            <w:permStart w:id="80909" w:edGrp="everyone"/>
            <w:sdt>
              <w:sdtPr>
                <w:alias w:val="Kredi 9"/>
                <w:tag w:val="Kredi 9"/>
                <w:id w:val="80910"/>
                <w:showingPlcHdr/>
                <w:text w:multiLine="1"/>
              </w:sdtPr>
              <w:sdtContent>
                <w:r>
                  <w:rPr>
                    <w:rStyle w:val="PlaceholderText"/>
                    <w:sz w:val="18"/>
                    <w:szCs w:val="18"/>
                  </w:rPr>
                  <w:t xml:space="preserve">      </w:t>
                </w:r>
              </w:sdtContent>
            </w:sdt>
            <w:permEnd w:id="80909"/>
          </w:p>
        </w:tc>
        <w:tc>
          <w:tcPr>
            <w:tcW w:type="dxa" w:w="800"/>
            <w:vAlign w:val="center"/>
          </w:tcPr>
          <w:p>
            <w:pPr>
              <w:spacing w:before="0" w:after="0" w:line="240" w:lineRule="auto"/>
              <w:jc w:val="left"/>
            </w:pPr>
            <w:permStart w:id="80911" w:edGrp="everyone"/>
            <w:sdt>
              <w:sdtPr>
                <w:alias w:val="AKTS 9"/>
                <w:tag w:val="AKTS 9"/>
                <w:id w:val="80912"/>
                <w:showingPlcHdr/>
                <w:text w:multiLine="1"/>
              </w:sdtPr>
              <w:sdtContent>
                <w:r>
                  <w:rPr>
                    <w:rStyle w:val="PlaceholderText"/>
                    <w:sz w:val="18"/>
                    <w:szCs w:val="18"/>
                  </w:rPr>
                  <w:t xml:space="preserve">      </w:t>
                </w:r>
              </w:sdtContent>
            </w:sdt>
            <w:permEnd w:id="80911"/>
          </w:p>
        </w:tc>
        <w:tc>
          <w:tcPr>
            <w:tcW w:type="dxa" w:w="600"/>
            <w:vAlign w:val="center"/>
          </w:tcPr>
          <w:p>
            <w:pPr>
              <w:spacing w:before="0" w:after="0" w:line="240" w:lineRule="auto"/>
              <w:jc w:val="left"/>
            </w:pPr>
            <w:permStart w:id="80913" w:edGrp="everyone"/>
            <w:sdt>
              <w:sdtPr>
                <w:alias w:val="Z/S 9"/>
                <w:tag w:val="Z/S 9"/>
                <w:id w:val="80914"/>
                <w:showingPlcHdr/>
                <w:text w:multiLine="1"/>
              </w:sdtPr>
              <w:sdtContent>
                <w:r>
                  <w:rPr>
                    <w:rStyle w:val="PlaceholderText"/>
                    <w:sz w:val="18"/>
                    <w:szCs w:val="18"/>
                  </w:rPr>
                  <w:t xml:space="preserve">      </w:t>
                </w:r>
              </w:sdtContent>
            </w:sdt>
            <w:permEnd w:id="80913"/>
          </w:p>
        </w:tc>
        <w:tc>
          <w:tcPr>
            <w:tcW w:type="dxa" w:w="900"/>
            <w:vAlign w:val="center"/>
          </w:tcPr>
          <w:p>
            <w:pPr>
              <w:spacing w:before="0" w:after="0" w:line="240" w:lineRule="auto"/>
              <w:jc w:val="left"/>
            </w:pPr>
            <w:permStart w:id="80915" w:edGrp="everyone"/>
            <w:sdt>
              <w:sdtPr>
                <w:alias w:val="Ön Koşul 9"/>
                <w:tag w:val="Ön Koşul 9"/>
                <w:id w:val="80916"/>
                <w:showingPlcHdr/>
                <w:text w:multiLine="1"/>
              </w:sdtPr>
              <w:sdtContent>
                <w:r>
                  <w:rPr>
                    <w:rStyle w:val="PlaceholderText"/>
                    <w:sz w:val="18"/>
                    <w:szCs w:val="18"/>
                  </w:rPr>
                  <w:t xml:space="preserve">      </w:t>
                </w:r>
              </w:sdtContent>
            </w:sdt>
            <w:permEnd w:id="80915"/>
          </w:p>
        </w:tc>
      </w:tr>
    </w:tbl>
    <w:p>
      <w:pPr>
        <w:spacing w:before="0" w:after="0" w:line="120" w:lineRule="exact"/>
      </w:pPr>
    </w:p>
    <w:p>
      <w:pPr>
        <w:keepNext/>
        <w:spacing w:before="0" w:after="40" w:line="240" w:lineRule="auto"/>
        <w:jc w:val="left"/>
      </w:pPr>
      <w:r>
        <w:rPr>
          <w:b/>
          <w:bCs/>
          <w:sz w:val="19"/>
          <w:szCs w:val="19"/>
        </w:rPr>
        <w:t xml:space="preserve">4. YARIYIL</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500"/>
        <w:gridCol w:w="1300"/>
        <w:gridCol w:w="3837"/>
        <w:gridCol w:w="900"/>
        <w:gridCol w:w="800"/>
        <w:gridCol w:w="800"/>
        <w:gridCol w:w="600"/>
        <w:gridCol w:w="900"/>
      </w:tblGrid>
      <w:tr>
        <w:trPr>
          <w:trHeight w:val="351" w:hRule="atLeast"/>
          <w:cantSplit/>
        </w:trPr>
        <w:tc>
          <w:tcPr>
            <w:tcW w:type="dxa" w:w="500"/>
            <w:shd w:val="clear" w:color="auto" w:fill="D9D2EC"/>
            <w:vAlign w:val="center"/>
          </w:tcPr>
          <w:p>
            <w:pPr>
              <w:spacing w:before="0" w:after="0" w:line="240" w:lineRule="auto"/>
              <w:jc w:val="center"/>
            </w:pPr>
            <w:r>
              <w:rPr>
                <w:b/>
                <w:bCs/>
                <w:sz w:val="18"/>
                <w:szCs w:val="18"/>
              </w:rPr>
              <w:t xml:space="preserve">Sıra</w:t>
            </w:r>
          </w:p>
        </w:tc>
        <w:tc>
          <w:tcPr>
            <w:tcW w:type="dxa" w:w="1300"/>
            <w:shd w:val="clear" w:color="auto" w:fill="D9D2EC"/>
            <w:vAlign w:val="center"/>
          </w:tcPr>
          <w:p>
            <w:pPr>
              <w:spacing w:before="0" w:after="0" w:line="240" w:lineRule="auto"/>
              <w:jc w:val="center"/>
            </w:pPr>
            <w:r>
              <w:rPr>
                <w:b/>
                <w:bCs/>
                <w:sz w:val="18"/>
                <w:szCs w:val="18"/>
              </w:rPr>
              <w:t xml:space="preserve">Ders Kodu</w:t>
            </w:r>
          </w:p>
        </w:tc>
        <w:tc>
          <w:tcPr>
            <w:tcW w:type="dxa" w:w="3837"/>
            <w:shd w:val="clear" w:color="auto" w:fill="D9D2EC"/>
            <w:vAlign w:val="center"/>
          </w:tcPr>
          <w:p>
            <w:pPr>
              <w:spacing w:before="0" w:after="0" w:line="240" w:lineRule="auto"/>
              <w:jc w:val="center"/>
            </w:pPr>
            <w:r>
              <w:rPr>
                <w:b/>
                <w:bCs/>
                <w:sz w:val="18"/>
                <w:szCs w:val="18"/>
              </w:rPr>
              <w:t xml:space="preserve">Ders Adı</w:t>
            </w:r>
          </w:p>
        </w:tc>
        <w:tc>
          <w:tcPr>
            <w:tcW w:type="dxa" w:w="900"/>
            <w:shd w:val="clear" w:color="auto" w:fill="D9D2EC"/>
            <w:vAlign w:val="center"/>
          </w:tcPr>
          <w:p>
            <w:pPr>
              <w:spacing w:before="0" w:after="0" w:line="240" w:lineRule="auto"/>
              <w:jc w:val="center"/>
            </w:pPr>
            <w:r>
              <w:rPr>
                <w:b/>
                <w:bCs/>
                <w:sz w:val="18"/>
                <w:szCs w:val="18"/>
              </w:rPr>
              <w:t xml:space="preserve">T-U-L</w:t>
            </w:r>
          </w:p>
        </w:tc>
        <w:tc>
          <w:tcPr>
            <w:tcW w:type="dxa" w:w="800"/>
            <w:shd w:val="clear" w:color="auto" w:fill="D9D2EC"/>
            <w:vAlign w:val="center"/>
          </w:tcPr>
          <w:p>
            <w:pPr>
              <w:spacing w:before="0" w:after="0" w:line="240" w:lineRule="auto"/>
              <w:jc w:val="center"/>
            </w:pPr>
            <w:r>
              <w:rPr>
                <w:b/>
                <w:bCs/>
                <w:sz w:val="18"/>
                <w:szCs w:val="18"/>
              </w:rPr>
              <w:t xml:space="preserve">Kredi</w:t>
            </w:r>
          </w:p>
        </w:tc>
        <w:tc>
          <w:tcPr>
            <w:tcW w:type="dxa" w:w="800"/>
            <w:shd w:val="clear" w:color="auto" w:fill="D9D2EC"/>
            <w:vAlign w:val="center"/>
          </w:tcPr>
          <w:p>
            <w:pPr>
              <w:spacing w:before="0" w:after="0" w:line="240" w:lineRule="auto"/>
              <w:jc w:val="center"/>
            </w:pPr>
            <w:r>
              <w:rPr>
                <w:b/>
                <w:bCs/>
                <w:sz w:val="18"/>
                <w:szCs w:val="18"/>
              </w:rPr>
              <w:t xml:space="preserve">AKTS</w:t>
            </w:r>
          </w:p>
        </w:tc>
        <w:tc>
          <w:tcPr>
            <w:tcW w:type="dxa" w:w="600"/>
            <w:shd w:val="clear" w:color="auto" w:fill="D9D2EC"/>
            <w:vAlign w:val="center"/>
          </w:tcPr>
          <w:p>
            <w:pPr>
              <w:spacing w:before="0" w:after="0" w:line="240" w:lineRule="auto"/>
              <w:jc w:val="center"/>
            </w:pPr>
            <w:r>
              <w:rPr>
                <w:b/>
                <w:bCs/>
                <w:sz w:val="18"/>
                <w:szCs w:val="18"/>
              </w:rPr>
              <w:t xml:space="preserve">Z/S</w:t>
            </w:r>
          </w:p>
        </w:tc>
        <w:tc>
          <w:tcPr>
            <w:tcW w:type="dxa" w:w="900"/>
            <w:shd w:val="clear" w:color="auto" w:fill="D9D2EC"/>
            <w:vAlign w:val="center"/>
          </w:tcPr>
          <w:p>
            <w:pPr>
              <w:spacing w:before="0" w:after="0" w:line="240" w:lineRule="auto"/>
              <w:jc w:val="center"/>
            </w:pPr>
            <w:r>
              <w:rPr>
                <w:b/>
                <w:bCs/>
                <w:sz w:val="18"/>
                <w:szCs w:val="18"/>
              </w:rPr>
              <w:t xml:space="preserve">Ön Koşul</w:t>
            </w:r>
          </w:p>
        </w:tc>
      </w:tr>
      <w:tr>
        <w:trPr>
          <w:trHeight w:val="300" w:hRule="atLeast"/>
          <w:cantSplit/>
        </w:trPr>
        <w:tc>
          <w:tcPr>
            <w:tcW w:type="dxa" w:w="500"/>
            <w:vAlign w:val="center"/>
          </w:tcPr>
          <w:p>
            <w:pPr>
              <w:spacing w:before="0" w:after="0" w:line="240" w:lineRule="auto"/>
              <w:jc w:val="center"/>
            </w:pPr>
            <w:r>
              <w:rPr>
                <w:sz w:val="18"/>
                <w:szCs w:val="18"/>
              </w:rPr>
              <w:t xml:space="preserve">1</w:t>
            </w:r>
          </w:p>
        </w:tc>
        <w:tc>
          <w:tcPr>
            <w:tcW w:type="dxa" w:w="1300"/>
            <w:vAlign w:val="center"/>
          </w:tcPr>
          <w:p>
            <w:pPr>
              <w:spacing w:before="0" w:after="0" w:line="240" w:lineRule="auto"/>
              <w:jc w:val="left"/>
            </w:pPr>
            <w:permStart w:id="80917" w:edGrp="everyone"/>
            <w:sdt>
              <w:sdtPr>
                <w:alias w:val="Ders Kodu 1"/>
                <w:tag w:val="Ders Kodu 1"/>
                <w:id w:val="80918"/>
                <w:showingPlcHdr/>
                <w:text w:multiLine="1"/>
              </w:sdtPr>
              <w:sdtContent>
                <w:r>
                  <w:rPr>
                    <w:rStyle w:val="PlaceholderText"/>
                    <w:sz w:val="18"/>
                    <w:szCs w:val="18"/>
                  </w:rPr>
                  <w:t xml:space="preserve">      </w:t>
                </w:r>
              </w:sdtContent>
            </w:sdt>
            <w:permEnd w:id="80917"/>
          </w:p>
        </w:tc>
        <w:tc>
          <w:tcPr>
            <w:tcW w:type="dxa" w:w="3837"/>
            <w:vAlign w:val="center"/>
          </w:tcPr>
          <w:p>
            <w:pPr>
              <w:spacing w:before="0" w:after="0" w:line="240" w:lineRule="auto"/>
              <w:jc w:val="left"/>
            </w:pPr>
            <w:permStart w:id="80919" w:edGrp="everyone"/>
            <w:sdt>
              <w:sdtPr>
                <w:alias w:val="Ders Adı 1"/>
                <w:tag w:val="Ders Adı 1"/>
                <w:id w:val="80920"/>
                <w:showingPlcHdr/>
                <w:text w:multiLine="1"/>
              </w:sdtPr>
              <w:sdtContent>
                <w:r>
                  <w:rPr>
                    <w:rStyle w:val="PlaceholderText"/>
                    <w:sz w:val="18"/>
                    <w:szCs w:val="18"/>
                  </w:rPr>
                  <w:t xml:space="preserve">                </w:t>
                </w:r>
              </w:sdtContent>
            </w:sdt>
            <w:permEnd w:id="80919"/>
          </w:p>
        </w:tc>
        <w:tc>
          <w:tcPr>
            <w:tcW w:type="dxa" w:w="900"/>
            <w:vAlign w:val="center"/>
          </w:tcPr>
          <w:p>
            <w:pPr>
              <w:spacing w:before="0" w:after="0" w:line="240" w:lineRule="auto"/>
              <w:jc w:val="left"/>
            </w:pPr>
            <w:permStart w:id="80921" w:edGrp="everyone"/>
            <w:sdt>
              <w:sdtPr>
                <w:alias w:val="T-U-L 1"/>
                <w:tag w:val="T-U-L 1"/>
                <w:id w:val="80922"/>
                <w:showingPlcHdr/>
                <w:text w:multiLine="1"/>
              </w:sdtPr>
              <w:sdtContent>
                <w:r>
                  <w:rPr>
                    <w:rStyle w:val="PlaceholderText"/>
                    <w:sz w:val="18"/>
                    <w:szCs w:val="18"/>
                  </w:rPr>
                  <w:t xml:space="preserve">      </w:t>
                </w:r>
              </w:sdtContent>
            </w:sdt>
            <w:permEnd w:id="80921"/>
          </w:p>
        </w:tc>
        <w:tc>
          <w:tcPr>
            <w:tcW w:type="dxa" w:w="800"/>
            <w:vAlign w:val="center"/>
          </w:tcPr>
          <w:p>
            <w:pPr>
              <w:spacing w:before="0" w:after="0" w:line="240" w:lineRule="auto"/>
              <w:jc w:val="left"/>
            </w:pPr>
            <w:permStart w:id="80923" w:edGrp="everyone"/>
            <w:sdt>
              <w:sdtPr>
                <w:alias w:val="Kredi 1"/>
                <w:tag w:val="Kredi 1"/>
                <w:id w:val="80924"/>
                <w:showingPlcHdr/>
                <w:text w:multiLine="1"/>
              </w:sdtPr>
              <w:sdtContent>
                <w:r>
                  <w:rPr>
                    <w:rStyle w:val="PlaceholderText"/>
                    <w:sz w:val="18"/>
                    <w:szCs w:val="18"/>
                  </w:rPr>
                  <w:t xml:space="preserve">      </w:t>
                </w:r>
              </w:sdtContent>
            </w:sdt>
            <w:permEnd w:id="80923"/>
          </w:p>
        </w:tc>
        <w:tc>
          <w:tcPr>
            <w:tcW w:type="dxa" w:w="800"/>
            <w:vAlign w:val="center"/>
          </w:tcPr>
          <w:p>
            <w:pPr>
              <w:spacing w:before="0" w:after="0" w:line="240" w:lineRule="auto"/>
              <w:jc w:val="left"/>
            </w:pPr>
            <w:permStart w:id="80925" w:edGrp="everyone"/>
            <w:sdt>
              <w:sdtPr>
                <w:alias w:val="AKTS 1"/>
                <w:tag w:val="AKTS 1"/>
                <w:id w:val="80926"/>
                <w:showingPlcHdr/>
                <w:text w:multiLine="1"/>
              </w:sdtPr>
              <w:sdtContent>
                <w:r>
                  <w:rPr>
                    <w:rStyle w:val="PlaceholderText"/>
                    <w:sz w:val="18"/>
                    <w:szCs w:val="18"/>
                  </w:rPr>
                  <w:t xml:space="preserve">      </w:t>
                </w:r>
              </w:sdtContent>
            </w:sdt>
            <w:permEnd w:id="80925"/>
          </w:p>
        </w:tc>
        <w:tc>
          <w:tcPr>
            <w:tcW w:type="dxa" w:w="600"/>
            <w:vAlign w:val="center"/>
          </w:tcPr>
          <w:p>
            <w:pPr>
              <w:spacing w:before="0" w:after="0" w:line="240" w:lineRule="auto"/>
              <w:jc w:val="left"/>
            </w:pPr>
            <w:permStart w:id="80927" w:edGrp="everyone"/>
            <w:sdt>
              <w:sdtPr>
                <w:alias w:val="Z/S 1"/>
                <w:tag w:val="Z/S 1"/>
                <w:id w:val="80928"/>
                <w:showingPlcHdr/>
                <w:text w:multiLine="1"/>
              </w:sdtPr>
              <w:sdtContent>
                <w:r>
                  <w:rPr>
                    <w:rStyle w:val="PlaceholderText"/>
                    <w:sz w:val="18"/>
                    <w:szCs w:val="18"/>
                  </w:rPr>
                  <w:t xml:space="preserve">      </w:t>
                </w:r>
              </w:sdtContent>
            </w:sdt>
            <w:permEnd w:id="80927"/>
          </w:p>
        </w:tc>
        <w:tc>
          <w:tcPr>
            <w:tcW w:type="dxa" w:w="900"/>
            <w:vAlign w:val="center"/>
          </w:tcPr>
          <w:p>
            <w:pPr>
              <w:spacing w:before="0" w:after="0" w:line="240" w:lineRule="auto"/>
              <w:jc w:val="left"/>
            </w:pPr>
            <w:permStart w:id="80929" w:edGrp="everyone"/>
            <w:sdt>
              <w:sdtPr>
                <w:alias w:val="Ön Koşul 1"/>
                <w:tag w:val="Ön Koşul 1"/>
                <w:id w:val="80930"/>
                <w:showingPlcHdr/>
                <w:text w:multiLine="1"/>
              </w:sdtPr>
              <w:sdtContent>
                <w:r>
                  <w:rPr>
                    <w:rStyle w:val="PlaceholderText"/>
                    <w:sz w:val="18"/>
                    <w:szCs w:val="18"/>
                  </w:rPr>
                  <w:t xml:space="preserve">      </w:t>
                </w:r>
              </w:sdtContent>
            </w:sdt>
            <w:permEnd w:id="80929"/>
          </w:p>
        </w:tc>
      </w:tr>
      <w:tr>
        <w:trPr>
          <w:trHeight w:val="300" w:hRule="atLeast"/>
          <w:cantSplit/>
        </w:trPr>
        <w:tc>
          <w:tcPr>
            <w:tcW w:type="dxa" w:w="500"/>
            <w:vAlign w:val="center"/>
          </w:tcPr>
          <w:p>
            <w:pPr>
              <w:spacing w:before="0" w:after="0" w:line="240" w:lineRule="auto"/>
              <w:jc w:val="center"/>
            </w:pPr>
            <w:r>
              <w:rPr>
                <w:sz w:val="18"/>
                <w:szCs w:val="18"/>
              </w:rPr>
              <w:t xml:space="preserve">2</w:t>
            </w:r>
          </w:p>
        </w:tc>
        <w:tc>
          <w:tcPr>
            <w:tcW w:type="dxa" w:w="1300"/>
            <w:vAlign w:val="center"/>
          </w:tcPr>
          <w:p>
            <w:pPr>
              <w:spacing w:before="0" w:after="0" w:line="240" w:lineRule="auto"/>
              <w:jc w:val="left"/>
            </w:pPr>
            <w:permStart w:id="80931" w:edGrp="everyone"/>
            <w:sdt>
              <w:sdtPr>
                <w:alias w:val="Ders Kodu 2"/>
                <w:tag w:val="Ders Kodu 2"/>
                <w:id w:val="80932"/>
                <w:showingPlcHdr/>
                <w:text w:multiLine="1"/>
              </w:sdtPr>
              <w:sdtContent>
                <w:r>
                  <w:rPr>
                    <w:rStyle w:val="PlaceholderText"/>
                    <w:sz w:val="18"/>
                    <w:szCs w:val="18"/>
                  </w:rPr>
                  <w:t xml:space="preserve">      </w:t>
                </w:r>
              </w:sdtContent>
            </w:sdt>
            <w:permEnd w:id="80931"/>
          </w:p>
        </w:tc>
        <w:tc>
          <w:tcPr>
            <w:tcW w:type="dxa" w:w="3837"/>
            <w:vAlign w:val="center"/>
          </w:tcPr>
          <w:p>
            <w:pPr>
              <w:spacing w:before="0" w:after="0" w:line="240" w:lineRule="auto"/>
              <w:jc w:val="left"/>
            </w:pPr>
            <w:permStart w:id="80933" w:edGrp="everyone"/>
            <w:sdt>
              <w:sdtPr>
                <w:alias w:val="Ders Adı 2"/>
                <w:tag w:val="Ders Adı 2"/>
                <w:id w:val="80934"/>
                <w:showingPlcHdr/>
                <w:text w:multiLine="1"/>
              </w:sdtPr>
              <w:sdtContent>
                <w:r>
                  <w:rPr>
                    <w:rStyle w:val="PlaceholderText"/>
                    <w:sz w:val="18"/>
                    <w:szCs w:val="18"/>
                  </w:rPr>
                  <w:t xml:space="preserve">                </w:t>
                </w:r>
              </w:sdtContent>
            </w:sdt>
            <w:permEnd w:id="80933"/>
          </w:p>
        </w:tc>
        <w:tc>
          <w:tcPr>
            <w:tcW w:type="dxa" w:w="900"/>
            <w:vAlign w:val="center"/>
          </w:tcPr>
          <w:p>
            <w:pPr>
              <w:spacing w:before="0" w:after="0" w:line="240" w:lineRule="auto"/>
              <w:jc w:val="left"/>
            </w:pPr>
            <w:permStart w:id="80935" w:edGrp="everyone"/>
            <w:sdt>
              <w:sdtPr>
                <w:alias w:val="T-U-L 2"/>
                <w:tag w:val="T-U-L 2"/>
                <w:id w:val="80936"/>
                <w:showingPlcHdr/>
                <w:text w:multiLine="1"/>
              </w:sdtPr>
              <w:sdtContent>
                <w:r>
                  <w:rPr>
                    <w:rStyle w:val="PlaceholderText"/>
                    <w:sz w:val="18"/>
                    <w:szCs w:val="18"/>
                  </w:rPr>
                  <w:t xml:space="preserve">      </w:t>
                </w:r>
              </w:sdtContent>
            </w:sdt>
            <w:permEnd w:id="80935"/>
          </w:p>
        </w:tc>
        <w:tc>
          <w:tcPr>
            <w:tcW w:type="dxa" w:w="800"/>
            <w:vAlign w:val="center"/>
          </w:tcPr>
          <w:p>
            <w:pPr>
              <w:spacing w:before="0" w:after="0" w:line="240" w:lineRule="auto"/>
              <w:jc w:val="left"/>
            </w:pPr>
            <w:permStart w:id="80937" w:edGrp="everyone"/>
            <w:sdt>
              <w:sdtPr>
                <w:alias w:val="Kredi 2"/>
                <w:tag w:val="Kredi 2"/>
                <w:id w:val="80938"/>
                <w:showingPlcHdr/>
                <w:text w:multiLine="1"/>
              </w:sdtPr>
              <w:sdtContent>
                <w:r>
                  <w:rPr>
                    <w:rStyle w:val="PlaceholderText"/>
                    <w:sz w:val="18"/>
                    <w:szCs w:val="18"/>
                  </w:rPr>
                  <w:t xml:space="preserve">      </w:t>
                </w:r>
              </w:sdtContent>
            </w:sdt>
            <w:permEnd w:id="80937"/>
          </w:p>
        </w:tc>
        <w:tc>
          <w:tcPr>
            <w:tcW w:type="dxa" w:w="800"/>
            <w:vAlign w:val="center"/>
          </w:tcPr>
          <w:p>
            <w:pPr>
              <w:spacing w:before="0" w:after="0" w:line="240" w:lineRule="auto"/>
              <w:jc w:val="left"/>
            </w:pPr>
            <w:permStart w:id="80939" w:edGrp="everyone"/>
            <w:sdt>
              <w:sdtPr>
                <w:alias w:val="AKTS 2"/>
                <w:tag w:val="AKTS 2"/>
                <w:id w:val="80940"/>
                <w:showingPlcHdr/>
                <w:text w:multiLine="1"/>
              </w:sdtPr>
              <w:sdtContent>
                <w:r>
                  <w:rPr>
                    <w:rStyle w:val="PlaceholderText"/>
                    <w:sz w:val="18"/>
                    <w:szCs w:val="18"/>
                  </w:rPr>
                  <w:t xml:space="preserve">      </w:t>
                </w:r>
              </w:sdtContent>
            </w:sdt>
            <w:permEnd w:id="80939"/>
          </w:p>
        </w:tc>
        <w:tc>
          <w:tcPr>
            <w:tcW w:type="dxa" w:w="600"/>
            <w:vAlign w:val="center"/>
          </w:tcPr>
          <w:p>
            <w:pPr>
              <w:spacing w:before="0" w:after="0" w:line="240" w:lineRule="auto"/>
              <w:jc w:val="left"/>
            </w:pPr>
            <w:permStart w:id="80941" w:edGrp="everyone"/>
            <w:sdt>
              <w:sdtPr>
                <w:alias w:val="Z/S 2"/>
                <w:tag w:val="Z/S 2"/>
                <w:id w:val="80942"/>
                <w:showingPlcHdr/>
                <w:text w:multiLine="1"/>
              </w:sdtPr>
              <w:sdtContent>
                <w:r>
                  <w:rPr>
                    <w:rStyle w:val="PlaceholderText"/>
                    <w:sz w:val="18"/>
                    <w:szCs w:val="18"/>
                  </w:rPr>
                  <w:t xml:space="preserve">      </w:t>
                </w:r>
              </w:sdtContent>
            </w:sdt>
            <w:permEnd w:id="80941"/>
          </w:p>
        </w:tc>
        <w:tc>
          <w:tcPr>
            <w:tcW w:type="dxa" w:w="900"/>
            <w:vAlign w:val="center"/>
          </w:tcPr>
          <w:p>
            <w:pPr>
              <w:spacing w:before="0" w:after="0" w:line="240" w:lineRule="auto"/>
              <w:jc w:val="left"/>
            </w:pPr>
            <w:permStart w:id="80943" w:edGrp="everyone"/>
            <w:sdt>
              <w:sdtPr>
                <w:alias w:val="Ön Koşul 2"/>
                <w:tag w:val="Ön Koşul 2"/>
                <w:id w:val="80944"/>
                <w:showingPlcHdr/>
                <w:text w:multiLine="1"/>
              </w:sdtPr>
              <w:sdtContent>
                <w:r>
                  <w:rPr>
                    <w:rStyle w:val="PlaceholderText"/>
                    <w:sz w:val="18"/>
                    <w:szCs w:val="18"/>
                  </w:rPr>
                  <w:t xml:space="preserve">      </w:t>
                </w:r>
              </w:sdtContent>
            </w:sdt>
            <w:permEnd w:id="80943"/>
          </w:p>
        </w:tc>
      </w:tr>
      <w:tr>
        <w:trPr>
          <w:trHeight w:val="300" w:hRule="atLeast"/>
          <w:cantSplit/>
        </w:trPr>
        <w:tc>
          <w:tcPr>
            <w:tcW w:type="dxa" w:w="500"/>
            <w:vAlign w:val="center"/>
          </w:tcPr>
          <w:p>
            <w:pPr>
              <w:spacing w:before="0" w:after="0" w:line="240" w:lineRule="auto"/>
              <w:jc w:val="center"/>
            </w:pPr>
            <w:r>
              <w:rPr>
                <w:sz w:val="18"/>
                <w:szCs w:val="18"/>
              </w:rPr>
              <w:t xml:space="preserve">3</w:t>
            </w:r>
          </w:p>
        </w:tc>
        <w:tc>
          <w:tcPr>
            <w:tcW w:type="dxa" w:w="1300"/>
            <w:vAlign w:val="center"/>
          </w:tcPr>
          <w:p>
            <w:pPr>
              <w:spacing w:before="0" w:after="0" w:line="240" w:lineRule="auto"/>
              <w:jc w:val="left"/>
            </w:pPr>
            <w:permStart w:id="80945" w:edGrp="everyone"/>
            <w:sdt>
              <w:sdtPr>
                <w:alias w:val="Ders Kodu 3"/>
                <w:tag w:val="Ders Kodu 3"/>
                <w:id w:val="80946"/>
                <w:showingPlcHdr/>
                <w:text w:multiLine="1"/>
              </w:sdtPr>
              <w:sdtContent>
                <w:r>
                  <w:rPr>
                    <w:rStyle w:val="PlaceholderText"/>
                    <w:sz w:val="18"/>
                    <w:szCs w:val="18"/>
                  </w:rPr>
                  <w:t xml:space="preserve">      </w:t>
                </w:r>
              </w:sdtContent>
            </w:sdt>
            <w:permEnd w:id="80945"/>
          </w:p>
        </w:tc>
        <w:tc>
          <w:tcPr>
            <w:tcW w:type="dxa" w:w="3837"/>
            <w:vAlign w:val="center"/>
          </w:tcPr>
          <w:p>
            <w:pPr>
              <w:spacing w:before="0" w:after="0" w:line="240" w:lineRule="auto"/>
              <w:jc w:val="left"/>
            </w:pPr>
            <w:permStart w:id="80947" w:edGrp="everyone"/>
            <w:sdt>
              <w:sdtPr>
                <w:alias w:val="Ders Adı 3"/>
                <w:tag w:val="Ders Adı 3"/>
                <w:id w:val="80948"/>
                <w:showingPlcHdr/>
                <w:text w:multiLine="1"/>
              </w:sdtPr>
              <w:sdtContent>
                <w:r>
                  <w:rPr>
                    <w:rStyle w:val="PlaceholderText"/>
                    <w:sz w:val="18"/>
                    <w:szCs w:val="18"/>
                  </w:rPr>
                  <w:t xml:space="preserve">                </w:t>
                </w:r>
              </w:sdtContent>
            </w:sdt>
            <w:permEnd w:id="80947"/>
          </w:p>
        </w:tc>
        <w:tc>
          <w:tcPr>
            <w:tcW w:type="dxa" w:w="900"/>
            <w:vAlign w:val="center"/>
          </w:tcPr>
          <w:p>
            <w:pPr>
              <w:spacing w:before="0" w:after="0" w:line="240" w:lineRule="auto"/>
              <w:jc w:val="left"/>
            </w:pPr>
            <w:permStart w:id="80949" w:edGrp="everyone"/>
            <w:sdt>
              <w:sdtPr>
                <w:alias w:val="T-U-L 3"/>
                <w:tag w:val="T-U-L 3"/>
                <w:id w:val="80950"/>
                <w:showingPlcHdr/>
                <w:text w:multiLine="1"/>
              </w:sdtPr>
              <w:sdtContent>
                <w:r>
                  <w:rPr>
                    <w:rStyle w:val="PlaceholderText"/>
                    <w:sz w:val="18"/>
                    <w:szCs w:val="18"/>
                  </w:rPr>
                  <w:t xml:space="preserve">      </w:t>
                </w:r>
              </w:sdtContent>
            </w:sdt>
            <w:permEnd w:id="80949"/>
          </w:p>
        </w:tc>
        <w:tc>
          <w:tcPr>
            <w:tcW w:type="dxa" w:w="800"/>
            <w:vAlign w:val="center"/>
          </w:tcPr>
          <w:p>
            <w:pPr>
              <w:spacing w:before="0" w:after="0" w:line="240" w:lineRule="auto"/>
              <w:jc w:val="left"/>
            </w:pPr>
            <w:permStart w:id="80951" w:edGrp="everyone"/>
            <w:sdt>
              <w:sdtPr>
                <w:alias w:val="Kredi 3"/>
                <w:tag w:val="Kredi 3"/>
                <w:id w:val="80952"/>
                <w:showingPlcHdr/>
                <w:text w:multiLine="1"/>
              </w:sdtPr>
              <w:sdtContent>
                <w:r>
                  <w:rPr>
                    <w:rStyle w:val="PlaceholderText"/>
                    <w:sz w:val="18"/>
                    <w:szCs w:val="18"/>
                  </w:rPr>
                  <w:t xml:space="preserve">      </w:t>
                </w:r>
              </w:sdtContent>
            </w:sdt>
            <w:permEnd w:id="80951"/>
          </w:p>
        </w:tc>
        <w:tc>
          <w:tcPr>
            <w:tcW w:type="dxa" w:w="800"/>
            <w:vAlign w:val="center"/>
          </w:tcPr>
          <w:p>
            <w:pPr>
              <w:spacing w:before="0" w:after="0" w:line="240" w:lineRule="auto"/>
              <w:jc w:val="left"/>
            </w:pPr>
            <w:permStart w:id="80953" w:edGrp="everyone"/>
            <w:sdt>
              <w:sdtPr>
                <w:alias w:val="AKTS 3"/>
                <w:tag w:val="AKTS 3"/>
                <w:id w:val="80954"/>
                <w:showingPlcHdr/>
                <w:text w:multiLine="1"/>
              </w:sdtPr>
              <w:sdtContent>
                <w:r>
                  <w:rPr>
                    <w:rStyle w:val="PlaceholderText"/>
                    <w:sz w:val="18"/>
                    <w:szCs w:val="18"/>
                  </w:rPr>
                  <w:t xml:space="preserve">      </w:t>
                </w:r>
              </w:sdtContent>
            </w:sdt>
            <w:permEnd w:id="80953"/>
          </w:p>
        </w:tc>
        <w:tc>
          <w:tcPr>
            <w:tcW w:type="dxa" w:w="600"/>
            <w:vAlign w:val="center"/>
          </w:tcPr>
          <w:p>
            <w:pPr>
              <w:spacing w:before="0" w:after="0" w:line="240" w:lineRule="auto"/>
              <w:jc w:val="left"/>
            </w:pPr>
            <w:permStart w:id="80955" w:edGrp="everyone"/>
            <w:sdt>
              <w:sdtPr>
                <w:alias w:val="Z/S 3"/>
                <w:tag w:val="Z/S 3"/>
                <w:id w:val="80956"/>
                <w:showingPlcHdr/>
                <w:text w:multiLine="1"/>
              </w:sdtPr>
              <w:sdtContent>
                <w:r>
                  <w:rPr>
                    <w:rStyle w:val="PlaceholderText"/>
                    <w:sz w:val="18"/>
                    <w:szCs w:val="18"/>
                  </w:rPr>
                  <w:t xml:space="preserve">      </w:t>
                </w:r>
              </w:sdtContent>
            </w:sdt>
            <w:permEnd w:id="80955"/>
          </w:p>
        </w:tc>
        <w:tc>
          <w:tcPr>
            <w:tcW w:type="dxa" w:w="900"/>
            <w:vAlign w:val="center"/>
          </w:tcPr>
          <w:p>
            <w:pPr>
              <w:spacing w:before="0" w:after="0" w:line="240" w:lineRule="auto"/>
              <w:jc w:val="left"/>
            </w:pPr>
            <w:permStart w:id="80957" w:edGrp="everyone"/>
            <w:sdt>
              <w:sdtPr>
                <w:alias w:val="Ön Koşul 3"/>
                <w:tag w:val="Ön Koşul 3"/>
                <w:id w:val="80958"/>
                <w:showingPlcHdr/>
                <w:text w:multiLine="1"/>
              </w:sdtPr>
              <w:sdtContent>
                <w:r>
                  <w:rPr>
                    <w:rStyle w:val="PlaceholderText"/>
                    <w:sz w:val="18"/>
                    <w:szCs w:val="18"/>
                  </w:rPr>
                  <w:t xml:space="preserve">      </w:t>
                </w:r>
              </w:sdtContent>
            </w:sdt>
            <w:permEnd w:id="80957"/>
          </w:p>
        </w:tc>
      </w:tr>
      <w:tr>
        <w:trPr>
          <w:trHeight w:val="300" w:hRule="atLeast"/>
          <w:cantSplit/>
        </w:trPr>
        <w:tc>
          <w:tcPr>
            <w:tcW w:type="dxa" w:w="500"/>
            <w:vAlign w:val="center"/>
          </w:tcPr>
          <w:p>
            <w:pPr>
              <w:spacing w:before="0" w:after="0" w:line="240" w:lineRule="auto"/>
              <w:jc w:val="center"/>
            </w:pPr>
            <w:r>
              <w:rPr>
                <w:sz w:val="18"/>
                <w:szCs w:val="18"/>
              </w:rPr>
              <w:t xml:space="preserve">4</w:t>
            </w:r>
          </w:p>
        </w:tc>
        <w:tc>
          <w:tcPr>
            <w:tcW w:type="dxa" w:w="1300"/>
            <w:vAlign w:val="center"/>
          </w:tcPr>
          <w:p>
            <w:pPr>
              <w:spacing w:before="0" w:after="0" w:line="240" w:lineRule="auto"/>
              <w:jc w:val="left"/>
            </w:pPr>
            <w:permStart w:id="80959" w:edGrp="everyone"/>
            <w:sdt>
              <w:sdtPr>
                <w:alias w:val="Ders Kodu 4"/>
                <w:tag w:val="Ders Kodu 4"/>
                <w:id w:val="80960"/>
                <w:showingPlcHdr/>
                <w:text w:multiLine="1"/>
              </w:sdtPr>
              <w:sdtContent>
                <w:r>
                  <w:rPr>
                    <w:rStyle w:val="PlaceholderText"/>
                    <w:sz w:val="18"/>
                    <w:szCs w:val="18"/>
                  </w:rPr>
                  <w:t xml:space="preserve">      </w:t>
                </w:r>
              </w:sdtContent>
            </w:sdt>
            <w:permEnd w:id="80959"/>
          </w:p>
        </w:tc>
        <w:tc>
          <w:tcPr>
            <w:tcW w:type="dxa" w:w="3837"/>
            <w:vAlign w:val="center"/>
          </w:tcPr>
          <w:p>
            <w:pPr>
              <w:spacing w:before="0" w:after="0" w:line="240" w:lineRule="auto"/>
              <w:jc w:val="left"/>
            </w:pPr>
            <w:permStart w:id="80961" w:edGrp="everyone"/>
            <w:sdt>
              <w:sdtPr>
                <w:alias w:val="Ders Adı 4"/>
                <w:tag w:val="Ders Adı 4"/>
                <w:id w:val="80962"/>
                <w:showingPlcHdr/>
                <w:text w:multiLine="1"/>
              </w:sdtPr>
              <w:sdtContent>
                <w:r>
                  <w:rPr>
                    <w:rStyle w:val="PlaceholderText"/>
                    <w:sz w:val="18"/>
                    <w:szCs w:val="18"/>
                  </w:rPr>
                  <w:t xml:space="preserve">                </w:t>
                </w:r>
              </w:sdtContent>
            </w:sdt>
            <w:permEnd w:id="80961"/>
          </w:p>
        </w:tc>
        <w:tc>
          <w:tcPr>
            <w:tcW w:type="dxa" w:w="900"/>
            <w:vAlign w:val="center"/>
          </w:tcPr>
          <w:p>
            <w:pPr>
              <w:spacing w:before="0" w:after="0" w:line="240" w:lineRule="auto"/>
              <w:jc w:val="left"/>
            </w:pPr>
            <w:permStart w:id="80963" w:edGrp="everyone"/>
            <w:sdt>
              <w:sdtPr>
                <w:alias w:val="T-U-L 4"/>
                <w:tag w:val="T-U-L 4"/>
                <w:id w:val="80964"/>
                <w:showingPlcHdr/>
                <w:text w:multiLine="1"/>
              </w:sdtPr>
              <w:sdtContent>
                <w:r>
                  <w:rPr>
                    <w:rStyle w:val="PlaceholderText"/>
                    <w:sz w:val="18"/>
                    <w:szCs w:val="18"/>
                  </w:rPr>
                  <w:t xml:space="preserve">      </w:t>
                </w:r>
              </w:sdtContent>
            </w:sdt>
            <w:permEnd w:id="80963"/>
          </w:p>
        </w:tc>
        <w:tc>
          <w:tcPr>
            <w:tcW w:type="dxa" w:w="800"/>
            <w:vAlign w:val="center"/>
          </w:tcPr>
          <w:p>
            <w:pPr>
              <w:spacing w:before="0" w:after="0" w:line="240" w:lineRule="auto"/>
              <w:jc w:val="left"/>
            </w:pPr>
            <w:permStart w:id="80965" w:edGrp="everyone"/>
            <w:sdt>
              <w:sdtPr>
                <w:alias w:val="Kredi 4"/>
                <w:tag w:val="Kredi 4"/>
                <w:id w:val="80966"/>
                <w:showingPlcHdr/>
                <w:text w:multiLine="1"/>
              </w:sdtPr>
              <w:sdtContent>
                <w:r>
                  <w:rPr>
                    <w:rStyle w:val="PlaceholderText"/>
                    <w:sz w:val="18"/>
                    <w:szCs w:val="18"/>
                  </w:rPr>
                  <w:t xml:space="preserve">      </w:t>
                </w:r>
              </w:sdtContent>
            </w:sdt>
            <w:permEnd w:id="80965"/>
          </w:p>
        </w:tc>
        <w:tc>
          <w:tcPr>
            <w:tcW w:type="dxa" w:w="800"/>
            <w:vAlign w:val="center"/>
          </w:tcPr>
          <w:p>
            <w:pPr>
              <w:spacing w:before="0" w:after="0" w:line="240" w:lineRule="auto"/>
              <w:jc w:val="left"/>
            </w:pPr>
            <w:permStart w:id="80967" w:edGrp="everyone"/>
            <w:sdt>
              <w:sdtPr>
                <w:alias w:val="AKTS 4"/>
                <w:tag w:val="AKTS 4"/>
                <w:id w:val="80968"/>
                <w:showingPlcHdr/>
                <w:text w:multiLine="1"/>
              </w:sdtPr>
              <w:sdtContent>
                <w:r>
                  <w:rPr>
                    <w:rStyle w:val="PlaceholderText"/>
                    <w:sz w:val="18"/>
                    <w:szCs w:val="18"/>
                  </w:rPr>
                  <w:t xml:space="preserve">      </w:t>
                </w:r>
              </w:sdtContent>
            </w:sdt>
            <w:permEnd w:id="80967"/>
          </w:p>
        </w:tc>
        <w:tc>
          <w:tcPr>
            <w:tcW w:type="dxa" w:w="600"/>
            <w:vAlign w:val="center"/>
          </w:tcPr>
          <w:p>
            <w:pPr>
              <w:spacing w:before="0" w:after="0" w:line="240" w:lineRule="auto"/>
              <w:jc w:val="left"/>
            </w:pPr>
            <w:permStart w:id="80969" w:edGrp="everyone"/>
            <w:sdt>
              <w:sdtPr>
                <w:alias w:val="Z/S 4"/>
                <w:tag w:val="Z/S 4"/>
                <w:id w:val="80970"/>
                <w:showingPlcHdr/>
                <w:text w:multiLine="1"/>
              </w:sdtPr>
              <w:sdtContent>
                <w:r>
                  <w:rPr>
                    <w:rStyle w:val="PlaceholderText"/>
                    <w:sz w:val="18"/>
                    <w:szCs w:val="18"/>
                  </w:rPr>
                  <w:t xml:space="preserve">      </w:t>
                </w:r>
              </w:sdtContent>
            </w:sdt>
            <w:permEnd w:id="80969"/>
          </w:p>
        </w:tc>
        <w:tc>
          <w:tcPr>
            <w:tcW w:type="dxa" w:w="900"/>
            <w:vAlign w:val="center"/>
          </w:tcPr>
          <w:p>
            <w:pPr>
              <w:spacing w:before="0" w:after="0" w:line="240" w:lineRule="auto"/>
              <w:jc w:val="left"/>
            </w:pPr>
            <w:permStart w:id="80971" w:edGrp="everyone"/>
            <w:sdt>
              <w:sdtPr>
                <w:alias w:val="Ön Koşul 4"/>
                <w:tag w:val="Ön Koşul 4"/>
                <w:id w:val="80972"/>
                <w:showingPlcHdr/>
                <w:text w:multiLine="1"/>
              </w:sdtPr>
              <w:sdtContent>
                <w:r>
                  <w:rPr>
                    <w:rStyle w:val="PlaceholderText"/>
                    <w:sz w:val="18"/>
                    <w:szCs w:val="18"/>
                  </w:rPr>
                  <w:t xml:space="preserve">      </w:t>
                </w:r>
              </w:sdtContent>
            </w:sdt>
            <w:permEnd w:id="80971"/>
          </w:p>
        </w:tc>
      </w:tr>
      <w:tr>
        <w:trPr>
          <w:trHeight w:val="300" w:hRule="atLeast"/>
          <w:cantSplit/>
        </w:trPr>
        <w:tc>
          <w:tcPr>
            <w:tcW w:type="dxa" w:w="500"/>
            <w:vAlign w:val="center"/>
          </w:tcPr>
          <w:p>
            <w:pPr>
              <w:spacing w:before="0" w:after="0" w:line="240" w:lineRule="auto"/>
              <w:jc w:val="center"/>
            </w:pPr>
            <w:r>
              <w:rPr>
                <w:sz w:val="18"/>
                <w:szCs w:val="18"/>
              </w:rPr>
              <w:t xml:space="preserve">5</w:t>
            </w:r>
          </w:p>
        </w:tc>
        <w:tc>
          <w:tcPr>
            <w:tcW w:type="dxa" w:w="1300"/>
            <w:vAlign w:val="center"/>
          </w:tcPr>
          <w:p>
            <w:pPr>
              <w:spacing w:before="0" w:after="0" w:line="240" w:lineRule="auto"/>
              <w:jc w:val="left"/>
            </w:pPr>
            <w:permStart w:id="80973" w:edGrp="everyone"/>
            <w:sdt>
              <w:sdtPr>
                <w:alias w:val="Ders Kodu 5"/>
                <w:tag w:val="Ders Kodu 5"/>
                <w:id w:val="80974"/>
                <w:showingPlcHdr/>
                <w:text w:multiLine="1"/>
              </w:sdtPr>
              <w:sdtContent>
                <w:r>
                  <w:rPr>
                    <w:rStyle w:val="PlaceholderText"/>
                    <w:sz w:val="18"/>
                    <w:szCs w:val="18"/>
                  </w:rPr>
                  <w:t xml:space="preserve">      </w:t>
                </w:r>
              </w:sdtContent>
            </w:sdt>
            <w:permEnd w:id="80973"/>
          </w:p>
        </w:tc>
        <w:tc>
          <w:tcPr>
            <w:tcW w:type="dxa" w:w="3837"/>
            <w:vAlign w:val="center"/>
          </w:tcPr>
          <w:p>
            <w:pPr>
              <w:spacing w:before="0" w:after="0" w:line="240" w:lineRule="auto"/>
              <w:jc w:val="left"/>
            </w:pPr>
            <w:permStart w:id="80975" w:edGrp="everyone"/>
            <w:sdt>
              <w:sdtPr>
                <w:alias w:val="Ders Adı 5"/>
                <w:tag w:val="Ders Adı 5"/>
                <w:id w:val="80976"/>
                <w:showingPlcHdr/>
                <w:text w:multiLine="1"/>
              </w:sdtPr>
              <w:sdtContent>
                <w:r>
                  <w:rPr>
                    <w:rStyle w:val="PlaceholderText"/>
                    <w:sz w:val="18"/>
                    <w:szCs w:val="18"/>
                  </w:rPr>
                  <w:t xml:space="preserve">                </w:t>
                </w:r>
              </w:sdtContent>
            </w:sdt>
            <w:permEnd w:id="80975"/>
          </w:p>
        </w:tc>
        <w:tc>
          <w:tcPr>
            <w:tcW w:type="dxa" w:w="900"/>
            <w:vAlign w:val="center"/>
          </w:tcPr>
          <w:p>
            <w:pPr>
              <w:spacing w:before="0" w:after="0" w:line="240" w:lineRule="auto"/>
              <w:jc w:val="left"/>
            </w:pPr>
            <w:permStart w:id="80977" w:edGrp="everyone"/>
            <w:sdt>
              <w:sdtPr>
                <w:alias w:val="T-U-L 5"/>
                <w:tag w:val="T-U-L 5"/>
                <w:id w:val="80978"/>
                <w:showingPlcHdr/>
                <w:text w:multiLine="1"/>
              </w:sdtPr>
              <w:sdtContent>
                <w:r>
                  <w:rPr>
                    <w:rStyle w:val="PlaceholderText"/>
                    <w:sz w:val="18"/>
                    <w:szCs w:val="18"/>
                  </w:rPr>
                  <w:t xml:space="preserve">      </w:t>
                </w:r>
              </w:sdtContent>
            </w:sdt>
            <w:permEnd w:id="80977"/>
          </w:p>
        </w:tc>
        <w:tc>
          <w:tcPr>
            <w:tcW w:type="dxa" w:w="800"/>
            <w:vAlign w:val="center"/>
          </w:tcPr>
          <w:p>
            <w:pPr>
              <w:spacing w:before="0" w:after="0" w:line="240" w:lineRule="auto"/>
              <w:jc w:val="left"/>
            </w:pPr>
            <w:permStart w:id="80979" w:edGrp="everyone"/>
            <w:sdt>
              <w:sdtPr>
                <w:alias w:val="Kredi 5"/>
                <w:tag w:val="Kredi 5"/>
                <w:id w:val="80980"/>
                <w:showingPlcHdr/>
                <w:text w:multiLine="1"/>
              </w:sdtPr>
              <w:sdtContent>
                <w:r>
                  <w:rPr>
                    <w:rStyle w:val="PlaceholderText"/>
                    <w:sz w:val="18"/>
                    <w:szCs w:val="18"/>
                  </w:rPr>
                  <w:t xml:space="preserve">      </w:t>
                </w:r>
              </w:sdtContent>
            </w:sdt>
            <w:permEnd w:id="80979"/>
          </w:p>
        </w:tc>
        <w:tc>
          <w:tcPr>
            <w:tcW w:type="dxa" w:w="800"/>
            <w:vAlign w:val="center"/>
          </w:tcPr>
          <w:p>
            <w:pPr>
              <w:spacing w:before="0" w:after="0" w:line="240" w:lineRule="auto"/>
              <w:jc w:val="left"/>
            </w:pPr>
            <w:permStart w:id="80981" w:edGrp="everyone"/>
            <w:sdt>
              <w:sdtPr>
                <w:alias w:val="AKTS 5"/>
                <w:tag w:val="AKTS 5"/>
                <w:id w:val="80982"/>
                <w:showingPlcHdr/>
                <w:text w:multiLine="1"/>
              </w:sdtPr>
              <w:sdtContent>
                <w:r>
                  <w:rPr>
                    <w:rStyle w:val="PlaceholderText"/>
                    <w:sz w:val="18"/>
                    <w:szCs w:val="18"/>
                  </w:rPr>
                  <w:t xml:space="preserve">      </w:t>
                </w:r>
              </w:sdtContent>
            </w:sdt>
            <w:permEnd w:id="80981"/>
          </w:p>
        </w:tc>
        <w:tc>
          <w:tcPr>
            <w:tcW w:type="dxa" w:w="600"/>
            <w:vAlign w:val="center"/>
          </w:tcPr>
          <w:p>
            <w:pPr>
              <w:spacing w:before="0" w:after="0" w:line="240" w:lineRule="auto"/>
              <w:jc w:val="left"/>
            </w:pPr>
            <w:permStart w:id="80983" w:edGrp="everyone"/>
            <w:sdt>
              <w:sdtPr>
                <w:alias w:val="Z/S 5"/>
                <w:tag w:val="Z/S 5"/>
                <w:id w:val="80984"/>
                <w:showingPlcHdr/>
                <w:text w:multiLine="1"/>
              </w:sdtPr>
              <w:sdtContent>
                <w:r>
                  <w:rPr>
                    <w:rStyle w:val="PlaceholderText"/>
                    <w:sz w:val="18"/>
                    <w:szCs w:val="18"/>
                  </w:rPr>
                  <w:t xml:space="preserve">      </w:t>
                </w:r>
              </w:sdtContent>
            </w:sdt>
            <w:permEnd w:id="80983"/>
          </w:p>
        </w:tc>
        <w:tc>
          <w:tcPr>
            <w:tcW w:type="dxa" w:w="900"/>
            <w:vAlign w:val="center"/>
          </w:tcPr>
          <w:p>
            <w:pPr>
              <w:spacing w:before="0" w:after="0" w:line="240" w:lineRule="auto"/>
              <w:jc w:val="left"/>
            </w:pPr>
            <w:permStart w:id="80985" w:edGrp="everyone"/>
            <w:sdt>
              <w:sdtPr>
                <w:alias w:val="Ön Koşul 5"/>
                <w:tag w:val="Ön Koşul 5"/>
                <w:id w:val="80986"/>
                <w:showingPlcHdr/>
                <w:text w:multiLine="1"/>
              </w:sdtPr>
              <w:sdtContent>
                <w:r>
                  <w:rPr>
                    <w:rStyle w:val="PlaceholderText"/>
                    <w:sz w:val="18"/>
                    <w:szCs w:val="18"/>
                  </w:rPr>
                  <w:t xml:space="preserve">      </w:t>
                </w:r>
              </w:sdtContent>
            </w:sdt>
            <w:permEnd w:id="80985"/>
          </w:p>
        </w:tc>
      </w:tr>
      <w:tr>
        <w:trPr>
          <w:trHeight w:val="300" w:hRule="atLeast"/>
          <w:cantSplit/>
        </w:trPr>
        <w:tc>
          <w:tcPr>
            <w:tcW w:type="dxa" w:w="500"/>
            <w:vAlign w:val="center"/>
          </w:tcPr>
          <w:p>
            <w:pPr>
              <w:spacing w:before="0" w:after="0" w:line="240" w:lineRule="auto"/>
              <w:jc w:val="center"/>
            </w:pPr>
            <w:r>
              <w:rPr>
                <w:sz w:val="18"/>
                <w:szCs w:val="18"/>
              </w:rPr>
              <w:t xml:space="preserve">6</w:t>
            </w:r>
          </w:p>
        </w:tc>
        <w:tc>
          <w:tcPr>
            <w:tcW w:type="dxa" w:w="1300"/>
            <w:vAlign w:val="center"/>
          </w:tcPr>
          <w:p>
            <w:pPr>
              <w:spacing w:before="0" w:after="0" w:line="240" w:lineRule="auto"/>
              <w:jc w:val="left"/>
            </w:pPr>
            <w:permStart w:id="80987" w:edGrp="everyone"/>
            <w:sdt>
              <w:sdtPr>
                <w:alias w:val="Ders Kodu 6"/>
                <w:tag w:val="Ders Kodu 6"/>
                <w:id w:val="80988"/>
                <w:showingPlcHdr/>
                <w:text w:multiLine="1"/>
              </w:sdtPr>
              <w:sdtContent>
                <w:r>
                  <w:rPr>
                    <w:rStyle w:val="PlaceholderText"/>
                    <w:sz w:val="18"/>
                    <w:szCs w:val="18"/>
                  </w:rPr>
                  <w:t xml:space="preserve">      </w:t>
                </w:r>
              </w:sdtContent>
            </w:sdt>
            <w:permEnd w:id="80987"/>
          </w:p>
        </w:tc>
        <w:tc>
          <w:tcPr>
            <w:tcW w:type="dxa" w:w="3837"/>
            <w:vAlign w:val="center"/>
          </w:tcPr>
          <w:p>
            <w:pPr>
              <w:spacing w:before="0" w:after="0" w:line="240" w:lineRule="auto"/>
              <w:jc w:val="left"/>
            </w:pPr>
            <w:permStart w:id="80989" w:edGrp="everyone"/>
            <w:sdt>
              <w:sdtPr>
                <w:alias w:val="Ders Adı 6"/>
                <w:tag w:val="Ders Adı 6"/>
                <w:id w:val="80990"/>
                <w:showingPlcHdr/>
                <w:text w:multiLine="1"/>
              </w:sdtPr>
              <w:sdtContent>
                <w:r>
                  <w:rPr>
                    <w:rStyle w:val="PlaceholderText"/>
                    <w:sz w:val="18"/>
                    <w:szCs w:val="18"/>
                  </w:rPr>
                  <w:t xml:space="preserve">                </w:t>
                </w:r>
              </w:sdtContent>
            </w:sdt>
            <w:permEnd w:id="80989"/>
          </w:p>
        </w:tc>
        <w:tc>
          <w:tcPr>
            <w:tcW w:type="dxa" w:w="900"/>
            <w:vAlign w:val="center"/>
          </w:tcPr>
          <w:p>
            <w:pPr>
              <w:spacing w:before="0" w:after="0" w:line="240" w:lineRule="auto"/>
              <w:jc w:val="left"/>
            </w:pPr>
            <w:permStart w:id="80991" w:edGrp="everyone"/>
            <w:sdt>
              <w:sdtPr>
                <w:alias w:val="T-U-L 6"/>
                <w:tag w:val="T-U-L 6"/>
                <w:id w:val="80992"/>
                <w:showingPlcHdr/>
                <w:text w:multiLine="1"/>
              </w:sdtPr>
              <w:sdtContent>
                <w:r>
                  <w:rPr>
                    <w:rStyle w:val="PlaceholderText"/>
                    <w:sz w:val="18"/>
                    <w:szCs w:val="18"/>
                  </w:rPr>
                  <w:t xml:space="preserve">      </w:t>
                </w:r>
              </w:sdtContent>
            </w:sdt>
            <w:permEnd w:id="80991"/>
          </w:p>
        </w:tc>
        <w:tc>
          <w:tcPr>
            <w:tcW w:type="dxa" w:w="800"/>
            <w:vAlign w:val="center"/>
          </w:tcPr>
          <w:p>
            <w:pPr>
              <w:spacing w:before="0" w:after="0" w:line="240" w:lineRule="auto"/>
              <w:jc w:val="left"/>
            </w:pPr>
            <w:permStart w:id="80993" w:edGrp="everyone"/>
            <w:sdt>
              <w:sdtPr>
                <w:alias w:val="Kredi 6"/>
                <w:tag w:val="Kredi 6"/>
                <w:id w:val="80994"/>
                <w:showingPlcHdr/>
                <w:text w:multiLine="1"/>
              </w:sdtPr>
              <w:sdtContent>
                <w:r>
                  <w:rPr>
                    <w:rStyle w:val="PlaceholderText"/>
                    <w:sz w:val="18"/>
                    <w:szCs w:val="18"/>
                  </w:rPr>
                  <w:t xml:space="preserve">      </w:t>
                </w:r>
              </w:sdtContent>
            </w:sdt>
            <w:permEnd w:id="80993"/>
          </w:p>
        </w:tc>
        <w:tc>
          <w:tcPr>
            <w:tcW w:type="dxa" w:w="800"/>
            <w:vAlign w:val="center"/>
          </w:tcPr>
          <w:p>
            <w:pPr>
              <w:spacing w:before="0" w:after="0" w:line="240" w:lineRule="auto"/>
              <w:jc w:val="left"/>
            </w:pPr>
            <w:permStart w:id="80995" w:edGrp="everyone"/>
            <w:sdt>
              <w:sdtPr>
                <w:alias w:val="AKTS 6"/>
                <w:tag w:val="AKTS 6"/>
                <w:id w:val="80996"/>
                <w:showingPlcHdr/>
                <w:text w:multiLine="1"/>
              </w:sdtPr>
              <w:sdtContent>
                <w:r>
                  <w:rPr>
                    <w:rStyle w:val="PlaceholderText"/>
                    <w:sz w:val="18"/>
                    <w:szCs w:val="18"/>
                  </w:rPr>
                  <w:t xml:space="preserve">      </w:t>
                </w:r>
              </w:sdtContent>
            </w:sdt>
            <w:permEnd w:id="80995"/>
          </w:p>
        </w:tc>
        <w:tc>
          <w:tcPr>
            <w:tcW w:type="dxa" w:w="600"/>
            <w:vAlign w:val="center"/>
          </w:tcPr>
          <w:p>
            <w:pPr>
              <w:spacing w:before="0" w:after="0" w:line="240" w:lineRule="auto"/>
              <w:jc w:val="left"/>
            </w:pPr>
            <w:permStart w:id="80997" w:edGrp="everyone"/>
            <w:sdt>
              <w:sdtPr>
                <w:alias w:val="Z/S 6"/>
                <w:tag w:val="Z/S 6"/>
                <w:id w:val="80998"/>
                <w:showingPlcHdr/>
                <w:text w:multiLine="1"/>
              </w:sdtPr>
              <w:sdtContent>
                <w:r>
                  <w:rPr>
                    <w:rStyle w:val="PlaceholderText"/>
                    <w:sz w:val="18"/>
                    <w:szCs w:val="18"/>
                  </w:rPr>
                  <w:t xml:space="preserve">      </w:t>
                </w:r>
              </w:sdtContent>
            </w:sdt>
            <w:permEnd w:id="80997"/>
          </w:p>
        </w:tc>
        <w:tc>
          <w:tcPr>
            <w:tcW w:type="dxa" w:w="900"/>
            <w:vAlign w:val="center"/>
          </w:tcPr>
          <w:p>
            <w:pPr>
              <w:spacing w:before="0" w:after="0" w:line="240" w:lineRule="auto"/>
              <w:jc w:val="left"/>
            </w:pPr>
            <w:permStart w:id="80999" w:edGrp="everyone"/>
            <w:sdt>
              <w:sdtPr>
                <w:alias w:val="Ön Koşul 6"/>
                <w:tag w:val="Ön Koşul 6"/>
                <w:id w:val="81000"/>
                <w:showingPlcHdr/>
                <w:text w:multiLine="1"/>
              </w:sdtPr>
              <w:sdtContent>
                <w:r>
                  <w:rPr>
                    <w:rStyle w:val="PlaceholderText"/>
                    <w:sz w:val="18"/>
                    <w:szCs w:val="18"/>
                  </w:rPr>
                  <w:t xml:space="preserve">      </w:t>
                </w:r>
              </w:sdtContent>
            </w:sdt>
            <w:permEnd w:id="80999"/>
          </w:p>
        </w:tc>
      </w:tr>
      <w:tr>
        <w:trPr>
          <w:trHeight w:val="300" w:hRule="atLeast"/>
          <w:cantSplit/>
        </w:trPr>
        <w:tc>
          <w:tcPr>
            <w:tcW w:type="dxa" w:w="500"/>
            <w:vAlign w:val="center"/>
          </w:tcPr>
          <w:p>
            <w:pPr>
              <w:spacing w:before="0" w:after="0" w:line="240" w:lineRule="auto"/>
              <w:jc w:val="center"/>
            </w:pPr>
            <w:r>
              <w:rPr>
                <w:sz w:val="18"/>
                <w:szCs w:val="18"/>
              </w:rPr>
              <w:t xml:space="preserve">7</w:t>
            </w:r>
          </w:p>
        </w:tc>
        <w:tc>
          <w:tcPr>
            <w:tcW w:type="dxa" w:w="1300"/>
            <w:vAlign w:val="center"/>
          </w:tcPr>
          <w:p>
            <w:pPr>
              <w:spacing w:before="0" w:after="0" w:line="240" w:lineRule="auto"/>
              <w:jc w:val="left"/>
            </w:pPr>
            <w:permStart w:id="81001" w:edGrp="everyone"/>
            <w:sdt>
              <w:sdtPr>
                <w:alias w:val="Ders Kodu 7"/>
                <w:tag w:val="Ders Kodu 7"/>
                <w:id w:val="81002"/>
                <w:showingPlcHdr/>
                <w:text w:multiLine="1"/>
              </w:sdtPr>
              <w:sdtContent>
                <w:r>
                  <w:rPr>
                    <w:rStyle w:val="PlaceholderText"/>
                    <w:sz w:val="18"/>
                    <w:szCs w:val="18"/>
                  </w:rPr>
                  <w:t xml:space="preserve">      </w:t>
                </w:r>
              </w:sdtContent>
            </w:sdt>
            <w:permEnd w:id="81001"/>
          </w:p>
        </w:tc>
        <w:tc>
          <w:tcPr>
            <w:tcW w:type="dxa" w:w="3837"/>
            <w:vAlign w:val="center"/>
          </w:tcPr>
          <w:p>
            <w:pPr>
              <w:spacing w:before="0" w:after="0" w:line="240" w:lineRule="auto"/>
              <w:jc w:val="left"/>
            </w:pPr>
            <w:permStart w:id="81003" w:edGrp="everyone"/>
            <w:sdt>
              <w:sdtPr>
                <w:alias w:val="Ders Adı 7"/>
                <w:tag w:val="Ders Adı 7"/>
                <w:id w:val="81004"/>
                <w:showingPlcHdr/>
                <w:text w:multiLine="1"/>
              </w:sdtPr>
              <w:sdtContent>
                <w:r>
                  <w:rPr>
                    <w:rStyle w:val="PlaceholderText"/>
                    <w:sz w:val="18"/>
                    <w:szCs w:val="18"/>
                  </w:rPr>
                  <w:t xml:space="preserve">                </w:t>
                </w:r>
              </w:sdtContent>
            </w:sdt>
            <w:permEnd w:id="81003"/>
          </w:p>
        </w:tc>
        <w:tc>
          <w:tcPr>
            <w:tcW w:type="dxa" w:w="900"/>
            <w:vAlign w:val="center"/>
          </w:tcPr>
          <w:p>
            <w:pPr>
              <w:spacing w:before="0" w:after="0" w:line="240" w:lineRule="auto"/>
              <w:jc w:val="left"/>
            </w:pPr>
            <w:permStart w:id="81005" w:edGrp="everyone"/>
            <w:sdt>
              <w:sdtPr>
                <w:alias w:val="T-U-L 7"/>
                <w:tag w:val="T-U-L 7"/>
                <w:id w:val="81006"/>
                <w:showingPlcHdr/>
                <w:text w:multiLine="1"/>
              </w:sdtPr>
              <w:sdtContent>
                <w:r>
                  <w:rPr>
                    <w:rStyle w:val="PlaceholderText"/>
                    <w:sz w:val="18"/>
                    <w:szCs w:val="18"/>
                  </w:rPr>
                  <w:t xml:space="preserve">      </w:t>
                </w:r>
              </w:sdtContent>
            </w:sdt>
            <w:permEnd w:id="81005"/>
          </w:p>
        </w:tc>
        <w:tc>
          <w:tcPr>
            <w:tcW w:type="dxa" w:w="800"/>
            <w:vAlign w:val="center"/>
          </w:tcPr>
          <w:p>
            <w:pPr>
              <w:spacing w:before="0" w:after="0" w:line="240" w:lineRule="auto"/>
              <w:jc w:val="left"/>
            </w:pPr>
            <w:permStart w:id="81007" w:edGrp="everyone"/>
            <w:sdt>
              <w:sdtPr>
                <w:alias w:val="Kredi 7"/>
                <w:tag w:val="Kredi 7"/>
                <w:id w:val="81008"/>
                <w:showingPlcHdr/>
                <w:text w:multiLine="1"/>
              </w:sdtPr>
              <w:sdtContent>
                <w:r>
                  <w:rPr>
                    <w:rStyle w:val="PlaceholderText"/>
                    <w:sz w:val="18"/>
                    <w:szCs w:val="18"/>
                  </w:rPr>
                  <w:t xml:space="preserve">      </w:t>
                </w:r>
              </w:sdtContent>
            </w:sdt>
            <w:permEnd w:id="81007"/>
          </w:p>
        </w:tc>
        <w:tc>
          <w:tcPr>
            <w:tcW w:type="dxa" w:w="800"/>
            <w:vAlign w:val="center"/>
          </w:tcPr>
          <w:p>
            <w:pPr>
              <w:spacing w:before="0" w:after="0" w:line="240" w:lineRule="auto"/>
              <w:jc w:val="left"/>
            </w:pPr>
            <w:permStart w:id="81009" w:edGrp="everyone"/>
            <w:sdt>
              <w:sdtPr>
                <w:alias w:val="AKTS 7"/>
                <w:tag w:val="AKTS 7"/>
                <w:id w:val="81010"/>
                <w:showingPlcHdr/>
                <w:text w:multiLine="1"/>
              </w:sdtPr>
              <w:sdtContent>
                <w:r>
                  <w:rPr>
                    <w:rStyle w:val="PlaceholderText"/>
                    <w:sz w:val="18"/>
                    <w:szCs w:val="18"/>
                  </w:rPr>
                  <w:t xml:space="preserve">      </w:t>
                </w:r>
              </w:sdtContent>
            </w:sdt>
            <w:permEnd w:id="81009"/>
          </w:p>
        </w:tc>
        <w:tc>
          <w:tcPr>
            <w:tcW w:type="dxa" w:w="600"/>
            <w:vAlign w:val="center"/>
          </w:tcPr>
          <w:p>
            <w:pPr>
              <w:spacing w:before="0" w:after="0" w:line="240" w:lineRule="auto"/>
              <w:jc w:val="left"/>
            </w:pPr>
            <w:permStart w:id="81011" w:edGrp="everyone"/>
            <w:sdt>
              <w:sdtPr>
                <w:alias w:val="Z/S 7"/>
                <w:tag w:val="Z/S 7"/>
                <w:id w:val="81012"/>
                <w:showingPlcHdr/>
                <w:text w:multiLine="1"/>
              </w:sdtPr>
              <w:sdtContent>
                <w:r>
                  <w:rPr>
                    <w:rStyle w:val="PlaceholderText"/>
                    <w:sz w:val="18"/>
                    <w:szCs w:val="18"/>
                  </w:rPr>
                  <w:t xml:space="preserve">      </w:t>
                </w:r>
              </w:sdtContent>
            </w:sdt>
            <w:permEnd w:id="81011"/>
          </w:p>
        </w:tc>
        <w:tc>
          <w:tcPr>
            <w:tcW w:type="dxa" w:w="900"/>
            <w:vAlign w:val="center"/>
          </w:tcPr>
          <w:p>
            <w:pPr>
              <w:spacing w:before="0" w:after="0" w:line="240" w:lineRule="auto"/>
              <w:jc w:val="left"/>
            </w:pPr>
            <w:permStart w:id="81013" w:edGrp="everyone"/>
            <w:sdt>
              <w:sdtPr>
                <w:alias w:val="Ön Koşul 7"/>
                <w:tag w:val="Ön Koşul 7"/>
                <w:id w:val="81014"/>
                <w:showingPlcHdr/>
                <w:text w:multiLine="1"/>
              </w:sdtPr>
              <w:sdtContent>
                <w:r>
                  <w:rPr>
                    <w:rStyle w:val="PlaceholderText"/>
                    <w:sz w:val="18"/>
                    <w:szCs w:val="18"/>
                  </w:rPr>
                  <w:t xml:space="preserve">      </w:t>
                </w:r>
              </w:sdtContent>
            </w:sdt>
            <w:permEnd w:id="81013"/>
          </w:p>
        </w:tc>
      </w:tr>
      <w:tr>
        <w:trPr>
          <w:trHeight w:val="300" w:hRule="atLeast"/>
          <w:cantSplit/>
        </w:trPr>
        <w:tc>
          <w:tcPr>
            <w:tcW w:type="dxa" w:w="500"/>
            <w:vAlign w:val="center"/>
          </w:tcPr>
          <w:p>
            <w:pPr>
              <w:spacing w:before="0" w:after="0" w:line="240" w:lineRule="auto"/>
              <w:jc w:val="center"/>
            </w:pPr>
            <w:r>
              <w:rPr>
                <w:sz w:val="18"/>
                <w:szCs w:val="18"/>
              </w:rPr>
              <w:t xml:space="preserve">8</w:t>
            </w:r>
          </w:p>
        </w:tc>
        <w:tc>
          <w:tcPr>
            <w:tcW w:type="dxa" w:w="1300"/>
            <w:vAlign w:val="center"/>
          </w:tcPr>
          <w:p>
            <w:pPr>
              <w:spacing w:before="0" w:after="0" w:line="240" w:lineRule="auto"/>
              <w:jc w:val="left"/>
            </w:pPr>
            <w:permStart w:id="81015" w:edGrp="everyone"/>
            <w:sdt>
              <w:sdtPr>
                <w:alias w:val="Ders Kodu 8"/>
                <w:tag w:val="Ders Kodu 8"/>
                <w:id w:val="81016"/>
                <w:showingPlcHdr/>
                <w:text w:multiLine="1"/>
              </w:sdtPr>
              <w:sdtContent>
                <w:r>
                  <w:rPr>
                    <w:rStyle w:val="PlaceholderText"/>
                    <w:sz w:val="18"/>
                    <w:szCs w:val="18"/>
                  </w:rPr>
                  <w:t xml:space="preserve">      </w:t>
                </w:r>
              </w:sdtContent>
            </w:sdt>
            <w:permEnd w:id="81015"/>
          </w:p>
        </w:tc>
        <w:tc>
          <w:tcPr>
            <w:tcW w:type="dxa" w:w="3837"/>
            <w:vAlign w:val="center"/>
          </w:tcPr>
          <w:p>
            <w:pPr>
              <w:spacing w:before="0" w:after="0" w:line="240" w:lineRule="auto"/>
              <w:jc w:val="left"/>
            </w:pPr>
            <w:permStart w:id="81017" w:edGrp="everyone"/>
            <w:sdt>
              <w:sdtPr>
                <w:alias w:val="Ders Adı 8"/>
                <w:tag w:val="Ders Adı 8"/>
                <w:id w:val="81018"/>
                <w:showingPlcHdr/>
                <w:text w:multiLine="1"/>
              </w:sdtPr>
              <w:sdtContent>
                <w:r>
                  <w:rPr>
                    <w:rStyle w:val="PlaceholderText"/>
                    <w:sz w:val="18"/>
                    <w:szCs w:val="18"/>
                  </w:rPr>
                  <w:t xml:space="preserve">                </w:t>
                </w:r>
              </w:sdtContent>
            </w:sdt>
            <w:permEnd w:id="81017"/>
          </w:p>
        </w:tc>
        <w:tc>
          <w:tcPr>
            <w:tcW w:type="dxa" w:w="900"/>
            <w:vAlign w:val="center"/>
          </w:tcPr>
          <w:p>
            <w:pPr>
              <w:spacing w:before="0" w:after="0" w:line="240" w:lineRule="auto"/>
              <w:jc w:val="left"/>
            </w:pPr>
            <w:permStart w:id="81019" w:edGrp="everyone"/>
            <w:sdt>
              <w:sdtPr>
                <w:alias w:val="T-U-L 8"/>
                <w:tag w:val="T-U-L 8"/>
                <w:id w:val="81020"/>
                <w:showingPlcHdr/>
                <w:text w:multiLine="1"/>
              </w:sdtPr>
              <w:sdtContent>
                <w:r>
                  <w:rPr>
                    <w:rStyle w:val="PlaceholderText"/>
                    <w:sz w:val="18"/>
                    <w:szCs w:val="18"/>
                  </w:rPr>
                  <w:t xml:space="preserve">      </w:t>
                </w:r>
              </w:sdtContent>
            </w:sdt>
            <w:permEnd w:id="81019"/>
          </w:p>
        </w:tc>
        <w:tc>
          <w:tcPr>
            <w:tcW w:type="dxa" w:w="800"/>
            <w:vAlign w:val="center"/>
          </w:tcPr>
          <w:p>
            <w:pPr>
              <w:spacing w:before="0" w:after="0" w:line="240" w:lineRule="auto"/>
              <w:jc w:val="left"/>
            </w:pPr>
            <w:permStart w:id="81021" w:edGrp="everyone"/>
            <w:sdt>
              <w:sdtPr>
                <w:alias w:val="Kredi 8"/>
                <w:tag w:val="Kredi 8"/>
                <w:id w:val="81022"/>
                <w:showingPlcHdr/>
                <w:text w:multiLine="1"/>
              </w:sdtPr>
              <w:sdtContent>
                <w:r>
                  <w:rPr>
                    <w:rStyle w:val="PlaceholderText"/>
                    <w:sz w:val="18"/>
                    <w:szCs w:val="18"/>
                  </w:rPr>
                  <w:t xml:space="preserve">      </w:t>
                </w:r>
              </w:sdtContent>
            </w:sdt>
            <w:permEnd w:id="81021"/>
          </w:p>
        </w:tc>
        <w:tc>
          <w:tcPr>
            <w:tcW w:type="dxa" w:w="800"/>
            <w:vAlign w:val="center"/>
          </w:tcPr>
          <w:p>
            <w:pPr>
              <w:spacing w:before="0" w:after="0" w:line="240" w:lineRule="auto"/>
              <w:jc w:val="left"/>
            </w:pPr>
            <w:permStart w:id="81023" w:edGrp="everyone"/>
            <w:sdt>
              <w:sdtPr>
                <w:alias w:val="AKTS 8"/>
                <w:tag w:val="AKTS 8"/>
                <w:id w:val="81024"/>
                <w:showingPlcHdr/>
                <w:text w:multiLine="1"/>
              </w:sdtPr>
              <w:sdtContent>
                <w:r>
                  <w:rPr>
                    <w:rStyle w:val="PlaceholderText"/>
                    <w:sz w:val="18"/>
                    <w:szCs w:val="18"/>
                  </w:rPr>
                  <w:t xml:space="preserve">      </w:t>
                </w:r>
              </w:sdtContent>
            </w:sdt>
            <w:permEnd w:id="81023"/>
          </w:p>
        </w:tc>
        <w:tc>
          <w:tcPr>
            <w:tcW w:type="dxa" w:w="600"/>
            <w:vAlign w:val="center"/>
          </w:tcPr>
          <w:p>
            <w:pPr>
              <w:spacing w:before="0" w:after="0" w:line="240" w:lineRule="auto"/>
              <w:jc w:val="left"/>
            </w:pPr>
            <w:permStart w:id="81025" w:edGrp="everyone"/>
            <w:sdt>
              <w:sdtPr>
                <w:alias w:val="Z/S 8"/>
                <w:tag w:val="Z/S 8"/>
                <w:id w:val="81026"/>
                <w:showingPlcHdr/>
                <w:text w:multiLine="1"/>
              </w:sdtPr>
              <w:sdtContent>
                <w:r>
                  <w:rPr>
                    <w:rStyle w:val="PlaceholderText"/>
                    <w:sz w:val="18"/>
                    <w:szCs w:val="18"/>
                  </w:rPr>
                  <w:t xml:space="preserve">      </w:t>
                </w:r>
              </w:sdtContent>
            </w:sdt>
            <w:permEnd w:id="81025"/>
          </w:p>
        </w:tc>
        <w:tc>
          <w:tcPr>
            <w:tcW w:type="dxa" w:w="900"/>
            <w:vAlign w:val="center"/>
          </w:tcPr>
          <w:p>
            <w:pPr>
              <w:spacing w:before="0" w:after="0" w:line="240" w:lineRule="auto"/>
              <w:jc w:val="left"/>
            </w:pPr>
            <w:permStart w:id="81027" w:edGrp="everyone"/>
            <w:sdt>
              <w:sdtPr>
                <w:alias w:val="Ön Koşul 8"/>
                <w:tag w:val="Ön Koşul 8"/>
                <w:id w:val="81028"/>
                <w:showingPlcHdr/>
                <w:text w:multiLine="1"/>
              </w:sdtPr>
              <w:sdtContent>
                <w:r>
                  <w:rPr>
                    <w:rStyle w:val="PlaceholderText"/>
                    <w:sz w:val="18"/>
                    <w:szCs w:val="18"/>
                  </w:rPr>
                  <w:t xml:space="preserve">      </w:t>
                </w:r>
              </w:sdtContent>
            </w:sdt>
            <w:permEnd w:id="81027"/>
          </w:p>
        </w:tc>
      </w:tr>
      <w:tr>
        <w:trPr>
          <w:trHeight w:val="300" w:hRule="atLeast"/>
          <w:cantSplit/>
        </w:trPr>
        <w:tc>
          <w:tcPr>
            <w:tcW w:type="dxa" w:w="500"/>
            <w:vAlign w:val="center"/>
          </w:tcPr>
          <w:p>
            <w:pPr>
              <w:spacing w:before="0" w:after="0" w:line="240" w:lineRule="auto"/>
              <w:jc w:val="center"/>
            </w:pPr>
            <w:r>
              <w:rPr>
                <w:sz w:val="18"/>
                <w:szCs w:val="18"/>
              </w:rPr>
              <w:t xml:space="preserve">9</w:t>
            </w:r>
          </w:p>
        </w:tc>
        <w:tc>
          <w:tcPr>
            <w:tcW w:type="dxa" w:w="1300"/>
            <w:vAlign w:val="center"/>
          </w:tcPr>
          <w:p>
            <w:pPr>
              <w:spacing w:before="0" w:after="0" w:line="240" w:lineRule="auto"/>
              <w:jc w:val="left"/>
            </w:pPr>
            <w:permStart w:id="81029" w:edGrp="everyone"/>
            <w:sdt>
              <w:sdtPr>
                <w:alias w:val="Ders Kodu 9"/>
                <w:tag w:val="Ders Kodu 9"/>
                <w:id w:val="81030"/>
                <w:showingPlcHdr/>
                <w:text w:multiLine="1"/>
              </w:sdtPr>
              <w:sdtContent>
                <w:r>
                  <w:rPr>
                    <w:rStyle w:val="PlaceholderText"/>
                    <w:sz w:val="18"/>
                    <w:szCs w:val="18"/>
                  </w:rPr>
                  <w:t xml:space="preserve">      </w:t>
                </w:r>
              </w:sdtContent>
            </w:sdt>
            <w:permEnd w:id="81029"/>
          </w:p>
        </w:tc>
        <w:tc>
          <w:tcPr>
            <w:tcW w:type="dxa" w:w="3837"/>
            <w:vAlign w:val="center"/>
          </w:tcPr>
          <w:p>
            <w:pPr>
              <w:spacing w:before="0" w:after="0" w:line="240" w:lineRule="auto"/>
              <w:jc w:val="left"/>
            </w:pPr>
            <w:permStart w:id="81031" w:edGrp="everyone"/>
            <w:sdt>
              <w:sdtPr>
                <w:alias w:val="Ders Adı 9"/>
                <w:tag w:val="Ders Adı 9"/>
                <w:id w:val="81032"/>
                <w:showingPlcHdr/>
                <w:text w:multiLine="1"/>
              </w:sdtPr>
              <w:sdtContent>
                <w:r>
                  <w:rPr>
                    <w:rStyle w:val="PlaceholderText"/>
                    <w:sz w:val="18"/>
                    <w:szCs w:val="18"/>
                  </w:rPr>
                  <w:t xml:space="preserve">                </w:t>
                </w:r>
              </w:sdtContent>
            </w:sdt>
            <w:permEnd w:id="81031"/>
          </w:p>
        </w:tc>
        <w:tc>
          <w:tcPr>
            <w:tcW w:type="dxa" w:w="900"/>
            <w:vAlign w:val="center"/>
          </w:tcPr>
          <w:p>
            <w:pPr>
              <w:spacing w:before="0" w:after="0" w:line="240" w:lineRule="auto"/>
              <w:jc w:val="left"/>
            </w:pPr>
            <w:permStart w:id="81033" w:edGrp="everyone"/>
            <w:sdt>
              <w:sdtPr>
                <w:alias w:val="T-U-L 9"/>
                <w:tag w:val="T-U-L 9"/>
                <w:id w:val="81034"/>
                <w:showingPlcHdr/>
                <w:text w:multiLine="1"/>
              </w:sdtPr>
              <w:sdtContent>
                <w:r>
                  <w:rPr>
                    <w:rStyle w:val="PlaceholderText"/>
                    <w:sz w:val="18"/>
                    <w:szCs w:val="18"/>
                  </w:rPr>
                  <w:t xml:space="preserve">      </w:t>
                </w:r>
              </w:sdtContent>
            </w:sdt>
            <w:permEnd w:id="81033"/>
          </w:p>
        </w:tc>
        <w:tc>
          <w:tcPr>
            <w:tcW w:type="dxa" w:w="800"/>
            <w:vAlign w:val="center"/>
          </w:tcPr>
          <w:p>
            <w:pPr>
              <w:spacing w:before="0" w:after="0" w:line="240" w:lineRule="auto"/>
              <w:jc w:val="left"/>
            </w:pPr>
            <w:permStart w:id="81035" w:edGrp="everyone"/>
            <w:sdt>
              <w:sdtPr>
                <w:alias w:val="Kredi 9"/>
                <w:tag w:val="Kredi 9"/>
                <w:id w:val="81036"/>
                <w:showingPlcHdr/>
                <w:text w:multiLine="1"/>
              </w:sdtPr>
              <w:sdtContent>
                <w:r>
                  <w:rPr>
                    <w:rStyle w:val="PlaceholderText"/>
                    <w:sz w:val="18"/>
                    <w:szCs w:val="18"/>
                  </w:rPr>
                  <w:t xml:space="preserve">      </w:t>
                </w:r>
              </w:sdtContent>
            </w:sdt>
            <w:permEnd w:id="81035"/>
          </w:p>
        </w:tc>
        <w:tc>
          <w:tcPr>
            <w:tcW w:type="dxa" w:w="800"/>
            <w:vAlign w:val="center"/>
          </w:tcPr>
          <w:p>
            <w:pPr>
              <w:spacing w:before="0" w:after="0" w:line="240" w:lineRule="auto"/>
              <w:jc w:val="left"/>
            </w:pPr>
            <w:permStart w:id="81037" w:edGrp="everyone"/>
            <w:sdt>
              <w:sdtPr>
                <w:alias w:val="AKTS 9"/>
                <w:tag w:val="AKTS 9"/>
                <w:id w:val="81038"/>
                <w:showingPlcHdr/>
                <w:text w:multiLine="1"/>
              </w:sdtPr>
              <w:sdtContent>
                <w:r>
                  <w:rPr>
                    <w:rStyle w:val="PlaceholderText"/>
                    <w:sz w:val="18"/>
                    <w:szCs w:val="18"/>
                  </w:rPr>
                  <w:t xml:space="preserve">      </w:t>
                </w:r>
              </w:sdtContent>
            </w:sdt>
            <w:permEnd w:id="81037"/>
          </w:p>
        </w:tc>
        <w:tc>
          <w:tcPr>
            <w:tcW w:type="dxa" w:w="600"/>
            <w:vAlign w:val="center"/>
          </w:tcPr>
          <w:p>
            <w:pPr>
              <w:spacing w:before="0" w:after="0" w:line="240" w:lineRule="auto"/>
              <w:jc w:val="left"/>
            </w:pPr>
            <w:permStart w:id="81039" w:edGrp="everyone"/>
            <w:sdt>
              <w:sdtPr>
                <w:alias w:val="Z/S 9"/>
                <w:tag w:val="Z/S 9"/>
                <w:id w:val="81040"/>
                <w:showingPlcHdr/>
                <w:text w:multiLine="1"/>
              </w:sdtPr>
              <w:sdtContent>
                <w:r>
                  <w:rPr>
                    <w:rStyle w:val="PlaceholderText"/>
                    <w:sz w:val="18"/>
                    <w:szCs w:val="18"/>
                  </w:rPr>
                  <w:t xml:space="preserve">      </w:t>
                </w:r>
              </w:sdtContent>
            </w:sdt>
            <w:permEnd w:id="81039"/>
          </w:p>
        </w:tc>
        <w:tc>
          <w:tcPr>
            <w:tcW w:type="dxa" w:w="900"/>
            <w:vAlign w:val="center"/>
          </w:tcPr>
          <w:p>
            <w:pPr>
              <w:spacing w:before="0" w:after="0" w:line="240" w:lineRule="auto"/>
              <w:jc w:val="left"/>
            </w:pPr>
            <w:permStart w:id="81041" w:edGrp="everyone"/>
            <w:sdt>
              <w:sdtPr>
                <w:alias w:val="Ön Koşul 9"/>
                <w:tag w:val="Ön Koşul 9"/>
                <w:id w:val="81042"/>
                <w:showingPlcHdr/>
                <w:text w:multiLine="1"/>
              </w:sdtPr>
              <w:sdtContent>
                <w:r>
                  <w:rPr>
                    <w:rStyle w:val="PlaceholderText"/>
                    <w:sz w:val="18"/>
                    <w:szCs w:val="18"/>
                  </w:rPr>
                  <w:t xml:space="preserve">      </w:t>
                </w:r>
              </w:sdtContent>
            </w:sdt>
            <w:permEnd w:id="81041"/>
          </w:p>
        </w:tc>
      </w:tr>
    </w:tbl>
    <w:p>
      <w:pPr>
        <w:spacing w:before="0" w:after="0" w:line="120" w:lineRule="exact"/>
      </w:pPr>
    </w:p>
    <w:p>
      <w:pPr>
        <w:keepNext/>
        <w:spacing w:before="0" w:after="40" w:line="240" w:lineRule="auto"/>
        <w:jc w:val="left"/>
      </w:pPr>
      <w:r>
        <w:rPr>
          <w:b/>
          <w:bCs/>
          <w:sz w:val="19"/>
          <w:szCs w:val="19"/>
        </w:rPr>
        <w:t xml:space="preserve">DEĞİŞİKLİK GEREKÇESİ VE PAYDAŞ GÖRÜŞLERİ</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9637"/>
      </w:tblGrid>
      <w:tr>
        <w:trPr>
          <w:trHeight w:val="800" w:hRule="atLeast"/>
          <w:cantSplit/>
        </w:trPr>
        <w:tc>
          <w:tcPr>
            <w:tcW w:type="dxa" w:w="9637"/>
            <w:vAlign w:val="center"/>
          </w:tcPr>
          <w:p>
            <w:pPr>
              <w:spacing w:before="0" w:after="0" w:line="240" w:lineRule="auto"/>
              <w:jc w:val="left"/>
            </w:pPr>
            <w:permStart w:id="81043" w:edGrp="everyone"/>
            <w:sdt>
              <w:sdtPr>
                <w:alias w:val="Gerekçe 1"/>
                <w:tag w:val="Gerekçe 1"/>
                <w:id w:val="81044"/>
                <w:showingPlcHdr/>
                <w:text w:multiLine="1"/>
              </w:sdtPr>
              <w:sdtContent>
                <w:r>
                  <w:rPr>
                    <w:rStyle w:val="PlaceholderText"/>
                    <w:sz w:val="18"/>
                    <w:szCs w:val="18"/>
                  </w:rPr>
                  <w:t xml:space="preserve">                                                                                                                        </w:t>
                </w:r>
              </w:sdtContent>
            </w:sdt>
            <w:permEnd w:id="81043"/>
          </w:p>
          <w:p>
            <w:pPr>
              <w:spacing w:before="0" w:after="0" w:line="240" w:lineRule="auto"/>
              <w:jc w:val="left"/>
            </w:pPr>
            <w:permStart w:id="81045" w:edGrp="everyone"/>
            <w:sdt>
              <w:sdtPr>
                <w:alias w:val="Gerekçe 2"/>
                <w:tag w:val="Gerekçe 2"/>
                <w:id w:val="81046"/>
                <w:showingPlcHdr/>
                <w:text w:multiLine="1"/>
              </w:sdtPr>
              <w:sdtContent>
                <w:r>
                  <w:rPr>
                    <w:rStyle w:val="PlaceholderText"/>
                    <w:sz w:val="18"/>
                    <w:szCs w:val="18"/>
                  </w:rPr>
                  <w:t xml:space="preserve">                                                                                                                        </w:t>
                </w:r>
              </w:sdtContent>
            </w:sdt>
            <w:permEnd w:id="81045"/>
          </w:p>
          <w:p>
            <w:pPr>
              <w:spacing w:before="0" w:after="0" w:line="240" w:lineRule="auto"/>
              <w:jc w:val="left"/>
            </w:pPr>
            <w:permStart w:id="81047" w:edGrp="everyone"/>
            <w:sdt>
              <w:sdtPr>
                <w:alias w:val="Gerekçe 3"/>
                <w:tag w:val="Gerekçe 3"/>
                <w:id w:val="81048"/>
                <w:showingPlcHdr/>
                <w:text w:multiLine="1"/>
              </w:sdtPr>
              <w:sdtContent>
                <w:r>
                  <w:rPr>
                    <w:rStyle w:val="PlaceholderText"/>
                    <w:sz w:val="18"/>
                    <w:szCs w:val="18"/>
                  </w:rPr>
                  <w:t xml:space="preserve">                                                                                                                        </w:t>
                </w:r>
              </w:sdtContent>
            </w:sdt>
            <w:permEnd w:id="81047"/>
          </w:p>
        </w:tc>
      </w:tr>
    </w:tbl>
    <w:p>
      <w:pPr>
        <w:spacing w:before="0" w:after="40" w:line="240" w:lineRule="auto"/>
        <w:jc w:val="both"/>
      </w:pPr>
      <w:r>
        <w:rPr>
          <w:i/>
          <w:iCs/>
          <w:color w:val="595959"/>
          <w:sz w:val="16"/>
          <w:szCs w:val="16"/>
        </w:rPr>
        <w:t xml:space="preserve">Öğretim planı önerisi Bölüm Kurulunca (KFRM-306) ve Program Danışma Kurulu görüşü (KFRM-305) alınarak hazırlanır; Yüksekokul Kurulunca her yıl Mayıs ayı sonuna kadar Senato onayına sunulur. Onaylanan plan Ders Bilgi Paketine (AKTS) işlenir ve Haziran sonuna kadar ilan edilir.</w:t>
      </w:r>
    </w:p>
    <w:p>
      <w:pPr>
        <w:spacing w:before="0" w:after="0" w:line="120" w:lineRule="exact"/>
      </w:pP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4818"/>
        <w:gridCol w:w="4819"/>
      </w:tblGrid>
      <w:tr>
        <w:trPr>
          <w:trHeight w:val="351" w:hRule="atLeast"/>
          <w:cantSplit/>
        </w:trPr>
        <w:tc>
          <w:tcPr>
            <w:tcW w:type="dxa" w:w="4818"/>
            <w:shd w:val="clear" w:color="auto" w:fill="D9D2EC"/>
            <w:vAlign w:val="center"/>
          </w:tcPr>
          <w:p>
            <w:pPr>
              <w:spacing w:before="0" w:after="0" w:line="240" w:lineRule="auto"/>
              <w:jc w:val="center"/>
            </w:pPr>
            <w:r>
              <w:rPr>
                <w:b/>
                <w:bCs/>
                <w:sz w:val="18"/>
                <w:szCs w:val="18"/>
              </w:rPr>
              <w:t xml:space="preserve">Bölüm Başkanı</w:t>
            </w:r>
          </w:p>
        </w:tc>
        <w:tc>
          <w:tcPr>
            <w:tcW w:type="dxa" w:w="4819"/>
            <w:shd w:val="clear" w:color="auto" w:fill="D9D2EC"/>
            <w:vAlign w:val="center"/>
          </w:tcPr>
          <w:p>
            <w:pPr>
              <w:spacing w:before="0" w:after="0" w:line="240" w:lineRule="auto"/>
              <w:jc w:val="center"/>
            </w:pPr>
            <w:r>
              <w:rPr>
                <w:b/>
                <w:bCs/>
                <w:sz w:val="18"/>
                <w:szCs w:val="18"/>
              </w:rPr>
              <w:t xml:space="preserve">Yüksekokul Müdürü</w:t>
            </w:r>
          </w:p>
        </w:tc>
      </w:tr>
      <w:tr>
        <w:trPr>
          <w:trHeight w:val="650" w:hRule="atLeast"/>
          <w:cantSplit/>
        </w:trPr>
        <w:tc>
          <w:tcPr>
            <w:tcW w:type="dxa" w:w="4818"/>
            <w:vAlign w:val="center"/>
          </w:tcPr>
          <w:p>
            <w:pPr>
              <w:spacing w:before="0" w:after="0" w:line="240" w:lineRule="auto"/>
              <w:jc w:val="left"/>
            </w:pPr>
            <w:permStart w:id="81049" w:edGrp="everyone"/>
            <w:sdt>
              <w:sdtPr>
                <w:alias w:val="Bölüm Başkanı ad"/>
                <w:tag w:val="Bölüm Başkanı ad"/>
                <w:id w:val="81050"/>
                <w:showingPlcHdr/>
                <w:text w:multiLine="1"/>
              </w:sdtPr>
              <w:sdtContent>
                <w:r>
                  <w:rPr>
                    <w:rStyle w:val="PlaceholderText"/>
                    <w:sz w:val="18"/>
                    <w:szCs w:val="18"/>
                  </w:rPr>
                  <w:t xml:space="preserve">                    </w:t>
                </w:r>
              </w:sdtContent>
            </w:sdt>
            <w:permEnd w:id="81049"/>
          </w:p>
          <w:p>
            <w:pPr>
              <w:spacing w:before="0" w:after="0" w:line="240" w:lineRule="auto"/>
              <w:jc w:val="left"/>
            </w:pPr>
            <w:r>
              <w:rPr>
                <w:i/>
                <w:iCs/>
                <w:color w:val="595959"/>
                <w:sz w:val="16"/>
                <w:szCs w:val="16"/>
              </w:rPr>
              <w:t xml:space="preserve">İmza</w:t>
            </w:r>
          </w:p>
        </w:tc>
        <w:tc>
          <w:tcPr>
            <w:tcW w:type="dxa" w:w="4819"/>
            <w:vAlign w:val="center"/>
          </w:tcPr>
          <w:p>
            <w:pPr>
              <w:spacing w:before="0" w:after="0" w:line="240" w:lineRule="auto"/>
              <w:jc w:val="left"/>
            </w:pPr>
            <w:permStart w:id="81051" w:edGrp="everyone"/>
            <w:sdt>
              <w:sdtPr>
                <w:alias w:val="Yüksekokul Müdürü ad"/>
                <w:tag w:val="Yüksekokul Müdürü ad"/>
                <w:id w:val="81052"/>
                <w:showingPlcHdr/>
                <w:text w:multiLine="1"/>
              </w:sdtPr>
              <w:sdtContent>
                <w:r>
                  <w:rPr>
                    <w:rStyle w:val="PlaceholderText"/>
                    <w:sz w:val="18"/>
                    <w:szCs w:val="18"/>
                  </w:rPr>
                  <w:t xml:space="preserve">                    </w:t>
                </w:r>
              </w:sdtContent>
            </w:sdt>
            <w:permEnd w:id="81051"/>
          </w:p>
          <w:p>
            <w:pPr>
              <w:spacing w:before="0" w:after="0" w:line="240" w:lineRule="auto"/>
              <w:jc w:val="left"/>
            </w:pPr>
            <w:r>
              <w:rPr>
                <w:i/>
                <w:iCs/>
                <w:color w:val="595959"/>
                <w:sz w:val="16"/>
                <w:szCs w:val="16"/>
              </w:rPr>
              <w:t xml:space="preserve">İmza</w:t>
            </w:r>
          </w:p>
        </w:tc>
      </w:tr>
    </w:tbl>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HTMYO-PFRM-249  |  Öğretim Planı Formu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HTMYO-PFRM-249</w:t>
          </w:r>
        </w:p>
        <w:p>
          <w:pPr>
            <w:spacing w:before="0" w:after="0" w:line="240" w:lineRule="auto"/>
            <w:jc w:val="left"/>
          </w:pPr>
          <w:r>
            <w:rPr>
              <w:color w:val="595959"/>
              <w:sz w:val="16"/>
              <w:szCs w:val="16"/>
            </w:rPr>
            <w:t xml:space="preserve">Yürürlük Tarihi: </w:t>
          </w:r>
          <w:r>
            <w:rPr>
              <w:b/>
              <w:bCs/>
              <w:sz w:val="16"/>
              <w:szCs w:val="16"/>
            </w:rPr>
            <w:t xml:space="preserve">08.10.2026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Öğretim Planı Formu</dc:title>
  <dc:subject>HTMYO-PFRM-249</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