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PROGRAM ÇIKTILARI DEĞERLENDIRME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08.10.2026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000"/>
        <w:gridCol w:w="2812"/>
        <w:gridCol w:w="2000"/>
        <w:gridCol w:w="2825"/>
      </w:tblGrid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1221" w:edGrp="everyone"/>
            <w:sdt>
              <w:sdtPr>
                <w:alias w:val="Program"/>
                <w:tag w:val="Program"/>
                <w:id w:val="8122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1221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Değerlendirme dönemi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1223" w:edGrp="everyone"/>
            <w:sdt>
              <w:sdtPr>
                <w:alias w:val="Dönem"/>
                <w:tag w:val="Dönem"/>
                <w:id w:val="8122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1223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Program koordinatörü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1225" w:edGrp="everyone"/>
            <w:sdt>
              <w:sdtPr>
                <w:alias w:val="Koordinatör"/>
                <w:tag w:val="Koordinatör"/>
                <w:id w:val="8122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1225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Başarı eşiği (varsayılan %60)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1227" w:edGrp="everyone"/>
            <w:sdt>
              <w:sdtPr>
                <w:alias w:val="Eşik"/>
                <w:tag w:val="Eşik"/>
                <w:id w:val="8122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1227"/>
          </w:p>
        </w:tc>
      </w:tr>
    </w:tbl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Her program çıktısı (PÇ) için katkı veren dersler Ders Bilgi Paketindeki DÖÇ-PÇ ilişki matrisinden alınır. Ölçme aracı: sınav sorusu, proje, uygulama, staj değerlendirmesi, anket. Gerçekleşme yüzdesi, ilgili ölçme araçlarında öğrencilerin ortalama başarı düzeyidir; hedefin altında kalan PÇ'ler için iyileştirme planı yazılır ve HTMYO-KFRM-312 Düzeltici ve Önleyici Faaliyet Formu açılır.</w:t>
      </w:r>
    </w:p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700"/>
        <w:gridCol w:w="3400"/>
        <w:gridCol w:w="1500"/>
        <w:gridCol w:w="1300"/>
        <w:gridCol w:w="800"/>
        <w:gridCol w:w="800"/>
        <w:gridCol w:w="1137"/>
      </w:tblGrid>
      <w:tr>
        <w:trPr>
          <w:trHeight w:val="351" w:hRule="atLeast"/>
          <w:cantSplit/>
        </w:trPr>
        <w:tc>
          <w:tcPr>
            <w:tcW w:type="dxa" w:w="7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PÇ No</w:t>
            </w:r>
          </w:p>
        </w:tc>
        <w:tc>
          <w:tcPr>
            <w:tcW w:type="dxa" w:w="34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Program çıktısı</w:t>
            </w:r>
          </w:p>
        </w:tc>
        <w:tc>
          <w:tcPr>
            <w:tcW w:type="dxa" w:w="15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Katkı veren dersler</w:t>
            </w:r>
          </w:p>
        </w:tc>
        <w:tc>
          <w:tcPr>
            <w:tcW w:type="dxa" w:w="13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Ölçme aracı</w:t>
            </w:r>
          </w:p>
        </w:tc>
        <w:tc>
          <w:tcPr>
            <w:tcW w:type="dxa" w:w="8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Hedef %</w:t>
            </w:r>
          </w:p>
        </w:tc>
        <w:tc>
          <w:tcPr>
            <w:tcW w:type="dxa" w:w="8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Gerçek. %</w:t>
            </w:r>
          </w:p>
        </w:tc>
        <w:tc>
          <w:tcPr>
            <w:tcW w:type="dxa" w:w="1137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Sonuç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PÇ1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053" w:edGrp="everyone"/>
            <w:sdt>
              <w:sdtPr>
                <w:alias w:val="PÇ 1"/>
                <w:tag w:val="PÇ 1"/>
                <w:id w:val="8105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053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055" w:edGrp="everyone"/>
            <w:sdt>
              <w:sdtPr>
                <w:alias w:val="Dersler 1"/>
                <w:tag w:val="Dersler 1"/>
                <w:id w:val="8105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055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057" w:edGrp="everyone"/>
            <w:sdt>
              <w:sdtPr>
                <w:alias w:val="Araç 1"/>
                <w:tag w:val="Araç 1"/>
                <w:id w:val="8105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057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059" w:edGrp="everyone"/>
            <w:sdt>
              <w:sdtPr>
                <w:alias w:val="Hedef 1"/>
                <w:tag w:val="Hedef 1"/>
                <w:id w:val="8106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059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061" w:edGrp="everyone"/>
            <w:sdt>
              <w:sdtPr>
                <w:alias w:val="Gerçek 1"/>
                <w:tag w:val="Gerçek 1"/>
                <w:id w:val="8106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061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063" w:edGrp="everyone"/>
            <w:sdt>
              <w:sdtPr>
                <w:alias w:val="Sağlandı 1"/>
                <w:tag w:val="Sağlandı 1"/>
                <w:id w:val="8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063"/>
            <w:r>
              <w:rPr>
                <w:sz w:val="18"/>
                <w:szCs w:val="18"/>
              </w:rPr>
              <w:t xml:space="preserve"> S  </w:t>
            </w:r>
            <w:permStart w:id="81065" w:edGrp="everyone"/>
            <w:sdt>
              <w:sdtPr>
                <w:alias w:val="Sağlanmadı 1"/>
                <w:tag w:val="Sağlanmadı 1"/>
                <w:id w:val="8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065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PÇ2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067" w:edGrp="everyone"/>
            <w:sdt>
              <w:sdtPr>
                <w:alias w:val="PÇ 2"/>
                <w:tag w:val="PÇ 2"/>
                <w:id w:val="8106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067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069" w:edGrp="everyone"/>
            <w:sdt>
              <w:sdtPr>
                <w:alias w:val="Dersler 2"/>
                <w:tag w:val="Dersler 2"/>
                <w:id w:val="8107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069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071" w:edGrp="everyone"/>
            <w:sdt>
              <w:sdtPr>
                <w:alias w:val="Araç 2"/>
                <w:tag w:val="Araç 2"/>
                <w:id w:val="8107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071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073" w:edGrp="everyone"/>
            <w:sdt>
              <w:sdtPr>
                <w:alias w:val="Hedef 2"/>
                <w:tag w:val="Hedef 2"/>
                <w:id w:val="8107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073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075" w:edGrp="everyone"/>
            <w:sdt>
              <w:sdtPr>
                <w:alias w:val="Gerçek 2"/>
                <w:tag w:val="Gerçek 2"/>
                <w:id w:val="8107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075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077" w:edGrp="everyone"/>
            <w:sdt>
              <w:sdtPr>
                <w:alias w:val="Sağlandı 2"/>
                <w:tag w:val="Sağlandı 2"/>
                <w:id w:val="8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077"/>
            <w:r>
              <w:rPr>
                <w:sz w:val="18"/>
                <w:szCs w:val="18"/>
              </w:rPr>
              <w:t xml:space="preserve"> S  </w:t>
            </w:r>
            <w:permStart w:id="81079" w:edGrp="everyone"/>
            <w:sdt>
              <w:sdtPr>
                <w:alias w:val="Sağlanmadı 2"/>
                <w:tag w:val="Sağlanmadı 2"/>
                <w:id w:val="8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079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PÇ3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081" w:edGrp="everyone"/>
            <w:sdt>
              <w:sdtPr>
                <w:alias w:val="PÇ 3"/>
                <w:tag w:val="PÇ 3"/>
                <w:id w:val="8108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081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083" w:edGrp="everyone"/>
            <w:sdt>
              <w:sdtPr>
                <w:alias w:val="Dersler 3"/>
                <w:tag w:val="Dersler 3"/>
                <w:id w:val="810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083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085" w:edGrp="everyone"/>
            <w:sdt>
              <w:sdtPr>
                <w:alias w:val="Araç 3"/>
                <w:tag w:val="Araç 3"/>
                <w:id w:val="8108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085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087" w:edGrp="everyone"/>
            <w:sdt>
              <w:sdtPr>
                <w:alias w:val="Hedef 3"/>
                <w:tag w:val="Hedef 3"/>
                <w:id w:val="8108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087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089" w:edGrp="everyone"/>
            <w:sdt>
              <w:sdtPr>
                <w:alias w:val="Gerçek 3"/>
                <w:tag w:val="Gerçek 3"/>
                <w:id w:val="8109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089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091" w:edGrp="everyone"/>
            <w:sdt>
              <w:sdtPr>
                <w:alias w:val="Sağlandı 3"/>
                <w:tag w:val="Sağlandı 3"/>
                <w:id w:val="8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091"/>
            <w:r>
              <w:rPr>
                <w:sz w:val="18"/>
                <w:szCs w:val="18"/>
              </w:rPr>
              <w:t xml:space="preserve"> S  </w:t>
            </w:r>
            <w:permStart w:id="81093" w:edGrp="everyone"/>
            <w:sdt>
              <w:sdtPr>
                <w:alias w:val="Sağlanmadı 3"/>
                <w:tag w:val="Sağlanmadı 3"/>
                <w:id w:val="81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093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PÇ4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095" w:edGrp="everyone"/>
            <w:sdt>
              <w:sdtPr>
                <w:alias w:val="PÇ 4"/>
                <w:tag w:val="PÇ 4"/>
                <w:id w:val="8109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09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097" w:edGrp="everyone"/>
            <w:sdt>
              <w:sdtPr>
                <w:alias w:val="Dersler 4"/>
                <w:tag w:val="Dersler 4"/>
                <w:id w:val="8109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097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099" w:edGrp="everyone"/>
            <w:sdt>
              <w:sdtPr>
                <w:alias w:val="Araç 4"/>
                <w:tag w:val="Araç 4"/>
                <w:id w:val="8110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099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01" w:edGrp="everyone"/>
            <w:sdt>
              <w:sdtPr>
                <w:alias w:val="Hedef 4"/>
                <w:tag w:val="Hedef 4"/>
                <w:id w:val="8110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01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03" w:edGrp="everyone"/>
            <w:sdt>
              <w:sdtPr>
                <w:alias w:val="Gerçek 4"/>
                <w:tag w:val="Gerçek 4"/>
                <w:id w:val="8110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03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105" w:edGrp="everyone"/>
            <w:sdt>
              <w:sdtPr>
                <w:alias w:val="Sağlandı 4"/>
                <w:tag w:val="Sağlandı 4"/>
                <w:id w:val="81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05"/>
            <w:r>
              <w:rPr>
                <w:sz w:val="18"/>
                <w:szCs w:val="18"/>
              </w:rPr>
              <w:t xml:space="preserve"> S  </w:t>
            </w:r>
            <w:permStart w:id="81107" w:edGrp="everyone"/>
            <w:sdt>
              <w:sdtPr>
                <w:alias w:val="Sağlanmadı 4"/>
                <w:tag w:val="Sağlanmadı 4"/>
                <w:id w:val="8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07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PÇ5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109" w:edGrp="everyone"/>
            <w:sdt>
              <w:sdtPr>
                <w:alias w:val="PÇ 5"/>
                <w:tag w:val="PÇ 5"/>
                <w:id w:val="8111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109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111" w:edGrp="everyone"/>
            <w:sdt>
              <w:sdtPr>
                <w:alias w:val="Dersler 5"/>
                <w:tag w:val="Dersler 5"/>
                <w:id w:val="8111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111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113" w:edGrp="everyone"/>
            <w:sdt>
              <w:sdtPr>
                <w:alias w:val="Araç 5"/>
                <w:tag w:val="Araç 5"/>
                <w:id w:val="8111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113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15" w:edGrp="everyone"/>
            <w:sdt>
              <w:sdtPr>
                <w:alias w:val="Hedef 5"/>
                <w:tag w:val="Hedef 5"/>
                <w:id w:val="8111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15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17" w:edGrp="everyone"/>
            <w:sdt>
              <w:sdtPr>
                <w:alias w:val="Gerçek 5"/>
                <w:tag w:val="Gerçek 5"/>
                <w:id w:val="8111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17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119" w:edGrp="everyone"/>
            <w:sdt>
              <w:sdtPr>
                <w:alias w:val="Sağlandı 5"/>
                <w:tag w:val="Sağlandı 5"/>
                <w:id w:val="8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19"/>
            <w:r>
              <w:rPr>
                <w:sz w:val="18"/>
                <w:szCs w:val="18"/>
              </w:rPr>
              <w:t xml:space="preserve"> S  </w:t>
            </w:r>
            <w:permStart w:id="81121" w:edGrp="everyone"/>
            <w:sdt>
              <w:sdtPr>
                <w:alias w:val="Sağlanmadı 5"/>
                <w:tag w:val="Sağlanmadı 5"/>
                <w:id w:val="8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21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PÇ6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123" w:edGrp="everyone"/>
            <w:sdt>
              <w:sdtPr>
                <w:alias w:val="PÇ 6"/>
                <w:tag w:val="PÇ 6"/>
                <w:id w:val="8112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123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125" w:edGrp="everyone"/>
            <w:sdt>
              <w:sdtPr>
                <w:alias w:val="Dersler 6"/>
                <w:tag w:val="Dersler 6"/>
                <w:id w:val="8112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125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127" w:edGrp="everyone"/>
            <w:sdt>
              <w:sdtPr>
                <w:alias w:val="Araç 6"/>
                <w:tag w:val="Araç 6"/>
                <w:id w:val="8112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127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29" w:edGrp="everyone"/>
            <w:sdt>
              <w:sdtPr>
                <w:alias w:val="Hedef 6"/>
                <w:tag w:val="Hedef 6"/>
                <w:id w:val="8113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29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31" w:edGrp="everyone"/>
            <w:sdt>
              <w:sdtPr>
                <w:alias w:val="Gerçek 6"/>
                <w:tag w:val="Gerçek 6"/>
                <w:id w:val="8113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31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133" w:edGrp="everyone"/>
            <w:sdt>
              <w:sdtPr>
                <w:alias w:val="Sağlandı 6"/>
                <w:tag w:val="Sağlandı 6"/>
                <w:id w:val="81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33"/>
            <w:r>
              <w:rPr>
                <w:sz w:val="18"/>
                <w:szCs w:val="18"/>
              </w:rPr>
              <w:t xml:space="preserve"> S  </w:t>
            </w:r>
            <w:permStart w:id="81135" w:edGrp="everyone"/>
            <w:sdt>
              <w:sdtPr>
                <w:alias w:val="Sağlanmadı 6"/>
                <w:tag w:val="Sağlanmadı 6"/>
                <w:id w:val="8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35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PÇ7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137" w:edGrp="everyone"/>
            <w:sdt>
              <w:sdtPr>
                <w:alias w:val="PÇ 7"/>
                <w:tag w:val="PÇ 7"/>
                <w:id w:val="8113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137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139" w:edGrp="everyone"/>
            <w:sdt>
              <w:sdtPr>
                <w:alias w:val="Dersler 7"/>
                <w:tag w:val="Dersler 7"/>
                <w:id w:val="8114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139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141" w:edGrp="everyone"/>
            <w:sdt>
              <w:sdtPr>
                <w:alias w:val="Araç 7"/>
                <w:tag w:val="Araç 7"/>
                <w:id w:val="8114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141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43" w:edGrp="everyone"/>
            <w:sdt>
              <w:sdtPr>
                <w:alias w:val="Hedef 7"/>
                <w:tag w:val="Hedef 7"/>
                <w:id w:val="8114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43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45" w:edGrp="everyone"/>
            <w:sdt>
              <w:sdtPr>
                <w:alias w:val="Gerçek 7"/>
                <w:tag w:val="Gerçek 7"/>
                <w:id w:val="8114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45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147" w:edGrp="everyone"/>
            <w:sdt>
              <w:sdtPr>
                <w:alias w:val="Sağlandı 7"/>
                <w:tag w:val="Sağlandı 7"/>
                <w:id w:val="8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47"/>
            <w:r>
              <w:rPr>
                <w:sz w:val="18"/>
                <w:szCs w:val="18"/>
              </w:rPr>
              <w:t xml:space="preserve"> S  </w:t>
            </w:r>
            <w:permStart w:id="81149" w:edGrp="everyone"/>
            <w:sdt>
              <w:sdtPr>
                <w:alias w:val="Sağlanmadı 7"/>
                <w:tag w:val="Sağlanmadı 7"/>
                <w:id w:val="8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49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PÇ8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151" w:edGrp="everyone"/>
            <w:sdt>
              <w:sdtPr>
                <w:alias w:val="PÇ 8"/>
                <w:tag w:val="PÇ 8"/>
                <w:id w:val="8115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151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153" w:edGrp="everyone"/>
            <w:sdt>
              <w:sdtPr>
                <w:alias w:val="Dersler 8"/>
                <w:tag w:val="Dersler 8"/>
                <w:id w:val="8115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153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155" w:edGrp="everyone"/>
            <w:sdt>
              <w:sdtPr>
                <w:alias w:val="Araç 8"/>
                <w:tag w:val="Araç 8"/>
                <w:id w:val="8115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155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57" w:edGrp="everyone"/>
            <w:sdt>
              <w:sdtPr>
                <w:alias w:val="Hedef 8"/>
                <w:tag w:val="Hedef 8"/>
                <w:id w:val="8115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57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59" w:edGrp="everyone"/>
            <w:sdt>
              <w:sdtPr>
                <w:alias w:val="Gerçek 8"/>
                <w:tag w:val="Gerçek 8"/>
                <w:id w:val="8116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59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161" w:edGrp="everyone"/>
            <w:sdt>
              <w:sdtPr>
                <w:alias w:val="Sağlandı 8"/>
                <w:tag w:val="Sağlandı 8"/>
                <w:id w:val="8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61"/>
            <w:r>
              <w:rPr>
                <w:sz w:val="18"/>
                <w:szCs w:val="18"/>
              </w:rPr>
              <w:t xml:space="preserve"> S  </w:t>
            </w:r>
            <w:permStart w:id="81163" w:edGrp="everyone"/>
            <w:sdt>
              <w:sdtPr>
                <w:alias w:val="Sağlanmadı 8"/>
                <w:tag w:val="Sağlanmadı 8"/>
                <w:id w:val="8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63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PÇ9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165" w:edGrp="everyone"/>
            <w:sdt>
              <w:sdtPr>
                <w:alias w:val="PÇ 9"/>
                <w:tag w:val="PÇ 9"/>
                <w:id w:val="8116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16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167" w:edGrp="everyone"/>
            <w:sdt>
              <w:sdtPr>
                <w:alias w:val="Dersler 9"/>
                <w:tag w:val="Dersler 9"/>
                <w:id w:val="8116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167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169" w:edGrp="everyone"/>
            <w:sdt>
              <w:sdtPr>
                <w:alias w:val="Araç 9"/>
                <w:tag w:val="Araç 9"/>
                <w:id w:val="8117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169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71" w:edGrp="everyone"/>
            <w:sdt>
              <w:sdtPr>
                <w:alias w:val="Hedef 9"/>
                <w:tag w:val="Hedef 9"/>
                <w:id w:val="8117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71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73" w:edGrp="everyone"/>
            <w:sdt>
              <w:sdtPr>
                <w:alias w:val="Gerçek 9"/>
                <w:tag w:val="Gerçek 9"/>
                <w:id w:val="8117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73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175" w:edGrp="everyone"/>
            <w:sdt>
              <w:sdtPr>
                <w:alias w:val="Sağlandı 9"/>
                <w:tag w:val="Sağlandı 9"/>
                <w:id w:val="81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75"/>
            <w:r>
              <w:rPr>
                <w:sz w:val="18"/>
                <w:szCs w:val="18"/>
              </w:rPr>
              <w:t xml:space="preserve"> S  </w:t>
            </w:r>
            <w:permStart w:id="81177" w:edGrp="everyone"/>
            <w:sdt>
              <w:sdtPr>
                <w:alias w:val="Sağlanmadı 9"/>
                <w:tag w:val="Sağlanmadı 9"/>
                <w:id w:val="8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77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PÇ10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179" w:edGrp="everyone"/>
            <w:sdt>
              <w:sdtPr>
                <w:alias w:val="PÇ 10"/>
                <w:tag w:val="PÇ 10"/>
                <w:id w:val="8118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179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181" w:edGrp="everyone"/>
            <w:sdt>
              <w:sdtPr>
                <w:alias w:val="Dersler 10"/>
                <w:tag w:val="Dersler 10"/>
                <w:id w:val="8118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181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183" w:edGrp="everyone"/>
            <w:sdt>
              <w:sdtPr>
                <w:alias w:val="Araç 10"/>
                <w:tag w:val="Araç 10"/>
                <w:id w:val="811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183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85" w:edGrp="everyone"/>
            <w:sdt>
              <w:sdtPr>
                <w:alias w:val="Hedef 10"/>
                <w:tag w:val="Hedef 10"/>
                <w:id w:val="8118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85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87" w:edGrp="everyone"/>
            <w:sdt>
              <w:sdtPr>
                <w:alias w:val="Gerçek 10"/>
                <w:tag w:val="Gerçek 10"/>
                <w:id w:val="8118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87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189" w:edGrp="everyone"/>
            <w:sdt>
              <w:sdtPr>
                <w:alias w:val="Sağlandı 10"/>
                <w:tag w:val="Sağlandı 10"/>
                <w:id w:val="8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89"/>
            <w:r>
              <w:rPr>
                <w:sz w:val="18"/>
                <w:szCs w:val="18"/>
              </w:rPr>
              <w:t xml:space="preserve"> S  </w:t>
            </w:r>
            <w:permStart w:id="81191" w:edGrp="everyone"/>
            <w:sdt>
              <w:sdtPr>
                <w:alias w:val="Sağlanmadı 10"/>
                <w:tag w:val="Sağlanmadı 10"/>
                <w:id w:val="8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191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PÇ11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193" w:edGrp="everyone"/>
            <w:sdt>
              <w:sdtPr>
                <w:alias w:val="PÇ 11"/>
                <w:tag w:val="PÇ 11"/>
                <w:id w:val="8119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193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195" w:edGrp="everyone"/>
            <w:sdt>
              <w:sdtPr>
                <w:alias w:val="Dersler 11"/>
                <w:tag w:val="Dersler 11"/>
                <w:id w:val="8119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195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197" w:edGrp="everyone"/>
            <w:sdt>
              <w:sdtPr>
                <w:alias w:val="Araç 11"/>
                <w:tag w:val="Araç 11"/>
                <w:id w:val="8119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197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199" w:edGrp="everyone"/>
            <w:sdt>
              <w:sdtPr>
                <w:alias w:val="Hedef 11"/>
                <w:tag w:val="Hedef 11"/>
                <w:id w:val="8120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199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201" w:edGrp="everyone"/>
            <w:sdt>
              <w:sdtPr>
                <w:alias w:val="Gerçek 11"/>
                <w:tag w:val="Gerçek 11"/>
                <w:id w:val="8120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201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203" w:edGrp="everyone"/>
            <w:sdt>
              <w:sdtPr>
                <w:alias w:val="Sağlandı 11"/>
                <w:tag w:val="Sağlandı 11"/>
                <w:id w:val="8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203"/>
            <w:r>
              <w:rPr>
                <w:sz w:val="18"/>
                <w:szCs w:val="18"/>
              </w:rPr>
              <w:t xml:space="preserve"> S  </w:t>
            </w:r>
            <w:permStart w:id="81205" w:edGrp="everyone"/>
            <w:sdt>
              <w:sdtPr>
                <w:alias w:val="Sağlanmadı 11"/>
                <w:tag w:val="Sağlanmadı 11"/>
                <w:id w:val="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205"/>
            <w:r>
              <w:rPr>
                <w:sz w:val="18"/>
                <w:szCs w:val="18"/>
              </w:rPr>
              <w:t xml:space="preserve"> X</w:t>
            </w:r>
          </w:p>
        </w:tc>
      </w:tr>
      <w:tr>
        <w:trPr>
          <w:trHeight w:val="320" w:hRule="atLeast"/>
          <w:cantSplit/>
        </w:trPr>
        <w:tc>
          <w:tcPr>
            <w:tcW w:type="dxa" w:w="7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PÇ12</w:t>
            </w:r>
          </w:p>
        </w:tc>
        <w:tc>
          <w:tcPr>
            <w:tcW w:type="dxa" w:w="3400"/>
            <w:vAlign w:val="center"/>
          </w:tcPr>
          <w:p>
            <w:pPr>
              <w:spacing w:before="0" w:after="0" w:line="240" w:lineRule="auto"/>
              <w:jc w:val="left"/>
            </w:pPr>
            <w:permStart w:id="81207" w:edGrp="everyone"/>
            <w:sdt>
              <w:sdtPr>
                <w:alias w:val="PÇ 12"/>
                <w:tag w:val="PÇ 12"/>
                <w:id w:val="8120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</w:t>
                </w:r>
              </w:sdtContent>
            </w:sdt>
            <w:permEnd w:id="81207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09" w:edGrp="everyone"/>
            <w:sdt>
              <w:sdtPr>
                <w:alias w:val="Dersler 12"/>
                <w:tag w:val="Dersler 12"/>
                <w:id w:val="8121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1209"/>
          </w:p>
        </w:tc>
        <w:tc>
          <w:tcPr>
            <w:tcW w:type="dxa" w:w="1300"/>
            <w:vAlign w:val="center"/>
          </w:tcPr>
          <w:p>
            <w:pPr>
              <w:spacing w:before="0" w:after="0" w:line="240" w:lineRule="auto"/>
              <w:jc w:val="left"/>
            </w:pPr>
            <w:permStart w:id="81211" w:edGrp="everyone"/>
            <w:sdt>
              <w:sdtPr>
                <w:alias w:val="Araç 12"/>
                <w:tag w:val="Araç 12"/>
                <w:id w:val="8121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1211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213" w:edGrp="everyone"/>
            <w:sdt>
              <w:sdtPr>
                <w:alias w:val="Hedef 12"/>
                <w:tag w:val="Hedef 12"/>
                <w:id w:val="8121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213"/>
          </w:p>
        </w:tc>
        <w:tc>
          <w:tcPr>
            <w:tcW w:type="dxa" w:w="800"/>
            <w:vAlign w:val="center"/>
          </w:tcPr>
          <w:p>
            <w:pPr>
              <w:spacing w:before="0" w:after="0" w:line="240" w:lineRule="auto"/>
              <w:jc w:val="center"/>
            </w:pPr>
            <w:permStart w:id="81215" w:edGrp="everyone"/>
            <w:sdt>
              <w:sdtPr>
                <w:alias w:val="Gerçek 12"/>
                <w:tag w:val="Gerçek 12"/>
                <w:id w:val="8121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</w:t>
                </w:r>
              </w:sdtContent>
            </w:sdt>
            <w:permEnd w:id="81215"/>
          </w:p>
        </w:tc>
        <w:tc>
          <w:tcPr>
            <w:tcW w:type="dxa" w:w="1137"/>
            <w:vAlign w:val="center"/>
          </w:tcPr>
          <w:p>
            <w:pPr>
              <w:spacing w:before="0" w:after="0" w:line="240" w:lineRule="auto"/>
              <w:jc w:val="left"/>
            </w:pPr>
            <w:permStart w:id="81217" w:edGrp="everyone"/>
            <w:sdt>
              <w:sdtPr>
                <w:alias w:val="Sağlandı 12"/>
                <w:tag w:val="Sağlandı 12"/>
                <w:id w:val="8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217"/>
            <w:r>
              <w:rPr>
                <w:sz w:val="18"/>
                <w:szCs w:val="18"/>
              </w:rPr>
              <w:t xml:space="preserve"> S  </w:t>
            </w:r>
            <w:permStart w:id="81219" w:edGrp="everyone"/>
            <w:sdt>
              <w:sdtPr>
                <w:alias w:val="Sağlanmadı 12"/>
                <w:tag w:val="Sağlanmadı 12"/>
                <w:id w:val="8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1219"/>
            <w:r>
              <w:rPr>
                <w:sz w:val="18"/>
                <w:szCs w:val="18"/>
              </w:rPr>
              <w:t xml:space="preserve"> X</w:t>
            </w:r>
          </w:p>
        </w:tc>
      </w:tr>
    </w:tbl>
    <w:p>
      <w:pPr>
        <w:spacing w:before="0" w:after="0" w:line="120" w:lineRule="exac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DEĞERLENDİRME, İYİLEŞTİRME PLANI VE PAYDAŞ GÖRÜŞLERİ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9637"/>
      </w:tblGrid>
      <w:tr>
        <w:trPr>
          <w:trHeight w:val="1100" w:hRule="atLeast"/>
          <w:cantSplit/>
        </w:trPr>
        <w:tc>
          <w:tcPr>
            <w:tcW w:type="dxa" w:w="9637"/>
            <w:vAlign w:val="center"/>
          </w:tcPr>
          <w:p>
            <w:pPr>
              <w:spacing w:before="0" w:after="0" w:line="240" w:lineRule="auto"/>
              <w:jc w:val="left"/>
            </w:pPr>
            <w:permStart w:id="81229" w:edGrp="everyone"/>
            <w:sdt>
              <w:sdtPr>
                <w:alias w:val="İyileştirme 1"/>
                <w:tag w:val="İyileştirme 1"/>
                <w:id w:val="8123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                                                            </w:t>
                </w:r>
              </w:sdtContent>
            </w:sdt>
            <w:permEnd w:id="81229"/>
          </w:p>
          <w:p>
            <w:pPr>
              <w:spacing w:before="0" w:after="0" w:line="240" w:lineRule="auto"/>
              <w:jc w:val="left"/>
            </w:pPr>
            <w:permStart w:id="81231" w:edGrp="everyone"/>
            <w:sdt>
              <w:sdtPr>
                <w:alias w:val="İyileştirme 2"/>
                <w:tag w:val="İyileştirme 2"/>
                <w:id w:val="8123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                                                            </w:t>
                </w:r>
              </w:sdtContent>
            </w:sdt>
            <w:permEnd w:id="81231"/>
          </w:p>
          <w:p>
            <w:pPr>
              <w:spacing w:before="0" w:after="0" w:line="240" w:lineRule="auto"/>
              <w:jc w:val="left"/>
            </w:pPr>
            <w:permStart w:id="81233" w:edGrp="everyone"/>
            <w:sdt>
              <w:sdtPr>
                <w:alias w:val="İyileştirme 3"/>
                <w:tag w:val="İyileştirme 3"/>
                <w:id w:val="8123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                                                            </w:t>
                </w:r>
              </w:sdtContent>
            </w:sdt>
            <w:permEnd w:id="81233"/>
          </w:p>
          <w:p>
            <w:pPr>
              <w:spacing w:before="0" w:after="0" w:line="240" w:lineRule="auto"/>
              <w:jc w:val="left"/>
            </w:pPr>
            <w:permStart w:id="81235" w:edGrp="everyone"/>
            <w:sdt>
              <w:sdtPr>
                <w:alias w:val="İyileştirme 4"/>
                <w:tag w:val="İyileştirme 4"/>
                <w:id w:val="8123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                                                            </w:t>
                </w:r>
              </w:sdtContent>
            </w:sdt>
            <w:permEnd w:id="81235"/>
          </w:p>
        </w:tc>
      </w:tr>
    </w:tbl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Form her eğitim-öğretim yılı sonunda program koordinatörünce doldurulur, Bölüm Kurulunda (KFRM-306) ve Program Danışma Kurulunda (KFRM-305) görüşülür; sonuçlar Birim Öz Değerlendirme Raporuna ve MEDEK öz değerlendirme raporuna kanıt olarak eklenir.</w:t>
      </w:r>
    </w:p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3212"/>
        <w:gridCol w:w="3212"/>
        <w:gridCol w:w="3213"/>
      </w:tblGrid>
      <w:tr>
        <w:trPr>
          <w:trHeight w:val="351" w:hRule="atLeast"/>
          <w:cantSplit/>
        </w:trPr>
        <w:tc>
          <w:tcPr>
            <w:tcW w:type="dxa" w:w="3212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Program Koordinatörü</w:t>
            </w:r>
          </w:p>
        </w:tc>
        <w:tc>
          <w:tcPr>
            <w:tcW w:type="dxa" w:w="3212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Bölüm Başkanı</w:t>
            </w:r>
          </w:p>
        </w:tc>
        <w:tc>
          <w:tcPr>
            <w:tcW w:type="dxa" w:w="3213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Birim Kalite Sorumlusu</w:t>
            </w:r>
          </w:p>
        </w:tc>
      </w:tr>
      <w:tr>
        <w:trPr>
          <w:trHeight w:val="650" w:hRule="atLeast"/>
          <w:cantSplit/>
        </w:trPr>
        <w:tc>
          <w:tcPr>
            <w:tcW w:type="dxa" w:w="3212"/>
            <w:vAlign w:val="center"/>
          </w:tcPr>
          <w:p>
            <w:pPr>
              <w:spacing w:before="0" w:after="0" w:line="240" w:lineRule="auto"/>
              <w:jc w:val="left"/>
            </w:pPr>
            <w:permStart w:id="81237" w:edGrp="everyone"/>
            <w:sdt>
              <w:sdtPr>
                <w:alias w:val="Program Koordinatörü ad"/>
                <w:tag w:val="Program Koordinatörü ad"/>
                <w:id w:val="8123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1237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2"/>
            <w:vAlign w:val="center"/>
          </w:tcPr>
          <w:p>
            <w:pPr>
              <w:spacing w:before="0" w:after="0" w:line="240" w:lineRule="auto"/>
              <w:jc w:val="left"/>
            </w:pPr>
            <w:permStart w:id="81239" w:edGrp="everyone"/>
            <w:sdt>
              <w:sdtPr>
                <w:alias w:val="Bölüm Başkanı ad"/>
                <w:tag w:val="Bölüm Başkanı ad"/>
                <w:id w:val="8124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1239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left"/>
            </w:pPr>
            <w:permStart w:id="81241" w:edGrp="everyone"/>
            <w:sdt>
              <w:sdtPr>
                <w:alias w:val="Birim Kalite Sorumlusu ad"/>
                <w:tag w:val="Birim Kalite Sorumlusu ad"/>
                <w:id w:val="8124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1241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HTMYO-PFRM-250  |  Program Çıktıları Değerlendirme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HTMYO-PFRM-250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Çıktıları Değerlendirme Formu</dc:title>
  <dc:subject>HTMYO-PFRM-250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